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55855569530a9600930892cd9e377c6d372ce4"/>
    <w:p>
      <w:pPr>
        <w:pStyle w:val="Heading1"/>
      </w:pPr>
      <w:r>
        <w:rPr>
          <w:b/>
          <w:bCs/>
        </w:rPr>
        <w:t xml:space="preserve">A Room With A View</w:t>
      </w:r>
      <w:r>
        <w:br/>
      </w:r>
      <w:r>
        <w:rPr>
          <w:i/>
          <w:iCs/>
        </w:rPr>
        <w:t xml:space="preserve">E. M. Forster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ladies' voices grew animated, and—if the sad truth be owned—a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.</w:t>
      </w:r>
      <w:r>
        <w:br/>
      </w:r>
      <w:r>
        <w:t xml:space="preserve">    (a) related to the setting or situation in which something occurs</w:t>
      </w:r>
      <w:r>
        <w:br/>
      </w:r>
      <w:r>
        <w:t xml:space="preserve">    (b) trustworthy with secrets or subtle (not attracting attention)</w:t>
      </w:r>
      <w:r>
        <w:br/>
      </w:r>
      <w:r>
        <w:t xml:space="preserve">    (c) annoyed or easily annoyed -- especially by unimportant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Children tried to hang on behind, and the conductor, with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malice</w:t>
      </w:r>
      <w:r>
        <w:rPr>
          <w:b/>
          <w:bCs/>
        </w:rPr>
        <w:t xml:space="preserve">, spat in their faces to make them let go.</w:t>
      </w:r>
      <w:r>
        <w:br/>
      </w:r>
      <w:r>
        <w:t xml:space="preserve">    (a) not adjusting a lens to create a clear image</w:t>
      </w:r>
      <w:r>
        <w:br/>
      </w:r>
      <w:r>
        <w:t xml:space="preserve">    (b) the desire to hurt others or see them suffer</w:t>
      </w:r>
      <w:r>
        <w:br/>
      </w:r>
      <w:r>
        <w:t xml:space="preserve">    (c) the quality of lacking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walked about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disdainfully</w:t>
      </w:r>
      <w:r>
        <w:rPr>
          <w:b/>
          <w:bCs/>
        </w:rPr>
        <w:t xml:space="preserve">, unwilling to be enthusiastic over...</w:t>
      </w:r>
      <w:r>
        <w:br/>
      </w:r>
      <w:r>
        <w:t xml:space="preserve">    (a) without concern for what others might think of oneself</w:t>
      </w:r>
      <w:r>
        <w:br/>
      </w:r>
      <w:r>
        <w:t xml:space="preserve">    (b) in a manner that is aware or concerned about something</w:t>
      </w:r>
      <w:r>
        <w:br/>
      </w:r>
      <w:r>
        <w:t xml:space="preserve">    (c) with a lack of respect (as though the circumstances were beneath her)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Now, this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abominably</w:t>
      </w:r>
      <w:r>
        <w:rPr>
          <w:b/>
          <w:bCs/>
        </w:rPr>
        <w:t xml:space="preserve"> </w:t>
      </w:r>
      <w:r>
        <w:rPr>
          <w:b/>
          <w:bCs/>
        </w:rPr>
        <w:t xml:space="preserve">impertinent, and she ought to have been furious.</w:t>
      </w:r>
      <w:r>
        <w:br/>
      </w:r>
      <w:r>
        <w:t xml:space="preserve">    (a) in an exceptionally bad or detestable manner</w:t>
      </w:r>
      <w:r>
        <w:br/>
      </w:r>
      <w:r>
        <w:t xml:space="preserve">    (b) in a manner that is capable of being noticed</w:t>
      </w:r>
      <w:r>
        <w:br/>
      </w:r>
      <w:r>
        <w:t xml:space="preserve">    (c) in a manner that is not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"How silly of them!" said Lucy, though in her heart she sympathized; "I think that a kind action done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tactfully</w:t>
      </w:r>
      <w:r>
        <w:rPr>
          <w:b/>
          <w:bCs/>
        </w:rPr>
        <w:t xml:space="preserve">—"</w:t>
      </w:r>
      <w:r>
        <w:br/>
      </w:r>
      <w:r>
        <w:t xml:space="preserve">    (a) in a pessimistic or disagreeable manner</w:t>
      </w:r>
      <w:r>
        <w:br/>
      </w:r>
      <w:r>
        <w:t xml:space="preserve">    (b) enthusiastically or with great interest</w:t>
      </w:r>
      <w:r>
        <w:br/>
      </w:r>
      <w:r>
        <w:t xml:space="preserve">    (c) in a manner that makes others feel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in their heart of hearts they are--how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superficial</w:t>
      </w:r>
      <w:r>
        <w:rPr>
          <w:b/>
          <w:bCs/>
        </w:rPr>
        <w:t xml:space="preserve">!</w:t>
      </w:r>
      <w:r>
        <w:br/>
      </w:r>
      <w:r>
        <w:t xml:space="preserve">    (a) comprehensive (thorough)</w:t>
      </w:r>
      <w:r>
        <w:br/>
      </w:r>
      <w:r>
        <w:t xml:space="preserve">    (b) shallow (relating to a surface rather than to anything deep or penetrating)</w:t>
      </w:r>
      <w:r>
        <w:br/>
      </w:r>
      <w:r>
        <w:t xml:space="preserve">    (c) deep and creative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hear no breath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against our dear Queen.</w:t>
      </w:r>
      <w:r>
        <w:br/>
      </w:r>
      <w:r>
        <w:t xml:space="preserve">    (a) find, search, or research</w:t>
      </w:r>
      <w:r>
        <w:br/>
      </w:r>
      <w:r>
        <w:t xml:space="preserve">    (b) criticism</w:t>
      </w:r>
      <w:r>
        <w:br/>
      </w:r>
      <w:r>
        <w:t xml:space="preserve">    (c) being a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Poems had been written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</w:t>
      </w:r>
      <w:r>
        <w:rPr>
          <w:b/>
          <w:bCs/>
        </w:rPr>
        <w:t xml:space="preserve"> </w:t>
      </w:r>
      <w:r>
        <w:rPr>
          <w:b/>
          <w:bCs/>
        </w:rPr>
        <w:t xml:space="preserve">this point.</w:t>
      </w:r>
      <w:r>
        <w:br/>
      </w:r>
      <w:r>
        <w:t xml:space="preserve">    (a) work or operate</w:t>
      </w:r>
      <w:r>
        <w:br/>
      </w:r>
      <w:r>
        <w:t xml:space="preserve">    (b) help make clear</w:t>
      </w:r>
      <w:r>
        <w:br/>
      </w:r>
      <w:r>
        <w:t xml:space="preserve">    (c) think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much that is immortal in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medieval</w:t>
      </w:r>
      <w:r>
        <w:rPr>
          <w:b/>
          <w:bCs/>
        </w:rPr>
        <w:t xml:space="preserve"> </w:t>
      </w:r>
      <w:r>
        <w:rPr>
          <w:b/>
          <w:bCs/>
        </w:rPr>
        <w:t xml:space="preserve">lady.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relating to or belonging to the Middle Ages</w:t>
      </w:r>
      <w:r>
        <w:br/>
      </w:r>
      <w:r>
        <w:br/>
      </w:r>
      <w:r>
        <w:t xml:space="preserve">(the period of European history between the fall of the Roman Empire and the beginning of the Renaissance -- roughly 500–1500 AD)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solitude oppressed her; she was accustomed to have her thoughts confirmed by others or, at all events,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contradicted</w:t>
      </w:r>
      <w:r>
        <w:rPr>
          <w:b/>
          <w:bCs/>
        </w:rPr>
        <w:t xml:space="preserve">; it was too dreadful not to know whether she was thinking right or wrong.</w:t>
      </w:r>
      <w:r>
        <w:br/>
      </w:r>
      <w:r>
        <w:t xml:space="preserve">    (a) disagreed</w:t>
      </w:r>
      <w:r>
        <w:br/>
      </w:r>
      <w:r>
        <w:t xml:space="preserve">    (b) separated</w:t>
      </w:r>
      <w:r>
        <w:br/>
      </w:r>
      <w:r>
        <w:t xml:space="preserve">    (c)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have not, of course, seen the disgraceful illustrations which the gutter Press—This man is a public nuisance; he knows that I am a resident perfectly well, and yet he goes on worrying me to buy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vulgar</w:t>
      </w:r>
      <w:r>
        <w:rPr>
          <w:b/>
          <w:bCs/>
        </w:rPr>
        <w:t xml:space="preserve"> </w:t>
      </w:r>
      <w:r>
        <w:rPr>
          <w:b/>
          <w:bCs/>
        </w:rPr>
        <w:t xml:space="preserve">views.</w:t>
      </w:r>
      <w:r>
        <w:br/>
      </w:r>
      <w:r>
        <w:t xml:space="preserve">    (a) the state of being unaware of one's mental activity</w:t>
      </w:r>
      <w:r>
        <w:br/>
      </w:r>
      <w:r>
        <w:t xml:space="preserve">    (b) of bad taste (crude, offensive, or unsophisticated)</w:t>
      </w:r>
      <w:r>
        <w:br/>
      </w:r>
      <w:r>
        <w:t xml:space="preserve">    (c) increasing reason or general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"Lucy, dear—" said Miss Bartlett, gently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reproving</w:t>
      </w:r>
      <w:r>
        <w:rPr>
          <w:b/>
          <w:bCs/>
        </w:rPr>
        <w:t xml:space="preserve"> </w:t>
      </w:r>
      <w:r>
        <w:rPr>
          <w:b/>
          <w:bCs/>
        </w:rPr>
        <w:t xml:space="preserve">her cousin's penetration.</w:t>
      </w:r>
      <w:r>
        <w:br/>
      </w:r>
      <w:r>
        <w:t xml:space="preserve">    (a) attractive or desirable</w:t>
      </w:r>
      <w:r>
        <w:br/>
      </w:r>
      <w:r>
        <w:t xml:space="preserve">    (b) criticizing or critical</w:t>
      </w:r>
      <w:r>
        <w:br/>
      </w:r>
      <w:r>
        <w:t xml:space="preserve">    (c) predicting or revealing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"How?"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.</w:t>
      </w:r>
      <w:r>
        <w:br/>
      </w:r>
      <w:r>
        <w:t xml:space="preserve">    (a) quickly replied</w:t>
      </w:r>
      <w:r>
        <w:br/>
      </w:r>
      <w:r>
        <w:t xml:space="preserve">    (b) greatly annoyed</w:t>
      </w:r>
      <w:r>
        <w:br/>
      </w:r>
      <w:r>
        <w:t xml:space="preserve">    (c) said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Miss Bartlett, who had intended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</w:t>
      </w:r>
      <w:r>
        <w:rPr>
          <w:b/>
          <w:bCs/>
        </w:rPr>
        <w:t xml:space="preserve"> </w:t>
      </w:r>
      <w:r>
        <w:rPr>
          <w:b/>
          <w:bCs/>
        </w:rPr>
        <w:t xml:space="preserve">over the Emersons, was launched by this remark into unexpected thoughts.</w:t>
      </w:r>
      <w:r>
        <w:br/>
      </w:r>
      <w:r>
        <w:t xml:space="preserve">    (a) make or cause to become</w:t>
      </w:r>
      <w:r>
        <w:br/>
      </w:r>
      <w:r>
        <w:t xml:space="preserve">    (b) express grief or regret</w:t>
      </w:r>
      <w:r>
        <w:br/>
      </w:r>
      <w:r>
        <w:t xml:space="preserve">    (c) gradually add or remove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"Perhaps as a student of human nature,"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Miss Lavish, "like myself?"</w:t>
      </w:r>
      <w:r>
        <w:br/>
      </w:r>
      <w:r>
        <w:t xml:space="preserve">    (a) to insert between other elements; or to interrupt or stop action by others</w:t>
      </w:r>
      <w:r>
        <w:br/>
      </w:r>
      <w:r>
        <w:t xml:space="preserve">    (b) (verb) drew pictures to accompany  OR  (adjective) accompanied by pictures</w:t>
      </w:r>
      <w:r>
        <w:br/>
      </w:r>
      <w:r>
        <w:t xml:space="preserve">    (c) not justified or explained as an understandable reaction to another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Freddy was at his wittiest, referring to Cecil as the "</w:t>
      </w:r>
      <w:r>
        <w:rPr>
          <w:b/>
          <w:bCs/>
          <w:u w:val="single"/>
        </w:rPr>
        <w:t xml:space="preserve">Fiasco</w:t>
      </w:r>
      <w:r>
        <w:rPr>
          <w:b/>
          <w:bCs/>
        </w:rPr>
        <w:t xml:space="preserve">"—family honoured pun on fiance.</w:t>
      </w:r>
      <w:r>
        <w:br/>
      </w:r>
      <w:r>
        <w:t xml:space="preserve">    (a) the act of taking something on as one's own</w:t>
      </w:r>
      <w:r>
        <w:br/>
      </w:r>
      <w:r>
        <w:t xml:space="preserve">    (b) something that helps clarify or demonstrate</w:t>
      </w:r>
      <w:r>
        <w:br/>
      </w:r>
      <w:r>
        <w:t xml:space="preserve">    (c) a complete failure or humiliating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Seeing that her thoughts were elsewhere, Cecil bent towards Lucy and said: "To me it seemed perfectly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appalling</w:t>
      </w:r>
      <w:r>
        <w:rPr>
          <w:b/>
          <w:bCs/>
        </w:rPr>
        <w:t xml:space="preserve">, disastrous, portentous."</w:t>
      </w:r>
      <w:r>
        <w:br/>
      </w:r>
      <w:r>
        <w:t xml:space="preserve">    (a) telling someone about something</w:t>
      </w:r>
      <w:r>
        <w:br/>
      </w:r>
      <w:r>
        <w:t xml:space="preserve">    (b) commending or praising publicly</w:t>
      </w:r>
      <w:r>
        <w:br/>
      </w:r>
      <w:r>
        <w:t xml:space="preserve">    (c) shockingly terrible or horrible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he believed that women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</w:t>
      </w:r>
      <w:r>
        <w:rPr>
          <w:b/>
          <w:bCs/>
        </w:rPr>
        <w:t xml:space="preserve"> </w:t>
      </w:r>
      <w:r>
        <w:rPr>
          <w:b/>
          <w:bCs/>
        </w:rPr>
        <w:t xml:space="preserve">men for their manliness.</w:t>
      </w:r>
      <w:r>
        <w:br/>
      </w:r>
      <w:r>
        <w:t xml:space="preserve">    (a) dislike and avoid</w:t>
      </w:r>
      <w:r>
        <w:br/>
      </w:r>
      <w:r>
        <w:t xml:space="preserve">    (b) eagerly join in</w:t>
      </w:r>
      <w:r>
        <w:br/>
      </w:r>
      <w:r>
        <w:t xml:space="preserve">    (c) deeply respect and admire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many conquests we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simplicity.</w:t>
      </w:r>
      <w:r>
        <w:br/>
      </w:r>
      <w:r>
        <w:t xml:space="preserve">    (a) gain or reach something with effort</w:t>
      </w:r>
      <w:r>
        <w:br/>
      </w:r>
      <w:r>
        <w:t xml:space="preserve">    (b) to be overly unhappy and unsociable</w:t>
      </w:r>
      <w:r>
        <w:br/>
      </w:r>
      <w:r>
        <w:t xml:space="preserve">    (c) technical:  center or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Eleanor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reticent</w:t>
      </w:r>
      <w:r>
        <w:rPr>
          <w:b/>
          <w:bCs/>
        </w:rPr>
        <w:t xml:space="preserve"> </w:t>
      </w:r>
      <w:r>
        <w:rPr>
          <w:b/>
          <w:bCs/>
        </w:rPr>
        <w:t xml:space="preserve">woman at heart.</w:t>
      </w:r>
      <w:r>
        <w:br/>
      </w:r>
      <w:r>
        <w:t xml:space="preserve">    (a) lacking a reason for doing something</w:t>
      </w:r>
      <w:r>
        <w:br/>
      </w:r>
      <w:r>
        <w:t xml:space="preserve">    (b) reluctant to speak freely or show feelings</w:t>
      </w:r>
      <w:r>
        <w:br/>
      </w:r>
      <w:r>
        <w:t xml:space="preserve">    (c) inconspicuousness or trustworthiness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2026-07-31T15:27:26Z</dcterms:created>
  <dcterms:modified xsi:type="dcterms:W3CDTF">2026-07-31T15:27:26Z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