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38df5a9dfd21752ea25cb533aef3db61743fb7c"/>
    <w:p>
      <w:pPr>
        <w:pStyle w:val="Heading1"/>
      </w:pPr>
      <w:r>
        <w:rPr>
          <w:b/>
          <w:bCs/>
        </w:rPr>
        <w:t xml:space="preserve">A Room With A View</w:t>
      </w:r>
      <w:r>
        <w:br/>
      </w:r>
      <w:r>
        <w:rPr>
          <w:i/>
          <w:iCs/>
        </w:rPr>
        <w:t xml:space="preserve">E. M. Forster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place is too sweetly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squalid</w:t>
      </w:r>
      <w:r>
        <w:rPr>
          <w:b/>
          <w:bCs/>
        </w:rPr>
        <w:t xml:space="preserve"> </w:t>
      </w:r>
      <w:r>
        <w:rPr>
          <w:b/>
          <w:bCs/>
        </w:rPr>
        <w:t xml:space="preserve">for words.</w:t>
      </w:r>
      <w:r>
        <w:br/>
      </w:r>
      <w:r>
        <w:t xml:space="preserve">    (a) the state or degree of being greater than zero</w:t>
      </w:r>
      <w:r>
        <w:br/>
      </w:r>
      <w:r>
        <w:t xml:space="preserve">    (b) with the involvement of other people or things</w:t>
      </w:r>
      <w:r>
        <w:br/>
      </w:r>
      <w:r>
        <w:t xml:space="preserve">    (c) dirty and unpleasant; or (more rarely) immoral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Meaningless at first, it gradually became menacing, obnoxious,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portentous</w:t>
      </w:r>
      <w:r>
        <w:rPr>
          <w:b/>
          <w:bCs/>
        </w:rPr>
        <w:t xml:space="preserve"> </w:t>
      </w:r>
      <w:r>
        <w:rPr>
          <w:b/>
          <w:bCs/>
        </w:rPr>
        <w:t xml:space="preserve">with evil.</w:t>
      </w:r>
      <w:r>
        <w:br/>
      </w:r>
      <w:r>
        <w:t xml:space="preserve">    (a) relating to practice or belief that is long-established or was previously long-established  OR  relating to stories passed down through generations</w:t>
      </w:r>
      <w:r>
        <w:br/>
      </w:r>
      <w:r>
        <w:t xml:space="preserve">    (b) relating to a Christian ceremony signifying spiritual cleansing and rebirth  OR  relating to a challenging experience that initiates or purifies</w:t>
      </w:r>
      <w:r>
        <w:br/>
      </w:r>
      <w:r>
        <w:t xml:space="preserve">    (c) very important; or indicating something important in the future -- often something that is threatening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acting overly important or serious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Of course, it contained frescoes by Giotto, in the presence of whose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tactile</w:t>
      </w:r>
      <w:r>
        <w:rPr>
          <w:b/>
          <w:bCs/>
        </w:rPr>
        <w:t xml:space="preserve"> </w:t>
      </w:r>
      <w:r>
        <w:rPr>
          <w:b/>
          <w:bCs/>
        </w:rPr>
        <w:t xml:space="preserve">values she was capable of feeling what was proper.</w:t>
      </w:r>
      <w:r>
        <w:br/>
      </w:r>
      <w:r>
        <w:t xml:space="preserve">    (a) a sensible view of a situation</w:t>
      </w:r>
      <w:r>
        <w:br/>
      </w:r>
      <w:r>
        <w:t xml:space="preserve">    (b) made by taking on as one's own</w:t>
      </w:r>
      <w:r>
        <w:br/>
      </w:r>
      <w:r>
        <w:t xml:space="preserve">    (c) relating to the sense of touch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"And what is it?" asked Lucy fearfully, expecting some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harrowing</w:t>
      </w:r>
      <w:r>
        <w:rPr>
          <w:b/>
          <w:bCs/>
        </w:rPr>
        <w:t xml:space="preserve"> </w:t>
      </w:r>
      <w:r>
        <w:rPr>
          <w:b/>
          <w:bCs/>
        </w:rPr>
        <w:t xml:space="preserve">tale.</w:t>
      </w:r>
      <w:r>
        <w:br/>
      </w:r>
      <w:r>
        <w:t xml:space="preserve">    (a) frightening or unsettling</w:t>
      </w:r>
      <w:r>
        <w:br/>
      </w:r>
      <w:r>
        <w:t xml:space="preserve">    (b) able to be disagreed with</w:t>
      </w:r>
      <w:r>
        <w:br/>
      </w:r>
      <w:r>
        <w:t xml:space="preserve">    (c) not tending to find fault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Make him realize that by the side of the everlasting Why there is a Yes—a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transitory</w:t>
      </w:r>
      <w:r>
        <w:rPr>
          <w:b/>
          <w:bCs/>
        </w:rPr>
        <w:t xml:space="preserve"> </w:t>
      </w:r>
      <w:r>
        <w:rPr>
          <w:b/>
          <w:bCs/>
        </w:rPr>
        <w:t xml:space="preserve">Yes if you like, but a Yes.</w:t>
      </w:r>
      <w:r>
        <w:br/>
      </w:r>
      <w:r>
        <w:t xml:space="preserve">    (a) not demonstrative of</w:t>
      </w:r>
      <w:r>
        <w:br/>
      </w:r>
      <w:r>
        <w:t xml:space="preserve">    (b) lasting a short time</w:t>
      </w:r>
      <w:r>
        <w:br/>
      </w:r>
      <w:r>
        <w:t xml:space="preserve">    (c) sincerity (realness)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Mr. Beebe, sitting unnoticed in the window, pondered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illogical</w:t>
      </w:r>
      <w:r>
        <w:rPr>
          <w:b/>
          <w:bCs/>
        </w:rPr>
        <w:t xml:space="preserve"> </w:t>
      </w:r>
      <w:r>
        <w:rPr>
          <w:b/>
          <w:bCs/>
        </w:rPr>
        <w:t xml:space="preserve">element in Miss Honeychurch, and recalled the occasion at Tunbridge Wells when he had discovered it.</w:t>
      </w:r>
      <w:r>
        <w:br/>
      </w:r>
      <w:r>
        <w:t xml:space="preserve">    (a) not reasonable</w:t>
      </w:r>
      <w:r>
        <w:br/>
      </w:r>
      <w:r>
        <w:t xml:space="preserve">    (b) very important</w:t>
      </w:r>
      <w:r>
        <w:br/>
      </w:r>
      <w:r>
        <w:t xml:space="preserve">    (c) able to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delicate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pathos</w:t>
      </w:r>
      <w:r>
        <w:rPr>
          <w:b/>
          <w:bCs/>
        </w:rPr>
        <w:t xml:space="preserve"> </w:t>
      </w:r>
      <w:r>
        <w:rPr>
          <w:b/>
          <w:bCs/>
        </w:rPr>
        <w:t xml:space="preserve">perfumed her disconnected remarks, giving them unexpected beauty, just as in the decaying autumn woods there sometimes rise odours reminiscent of spring.</w:t>
      </w:r>
      <w:r>
        <w:br/>
      </w:r>
      <w:r>
        <w:t xml:space="preserve">    (a) a quality that arouses pity or sorrow</w:t>
      </w:r>
      <w:r>
        <w:br/>
      </w:r>
      <w:r>
        <w:t xml:space="preserve">    (b) the study of how we know what we know</w:t>
      </w:r>
      <w:r>
        <w:br/>
      </w:r>
      <w:r>
        <w:t xml:space="preserve">    (c) a neurotransmitter found in the brain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had been stopped at the Dazio coming back, and the young officials there, who seemed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impudent</w:t>
      </w:r>
      <w:r>
        <w:rPr>
          <w:b/>
          <w:bCs/>
        </w:rPr>
        <w:t xml:space="preserve"> </w:t>
      </w:r>
      <w:r>
        <w:rPr>
          <w:b/>
          <w:bCs/>
        </w:rPr>
        <w:t xml:space="preserve">and desoeuvre, had tried to search their reticules for provisions.</w:t>
      </w:r>
      <w:r>
        <w:br/>
      </w:r>
      <w:r>
        <w:t xml:space="preserve">    (a) alternative medicine using extremely diluted doses of a substance to treat the same symptoms larger doses cause</w:t>
      </w:r>
      <w:r>
        <w:br/>
      </w:r>
      <w:r>
        <w:t xml:space="preserve">    (b) working against psychosis (any severe mental disorder in which contact with reality is lost or highly distorted)</w:t>
      </w:r>
      <w:r>
        <w:br/>
      </w:r>
      <w:r>
        <w:t xml:space="preserve">    (c) improperly bold or disrespectful -- especially toward someone who is older or considered to be of higher status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Now she was crouching in the corner trying to extract a circular note from a kind of linen nose-bag which hung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chaste</w:t>
      </w:r>
      <w:r>
        <w:rPr>
          <w:b/>
          <w:bCs/>
        </w:rPr>
        <w:t xml:space="preserve"> </w:t>
      </w:r>
      <w:r>
        <w:rPr>
          <w:b/>
          <w:bCs/>
        </w:rPr>
        <w:t xml:space="preserve">concealment round her neck.</w:t>
      </w:r>
      <w:r>
        <w:br/>
      </w:r>
      <w:r>
        <w:t xml:space="preserve">    (a) a citizen of Rome between the founding of the city (753 BC) and the fall of the Western Roman Empire (476 AD)</w:t>
      </w:r>
      <w:r>
        <w:br/>
      </w:r>
      <w:r>
        <w:t xml:space="preserve">    (b) able to be portrayed or created in a particular way  OR  able to be interpreted, translated, or extracted from</w:t>
      </w:r>
      <w:r>
        <w:br/>
      </w:r>
      <w:r>
        <w:t xml:space="preserve">    (c) not having sexual intercourse (ever, outside of marriage, or for a long time); or not involving sexual desire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"Eleanor, be quiet," plucking at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vivacious</w:t>
      </w:r>
      <w:r>
        <w:rPr>
          <w:b/>
          <w:bCs/>
        </w:rPr>
        <w:t xml:space="preserve"> </w:t>
      </w:r>
      <w:r>
        <w:rPr>
          <w:b/>
          <w:bCs/>
        </w:rPr>
        <w:t xml:space="preserve">companion.</w:t>
      </w:r>
      <w:r>
        <w:br/>
      </w:r>
      <w:r>
        <w:t xml:space="preserve">    (a) having an engaging liveliness -- when said of a person, typically said of a female</w:t>
      </w:r>
      <w:r>
        <w:br/>
      </w:r>
      <w:r>
        <w:t xml:space="preserve">    (b) the quality of feeling angry or unhappy about having to accept something not liked</w:t>
      </w:r>
      <w:r>
        <w:br/>
      </w:r>
      <w:r>
        <w:t xml:space="preserve">    (c) an argument attributed to one's opponent that is weaker than their actual argument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Let us put it down to his deplorable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antecedents</w:t>
      </w:r>
      <w:r>
        <w:rPr>
          <w:b/>
          <w:bCs/>
        </w:rPr>
        <w:t xml:space="preserve"> </w:t>
      </w:r>
      <w:r>
        <w:rPr>
          <w:b/>
          <w:bCs/>
        </w:rPr>
        <w:t xml:space="preserve">and education, if you wish.</w:t>
      </w:r>
      <w:r>
        <w:br/>
      </w:r>
      <w:r>
        <w:t xml:space="preserve">    (a) something that happened previous to something else; or anything that precedes something</w:t>
      </w:r>
      <w:r>
        <w:br/>
      </w:r>
      <w:r>
        <w:t xml:space="preserve">    (b) acts of officially telling someone about something; or things that contain such message</w:t>
      </w:r>
      <w:r>
        <w:br/>
      </w:r>
      <w:r>
        <w:t xml:space="preserve">    (c) governmental systems in which a majority of citizens elect representatives to make laws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it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transfigured</w:t>
      </w:r>
      <w:r>
        <w:rPr>
          <w:b/>
          <w:bCs/>
        </w:rPr>
        <w:t xml:space="preserve"> </w:t>
      </w:r>
      <w:r>
        <w:rPr>
          <w:b/>
          <w:bCs/>
        </w:rPr>
        <w:t xml:space="preserve">by the view beyond, for Windy Corner was built on the range that overlooks the Sussex Weald.</w:t>
      </w:r>
      <w:r>
        <w:br/>
      </w:r>
      <w:r>
        <w:t xml:space="preserve">    (a) held together (connected or united) or wrapped</w:t>
      </w:r>
      <w:r>
        <w:br/>
      </w:r>
      <w:r>
        <w:t xml:space="preserve">    (b) considered (for affect on a result or outcome)</w:t>
      </w:r>
      <w:r>
        <w:br/>
      </w:r>
      <w:r>
        <w:t xml:space="preserve">    (c) completely changed the nature or appearance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Honeychurches were a worthy family, but he began to realize that Lucy was of another clay; and perhaps—he did not put it very definitely—he ought to introduce her into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congenial</w:t>
      </w:r>
      <w:r>
        <w:rPr>
          <w:b/>
          <w:bCs/>
        </w:rPr>
        <w:t xml:space="preserve"> </w:t>
      </w:r>
      <w:r>
        <w:rPr>
          <w:b/>
          <w:bCs/>
        </w:rPr>
        <w:t xml:space="preserve">circles as soon as possible.</w:t>
      </w:r>
      <w:r>
        <w:br/>
      </w:r>
      <w:r>
        <w:t xml:space="preserve">    (a) not sensible or careful</w:t>
      </w:r>
      <w:r>
        <w:br/>
      </w:r>
      <w:r>
        <w:t xml:space="preserve">    (b) unable to get closer to</w:t>
      </w:r>
      <w:r>
        <w:br/>
      </w:r>
      <w:r>
        <w:t xml:space="preserve">    (c) agreeable or compatible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Was it likely that a clergyman and a gentleman would refer to his engagement in a manner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flippant</w:t>
      </w:r>
      <w:r>
        <w:rPr>
          <w:b/>
          <w:bCs/>
        </w:rPr>
        <w:t xml:space="preserve">?</w:t>
      </w:r>
      <w:r>
        <w:br/>
      </w:r>
      <w:r>
        <w:t xml:space="preserve">    (a) designed to be useful; or capable of working</w:t>
      </w:r>
      <w:r>
        <w:br/>
      </w:r>
      <w:r>
        <w:t xml:space="preserve">    (b) the state or degree of agreeing or approving</w:t>
      </w:r>
      <w:r>
        <w:br/>
      </w:r>
      <w:r>
        <w:t xml:space="preserve">    (c) showing an inappropriate lack of seriousness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apathetic</w:t>
      </w:r>
      <w:r>
        <w:rPr>
          <w:b/>
          <w:bCs/>
        </w:rPr>
        <w:t xml:space="preserve"> </w:t>
      </w:r>
      <w:r>
        <w:rPr>
          <w:b/>
          <w:bCs/>
        </w:rPr>
        <w:t xml:space="preserve">and dilatory.</w:t>
      </w:r>
      <w:r>
        <w:br/>
      </w:r>
      <w:r>
        <w:t xml:space="preserve">    (a) made by taking on as one's own</w:t>
      </w:r>
      <w:r>
        <w:br/>
      </w:r>
      <w:r>
        <w:t xml:space="preserve">    (b) relating to the chest (thorax)</w:t>
      </w:r>
      <w:r>
        <w:br/>
      </w:r>
      <w:r>
        <w:t xml:space="preserve">    (c) without interest or enthusiasm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left the pool in silence, after this one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salutation</w:t>
      </w:r>
      <w:r>
        <w:rPr>
          <w:b/>
          <w:bCs/>
        </w:rPr>
        <w:t xml:space="preserve">.</w:t>
      </w:r>
      <w:r>
        <w:br/>
      </w:r>
      <w:r>
        <w:t xml:space="preserve">    (a) a greeting -- such as</w:t>
      </w:r>
      <w:r>
        <w:t xml:space="preserve"> </w:t>
      </w:r>
      <w:r>
        <w:rPr>
          <w:i/>
          <w:iCs/>
        </w:rPr>
        <w:t xml:space="preserve">"Hi"</w:t>
      </w:r>
      <w:r>
        <w:t xml:space="preserve">, </w:t>
      </w:r>
      <w:r>
        <w:t xml:space="preserve"> </w:t>
      </w:r>
      <w:r>
        <w:rPr>
          <w:i/>
          <w:iCs/>
        </w:rPr>
        <w:t xml:space="preserve">"Dear John:"</w:t>
      </w:r>
      <w:r>
        <w:t xml:space="preserve">, or</w:t>
      </w:r>
      <w:r>
        <w:t xml:space="preserve"> </w:t>
      </w:r>
      <w:r>
        <w:rPr>
          <w:i/>
          <w:iCs/>
        </w:rPr>
        <w:t xml:space="preserve">"Ladies and Gentlemen"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the act of greeting</w:t>
      </w:r>
      <w:r>
        <w:br/>
      </w:r>
      <w:r>
        <w:t xml:space="preserve">    (b) a small hole or a series of small holes such as are used to make it easy to tear a piece of paper along a specific line</w:t>
      </w:r>
      <w:r>
        <w:br/>
      </w:r>
      <w:r>
        <w:t xml:space="preserve">    (c) a highly educated person interested in learning and exploring ideas -- sometimes while ignoring practical considerations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Suppose we go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hinder</w:t>
      </w:r>
      <w:r>
        <w:rPr>
          <w:b/>
          <w:bCs/>
        </w:rPr>
        <w:t xml:space="preserve"> </w:t>
      </w:r>
      <w:r>
        <w:rPr>
          <w:b/>
          <w:bCs/>
        </w:rPr>
        <w:t xml:space="preserve">those new people opposite for a little.</w:t>
      </w:r>
      <w:r>
        <w:br/>
      </w:r>
      <w:r>
        <w:t xml:space="preserve">    (a) slowed down or caused problems for</w:t>
      </w:r>
      <w:r>
        <w:br/>
      </w:r>
      <w:r>
        <w:t xml:space="preserve">    (b) to cause something to move forward</w:t>
      </w:r>
      <w:r>
        <w:br/>
      </w:r>
      <w:r>
        <w:t xml:space="preserve">    (c) make different; or show difference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"Hullo!" he cried, shouting in at the open door, through which much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squalor</w:t>
      </w:r>
      <w:r>
        <w:rPr>
          <w:b/>
          <w:bCs/>
        </w:rPr>
        <w:t xml:space="preserve"> </w:t>
      </w:r>
      <w:r>
        <w:rPr>
          <w:b/>
          <w:bCs/>
        </w:rPr>
        <w:t xml:space="preserve">was visible.</w:t>
      </w:r>
      <w:r>
        <w:br/>
      </w:r>
      <w:r>
        <w:t xml:space="preserve">    (a) the act, process, or instance of telling a story</w:t>
      </w:r>
      <w:r>
        <w:br/>
      </w:r>
      <w:r>
        <w:t xml:space="preserve">    (b) a general feeling of not being as good as others</w:t>
      </w:r>
      <w:r>
        <w:br/>
      </w:r>
      <w:r>
        <w:t xml:space="preserve">    (c) extremely dirty and unpleasant living conditions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Freddy's got a friend coming Tuesday, there's Cecil, and you've promised to take in Minnie Beebe because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diphtheria</w:t>
      </w:r>
      <w:r>
        <w:rPr>
          <w:b/>
          <w:bCs/>
        </w:rPr>
        <w:t xml:space="preserve"> </w:t>
      </w:r>
      <w:r>
        <w:rPr>
          <w:b/>
          <w:bCs/>
        </w:rPr>
        <w:t xml:space="preserve">scare.</w:t>
      </w:r>
      <w:r>
        <w:br/>
      </w:r>
      <w:r>
        <w:t xml:space="preserve">    (a) the state or degree of being able to be stopped from happening</w:t>
      </w:r>
      <w:r>
        <w:br/>
      </w:r>
      <w:r>
        <w:t xml:space="preserve">    (b) expresses personal artistic ideas or feelings while performing</w:t>
      </w:r>
      <w:r>
        <w:br/>
      </w:r>
      <w:r>
        <w:t xml:space="preserve">    (c) acute contagious infection that causes difficulty in breathing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all his culture, Cecil was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ascetic</w:t>
      </w:r>
      <w:r>
        <w:rPr>
          <w:b/>
          <w:bCs/>
        </w:rPr>
        <w:t xml:space="preserve"> </w:t>
      </w:r>
      <w:r>
        <w:rPr>
          <w:b/>
          <w:bCs/>
        </w:rPr>
        <w:t xml:space="preserve">at heart, and nothing in his love became him like the leaving of it.</w:t>
      </w:r>
      <w:r>
        <w:br/>
      </w:r>
      <w:r>
        <w:t xml:space="preserve">    (a) a drug that calms or puts to sleep; or describing something as calming</w:t>
      </w:r>
      <w:r>
        <w:br/>
      </w:r>
      <w:r>
        <w:t xml:space="preserve">    (b) the reason for doing something; or the level of desire to do something</w:t>
      </w:r>
      <w:r>
        <w:br/>
      </w:r>
      <w:r>
        <w:t xml:space="preserve">    (c) someone who practices self-denial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2026-07-31T15:27:27Z</dcterms:created>
  <dcterms:modified xsi:type="dcterms:W3CDTF">2026-07-31T15:27:27Z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