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1a26c29c0f645ca85905712709cf6bdd790af2"/>
    <w:p>
      <w:pPr>
        <w:pStyle w:val="Heading1"/>
      </w:pPr>
      <w:r>
        <w:rPr>
          <w:b/>
          <w:bCs/>
        </w:rPr>
        <w:t xml:space="preserve">A Raisin in the Sun</w:t>
      </w:r>
      <w:r>
        <w:br/>
      </w:r>
      <w:r>
        <w:rPr>
          <w:i/>
          <w:iCs/>
        </w:rPr>
        <w:t xml:space="preserve">Lorraine Hansberry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appreciate</w:t>
      </w:r>
      <w:r>
        <w:rPr>
          <w:b/>
          <w:bCs/>
        </w:rPr>
        <w:t xml:space="preserve"> </w:t>
      </w:r>
      <w:r>
        <w:rPr>
          <w:b/>
          <w:bCs/>
        </w:rPr>
        <w:t xml:space="preserve">it if you would let me finish the story without interruption.</w:t>
      </w:r>
      <w:r>
        <w:br/>
      </w:r>
      <w:r>
        <w:t xml:space="preserve">    (a) be grateful</w:t>
      </w:r>
      <w:r>
        <w:br/>
      </w:r>
      <w:r>
        <w:t xml:space="preserve">    (b) reward</w:t>
      </w:r>
      <w:r>
        <w:br/>
      </w:r>
      <w:r>
        <w:t xml:space="preserve">    (c) not ignore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doesn't fully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appreciate</w:t>
      </w:r>
      <w:r>
        <w:rPr>
          <w:b/>
          <w:bCs/>
        </w:rPr>
        <w:t xml:space="preserve"> </w:t>
      </w:r>
      <w:r>
        <w:rPr>
          <w:b/>
          <w:bCs/>
        </w:rPr>
        <w:t xml:space="preserve">our difficulties.</w:t>
      </w:r>
      <w:r>
        <w:br/>
      </w:r>
      <w:r>
        <w:t xml:space="preserve">    (a) understand</w:t>
      </w:r>
      <w:r>
        <w:br/>
      </w:r>
      <w:r>
        <w:t xml:space="preserve">    (b) explain</w:t>
      </w:r>
      <w:r>
        <w:br/>
      </w:r>
      <w:r>
        <w:t xml:space="preserve">    (c) increase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credulous</w:t>
      </w:r>
      <w:r>
        <w:rPr>
          <w:b/>
          <w:bCs/>
        </w:rPr>
        <w:t xml:space="preserve"> </w:t>
      </w:r>
      <w:r>
        <w:rPr>
          <w:b/>
          <w:bCs/>
        </w:rPr>
        <w:t xml:space="preserve">she believes everything she reads.</w:t>
      </w:r>
      <w:r>
        <w:br/>
      </w:r>
      <w:r>
        <w:t xml:space="preserve">    (a) very skeptical</w:t>
      </w:r>
      <w:r>
        <w:br/>
      </w:r>
      <w:r>
        <w:t xml:space="preserve">    (b) deeply thoughtful</w:t>
      </w:r>
      <w:r>
        <w:br/>
      </w:r>
      <w:r>
        <w:t xml:space="preserve">    (c) easily fooled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medal is given only to a few who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demonstrated</w:t>
      </w:r>
      <w:r>
        <w:rPr>
          <w:b/>
          <w:bCs/>
        </w:rPr>
        <w:t xml:space="preserve"> </w:t>
      </w:r>
      <w:r>
        <w:rPr>
          <w:b/>
          <w:bCs/>
        </w:rPr>
        <w:t xml:space="preserve">extraordinary courage while defending their country.</w:t>
      </w:r>
      <w:r>
        <w:br/>
      </w:r>
      <w:r>
        <w:t xml:space="preserve">    (a) shown</w:t>
      </w:r>
      <w:r>
        <w:br/>
      </w:r>
      <w:r>
        <w:t xml:space="preserve">    (b) protested</w:t>
      </w:r>
      <w:r>
        <w:br/>
      </w:r>
      <w:r>
        <w:t xml:space="preserve">    (c)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They'll give us a lower interest rate if we can pay a larger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down payment</w:t>
      </w:r>
      <w:r>
        <w:rPr>
          <w:b/>
          <w:bCs/>
        </w:rPr>
        <w:t xml:space="preserve">.</w:t>
      </w:r>
      <w:r>
        <w:br/>
      </w:r>
      <w:r>
        <w:t xml:space="preserve">    (a) monthly payment</w:t>
      </w:r>
      <w:r>
        <w:br/>
      </w:r>
      <w:r>
        <w:t xml:space="preserve">    (b) insurance fee</w:t>
      </w:r>
      <w:r>
        <w:br/>
      </w:r>
      <w:r>
        <w:t xml:space="preserve">    (c) upfront cash payment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culture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 </w:t>
      </w:r>
      <w:r>
        <w:rPr>
          <w:b/>
          <w:bCs/>
        </w:rPr>
        <w:t xml:space="preserve">wedding ceremonies.</w:t>
      </w:r>
      <w:r>
        <w:br/>
      </w:r>
      <w:r>
        <w:t xml:space="preserve">    (a) generous</w:t>
      </w:r>
      <w:r>
        <w:br/>
      </w:r>
      <w:r>
        <w:t xml:space="preserve">    (b) exciting</w:t>
      </w:r>
      <w:r>
        <w:br/>
      </w:r>
      <w:r>
        <w:t xml:space="preserve">    (c)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walked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 </w:t>
      </w:r>
      <w:r>
        <w:rPr>
          <w:b/>
          <w:bCs/>
        </w:rPr>
        <w:t xml:space="preserve">swagger.</w:t>
      </w:r>
      <w:r>
        <w:br/>
      </w:r>
      <w:r>
        <w:t xml:space="preserve">    (a) rudely disrespectful</w:t>
      </w:r>
      <w:r>
        <w:br/>
      </w:r>
      <w:r>
        <w:t xml:space="preserve">    (b) slightly noticeable</w:t>
      </w:r>
      <w:r>
        <w:br/>
      </w:r>
      <w:r>
        <w:t xml:space="preserve">    (c) exaggerated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little brother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exasperating</w:t>
      </w:r>
      <w:r>
        <w:rPr>
          <w:b/>
          <w:bCs/>
        </w:rPr>
        <w:t xml:space="preserve">. He's always testing his boundaries.</w:t>
      </w:r>
      <w:r>
        <w:br/>
      </w:r>
      <w:r>
        <w:t xml:space="preserve">    (a) endearing (lovable)</w:t>
      </w:r>
      <w:r>
        <w:br/>
      </w:r>
      <w:r>
        <w:t xml:space="preserve">    (b) very active</w:t>
      </w:r>
      <w:r>
        <w:br/>
      </w:r>
      <w:r>
        <w:t xml:space="preserve">    (c) greatly annoying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idealism</w:t>
      </w:r>
      <w:r>
        <w:rPr>
          <w:b/>
          <w:bCs/>
        </w:rPr>
        <w:t xml:space="preserve"> </w:t>
      </w:r>
      <w:r>
        <w:rPr>
          <w:b/>
          <w:bCs/>
        </w:rPr>
        <w:t xml:space="preserve">made her believe the school could become fairer for everyone.</w:t>
      </w:r>
      <w:r>
        <w:br/>
      </w:r>
      <w:r>
        <w:t xml:space="preserve">    (a) love of comfort</w:t>
      </w:r>
      <w:r>
        <w:br/>
      </w:r>
      <w:r>
        <w:t xml:space="preserve">    (b) fear of change</w:t>
      </w:r>
      <w:r>
        <w:br/>
      </w:r>
      <w:r>
        <w:t xml:space="preserve">    (c) belief in high ideals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laugh, but I overcame the urge.</w:t>
      </w:r>
      <w:r>
        <w:br/>
      </w:r>
      <w:r>
        <w:t xml:space="preserve">    (a) afraid</w:t>
      </w:r>
      <w:r>
        <w:br/>
      </w:r>
      <w:r>
        <w:t xml:space="preserve">    (b) disinclined</w:t>
      </w:r>
      <w:r>
        <w:br/>
      </w:r>
      <w:r>
        <w:t xml:space="preserve">    (c) tending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to his anger.</w:t>
      </w:r>
      <w:r>
        <w:br/>
      </w:r>
      <w:r>
        <w:t xml:space="preserve">    (a) with anger</w:t>
      </w:r>
      <w:r>
        <w:br/>
      </w:r>
      <w:r>
        <w:t xml:space="preserve">    (b) without interest</w:t>
      </w:r>
      <w:r>
        <w:br/>
      </w:r>
      <w:r>
        <w:t xml:space="preserve">    (c) with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surprised at the unexpected</w:t>
      </w:r>
      <w:r>
        <w:br/>
      </w:r>
      <w:r>
        <w:t xml:space="preserve">    (b) defensive about being suspected</w:t>
      </w:r>
      <w:r>
        <w:br/>
      </w:r>
      <w:r>
        <w:t xml:space="preserve">    (c) annoyed at something unjust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meddle</w:t>
      </w:r>
      <w:r>
        <w:rPr>
          <w:b/>
          <w:bCs/>
        </w:rPr>
        <w:t xml:space="preserve"> </w:t>
      </w:r>
      <w:r>
        <w:rPr>
          <w:b/>
          <w:bCs/>
        </w:rPr>
        <w:t xml:space="preserve">in my affairs!</w:t>
      </w:r>
      <w:r>
        <w:br/>
      </w:r>
      <w:r>
        <w:t xml:space="preserve">    (a) offer sympathy</w:t>
      </w:r>
      <w:r>
        <w:br/>
      </w:r>
      <w:r>
        <w:t xml:space="preserve">    (b) pretend to understand</w:t>
      </w:r>
      <w:r>
        <w:br/>
      </w:r>
      <w:r>
        <w:t xml:space="preserve">    (c) interfere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American's have a hard time understanding that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mock</w:t>
      </w:r>
      <w:r>
        <w:rPr>
          <w:b/>
          <w:bCs/>
        </w:rPr>
        <w:t xml:space="preserve"> </w:t>
      </w:r>
      <w:r>
        <w:rPr>
          <w:b/>
          <w:bCs/>
        </w:rPr>
        <w:t xml:space="preserve">Islam is to invite violence.</w:t>
      </w:r>
      <w:r>
        <w:br/>
      </w:r>
      <w:r>
        <w:t xml:space="preserve">    (a) discriminate against</w:t>
      </w:r>
      <w:r>
        <w:br/>
      </w:r>
      <w:r>
        <w:t xml:space="preserve">    (b) make fun of</w:t>
      </w:r>
      <w:r>
        <w:br/>
      </w:r>
      <w:r>
        <w:t xml:space="preserve">    (c) not believe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conversation became more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monologue</w:t>
      </w:r>
      <w:r>
        <w:rPr>
          <w:b/>
          <w:bCs/>
        </w:rPr>
        <w:t xml:space="preserve"> </w:t>
      </w:r>
      <w:r>
        <w:rPr>
          <w:b/>
          <w:bCs/>
        </w:rPr>
        <w:t xml:space="preserve">on her part.</w:t>
      </w:r>
      <w:r>
        <w:br/>
      </w:r>
      <w:r>
        <w:t xml:space="preserve">    (a) speech</w:t>
      </w:r>
      <w:r>
        <w:br/>
      </w:r>
      <w:r>
        <w:t xml:space="preserve">    (b) complaint</w:t>
      </w:r>
      <w:r>
        <w:br/>
      </w:r>
      <w:r>
        <w:t xml:space="preserve">    (c) pity party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plaintive</w:t>
      </w:r>
      <w:r>
        <w:rPr>
          <w:b/>
          <w:bCs/>
        </w:rPr>
        <w:t xml:space="preserve"> </w:t>
      </w:r>
      <w:r>
        <w:rPr>
          <w:b/>
          <w:bCs/>
        </w:rPr>
        <w:t xml:space="preserve">poem</w:t>
      </w:r>
      <w:r>
        <w:br/>
      </w:r>
      <w:r>
        <w:t xml:space="preserve">    (a) joyful</w:t>
      </w:r>
      <w:r>
        <w:br/>
      </w:r>
      <w:r>
        <w:t xml:space="preserve">    (b) dramatic</w:t>
      </w:r>
      <w:r>
        <w:br/>
      </w:r>
      <w:r>
        <w:t xml:space="preserve">    (c)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detective is talking to all the witnesses to try to determine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precise</w:t>
      </w:r>
      <w:r>
        <w:rPr>
          <w:b/>
          <w:bCs/>
        </w:rPr>
        <w:t xml:space="preserve"> </w:t>
      </w:r>
      <w:r>
        <w:rPr>
          <w:b/>
          <w:bCs/>
        </w:rPr>
        <w:t xml:space="preserve">sequence of events.</w:t>
      </w:r>
      <w:r>
        <w:br/>
      </w:r>
      <w:r>
        <w:t xml:space="preserve">    (a) first</w:t>
      </w:r>
      <w:r>
        <w:br/>
      </w:r>
      <w:r>
        <w:t xml:space="preserve">    (b) exact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precise</w:t>
      </w:r>
      <w:r>
        <w:rPr>
          <w:b/>
          <w:bCs/>
        </w:rPr>
        <w:t xml:space="preserve"> </w:t>
      </w:r>
      <w:r>
        <w:rPr>
          <w:b/>
          <w:bCs/>
        </w:rPr>
        <w:t xml:space="preserve">in her thinking, appearance, and movements.</w:t>
      </w:r>
      <w:r>
        <w:br/>
      </w:r>
      <w:r>
        <w:t xml:space="preserve">    (a) meticulous (careful about details)</w:t>
      </w:r>
      <w:r>
        <w:br/>
      </w:r>
      <w:r>
        <w:t xml:space="preserve">    (b) not clear or easily identifiable</w:t>
      </w:r>
      <w:r>
        <w:br/>
      </w:r>
      <w:r>
        <w:t xml:space="preserve">    (c) very serious--possibly dignified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spiritual experience that changed her life.</w:t>
      </w:r>
      <w:r>
        <w:br/>
      </w:r>
      <w:r>
        <w:t xml:space="preserve">    (a) intense</w:t>
      </w:r>
      <w:r>
        <w:br/>
      </w:r>
      <w:r>
        <w:t xml:space="preserve">    (b) traditional</w:t>
      </w:r>
      <w:r>
        <w:br/>
      </w:r>
      <w:r>
        <w:t xml:space="preserve">    (c) common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scientist pursued her research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vigor</w:t>
      </w:r>
      <w:r>
        <w:rPr>
          <w:b/>
          <w:bCs/>
        </w:rPr>
        <w:t xml:space="preserve">, determined to make a breakthrough discovery.</w:t>
      </w:r>
      <w:r>
        <w:br/>
      </w:r>
      <w:r>
        <w:t xml:space="preserve">    (a) energy and strength</w:t>
      </w:r>
      <w:r>
        <w:br/>
      </w:r>
      <w:r>
        <w:t xml:space="preserve">    (b) outside help</w:t>
      </w:r>
      <w:r>
        <w:br/>
      </w:r>
      <w:r>
        <w:t xml:space="preserve">    (c) persistent patience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2026-07-31T18:13:47Z</dcterms:created>
  <dcterms:modified xsi:type="dcterms:W3CDTF">2026-07-31T18:13:47Z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