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17ea4c0bdf5cbebe8cc4ea175b2452fd40d83d"/>
    <w:p>
      <w:pPr>
        <w:pStyle w:val="Heading1"/>
      </w:pPr>
      <w:r>
        <w:rPr>
          <w:b/>
          <w:bCs/>
        </w:rPr>
        <w:t xml:space="preserve">A Portrait of the Artist as a Young Man</w:t>
      </w:r>
      <w:r>
        <w:br/>
      </w:r>
      <w:r>
        <w:rPr>
          <w:i/>
          <w:iCs/>
        </w:rPr>
        <w:t xml:space="preserve">James Joyce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expressed concern about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aesthetic</w:t>
      </w:r>
      <w:r>
        <w:rPr>
          <w:b/>
          <w:bCs/>
        </w:rPr>
        <w:t xml:space="preserve"> </w:t>
      </w:r>
      <w:r>
        <w:rPr>
          <w:b/>
          <w:bCs/>
        </w:rPr>
        <w:t xml:space="preserve">impact of wind turbines in such beautiful countryside.</w:t>
      </w:r>
      <w:r>
        <w:br/>
      </w:r>
      <w:r>
        <w:t xml:space="preserve">    (a) related to morality</w:t>
      </w:r>
      <w:r>
        <w:br/>
      </w:r>
      <w:r>
        <w:t xml:space="preserve">    (b) related to money</w:t>
      </w:r>
      <w:r>
        <w:br/>
      </w:r>
      <w:r>
        <w:t xml:space="preserve">    (c) related to beauty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ardent</w:t>
      </w:r>
      <w:r>
        <w:rPr>
          <w:b/>
          <w:bCs/>
        </w:rPr>
        <w:t xml:space="preserve"> </w:t>
      </w:r>
      <w:r>
        <w:rPr>
          <w:b/>
          <w:bCs/>
        </w:rPr>
        <w:t xml:space="preserve">defender of free speech.</w:t>
      </w:r>
      <w:r>
        <w:br/>
      </w:r>
      <w:r>
        <w:t xml:space="preserve">    (a) existing as an inseparable part or characteristic</w:t>
      </w:r>
      <w:r>
        <w:br/>
      </w:r>
      <w:r>
        <w:t xml:space="preserve">    (b) enthusiastic (feeling intense emotion)</w:t>
      </w:r>
      <w:r>
        <w:br/>
      </w:r>
      <w:r>
        <w:t xml:space="preserve">    (c) standing above others in attainment or reputation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baby's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baptism</w:t>
      </w:r>
      <w:r>
        <w:rPr>
          <w:b/>
          <w:bCs/>
        </w:rPr>
        <w:t xml:space="preserve"> </w:t>
      </w:r>
      <w:r>
        <w:rPr>
          <w:b/>
          <w:bCs/>
        </w:rPr>
        <w:t xml:space="preserve">took place at the local church on Sunday.</w:t>
      </w:r>
      <w:r>
        <w:br/>
      </w:r>
      <w:r>
        <w:t xml:space="preserve">    (a) doctor's appointment</w:t>
      </w:r>
      <w:r>
        <w:br/>
      </w:r>
      <w:r>
        <w:t xml:space="preserve">    (b) religious ceremony</w:t>
      </w:r>
      <w:r>
        <w:br/>
      </w:r>
      <w:r>
        <w:t xml:space="preserve">    (c) first birthday party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Before the separation of Church and State, an accusation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heresy</w:t>
      </w:r>
      <w:r>
        <w:rPr>
          <w:b/>
          <w:bCs/>
        </w:rPr>
        <w:t xml:space="preserve"> </w:t>
      </w:r>
      <w:r>
        <w:rPr>
          <w:b/>
          <w:bCs/>
        </w:rPr>
        <w:t xml:space="preserve">could be treated as treason.</w:t>
      </w:r>
      <w:r>
        <w:br/>
      </w:r>
      <w:r>
        <w:t xml:space="preserve">    (a) lying</w:t>
      </w:r>
      <w:r>
        <w:br/>
      </w:r>
      <w:r>
        <w:t xml:space="preserve">    (b) witchcraft</w:t>
      </w:r>
      <w:r>
        <w:br/>
      </w:r>
      <w:r>
        <w:t xml:space="preserve">    (c) immorality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legal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jargon</w:t>
      </w:r>
      <w:r>
        <w:rPr>
          <w:b/>
          <w:bCs/>
        </w:rPr>
        <w:t xml:space="preserve"> </w:t>
      </w:r>
      <w:r>
        <w:rPr>
          <w:b/>
          <w:bCs/>
        </w:rPr>
        <w:t xml:space="preserve">in the contract was so complex that the client had to hire a lawyer to interpret it.</w:t>
      </w:r>
      <w:r>
        <w:br/>
      </w:r>
      <w:r>
        <w:t xml:space="preserve">    (a) underlying philosophy</w:t>
      </w:r>
      <w:r>
        <w:br/>
      </w:r>
      <w:r>
        <w:t xml:space="preserve">    (b) special vocabulary</w:t>
      </w:r>
      <w:r>
        <w:br/>
      </w:r>
      <w:r>
        <w:t xml:space="preserve">    (c) complex ideas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greeted us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languid</w:t>
      </w:r>
      <w:r>
        <w:rPr>
          <w:b/>
          <w:bCs/>
        </w:rPr>
        <w:t xml:space="preserve"> </w:t>
      </w:r>
      <w:r>
        <w:rPr>
          <w:b/>
          <w:bCs/>
        </w:rPr>
        <w:t xml:space="preserve">wave of the hand.</w:t>
      </w:r>
      <w:r>
        <w:br/>
      </w:r>
      <w:r>
        <w:t xml:space="preserve">    (a) stiff and formal</w:t>
      </w:r>
      <w:r>
        <w:br/>
      </w:r>
      <w:r>
        <w:t xml:space="preserve">    (b) quick and sharp</w:t>
      </w:r>
      <w:r>
        <w:br/>
      </w:r>
      <w:r>
        <w:t xml:space="preserve">    (c) slow and relaxed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accepted her fate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listless</w:t>
      </w:r>
      <w:r>
        <w:rPr>
          <w:b/>
          <w:bCs/>
        </w:rPr>
        <w:t xml:space="preserve"> </w:t>
      </w:r>
      <w:r>
        <w:rPr>
          <w:b/>
          <w:bCs/>
        </w:rPr>
        <w:t xml:space="preserve">resignation.</w:t>
      </w:r>
      <w:r>
        <w:br/>
      </w:r>
      <w:r>
        <w:t xml:space="preserve">    (a) frustrated</w:t>
      </w:r>
      <w:r>
        <w:br/>
      </w:r>
      <w:r>
        <w:t xml:space="preserve">    (b) lonely</w:t>
      </w:r>
      <w:r>
        <w:br/>
      </w:r>
      <w:r>
        <w:t xml:space="preserve">    (c) unenergetic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loathe</w:t>
      </w:r>
      <w:r>
        <w:rPr>
          <w:b/>
          <w:bCs/>
        </w:rPr>
        <w:t xml:space="preserve"> </w:t>
      </w:r>
      <w:r>
        <w:rPr>
          <w:b/>
          <w:bCs/>
        </w:rPr>
        <w:t xml:space="preserve">that man. He ruined my life.</w:t>
      </w:r>
      <w:r>
        <w:br/>
      </w:r>
      <w:r>
        <w:t xml:space="preserve">    (a) fear</w:t>
      </w:r>
      <w:r>
        <w:br/>
      </w:r>
      <w:r>
        <w:t xml:space="preserve">    (b) avoid</w:t>
      </w:r>
      <w:r>
        <w:br/>
      </w:r>
      <w:r>
        <w:t xml:space="preserve">    (c) hate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Words can be like baseball bats when used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maliciously</w:t>
      </w:r>
      <w:r>
        <w:rPr>
          <w:b/>
          <w:bCs/>
        </w:rPr>
        <w:t xml:space="preserve"> </w:t>
      </w:r>
      <w:r>
        <w:rPr>
          <w:b/>
          <w:bCs/>
        </w:rPr>
        <w:t xml:space="preserve">against someone who is sensitive.</w:t>
      </w:r>
      <w:r>
        <w:br/>
      </w:r>
      <w:r>
        <w:t xml:space="preserve">    (a) mockingly</w:t>
      </w:r>
      <w:r>
        <w:br/>
      </w:r>
      <w:r>
        <w:t xml:space="preserve">    (b) evilly</w:t>
      </w:r>
      <w:r>
        <w:br/>
      </w:r>
      <w:r>
        <w:t xml:space="preserve">    (c) carelessly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felt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mortified</w:t>
      </w:r>
      <w:r>
        <w:rPr>
          <w:b/>
          <w:bCs/>
        </w:rPr>
        <w:t xml:space="preserve"> </w:t>
      </w:r>
      <w:r>
        <w:rPr>
          <w:b/>
          <w:bCs/>
        </w:rPr>
        <w:t xml:space="preserve">after tripping onstage during the awards ceremony.</w:t>
      </w:r>
      <w:r>
        <w:br/>
      </w:r>
      <w:r>
        <w:t xml:space="preserve">    (a) exceedingly embarrassed</w:t>
      </w:r>
      <w:r>
        <w:br/>
      </w:r>
      <w:r>
        <w:t xml:space="preserve">    (b) severe pain</w:t>
      </w:r>
      <w:r>
        <w:br/>
      </w:r>
      <w:r>
        <w:t xml:space="preserve">    (c) great relief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view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obscured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smoke.</w:t>
      </w:r>
      <w:r>
        <w:br/>
      </w:r>
      <w:r>
        <w:t xml:space="preserve">    (a) blocked</w:t>
      </w:r>
      <w:r>
        <w:br/>
      </w:r>
      <w:r>
        <w:t xml:space="preserve">    (b) made frightening</w:t>
      </w:r>
      <w:r>
        <w:br/>
      </w:r>
      <w:r>
        <w:t xml:space="preserve">    (c) enhanced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book was called</w:t>
      </w:r>
      <w:r>
        <w:rPr>
          <w:b/>
          <w:bCs/>
        </w:rPr>
        <w:t xml:space="preserve"> </w:t>
      </w:r>
      <w:r>
        <w:rPr>
          <w:b/>
          <w:bCs/>
          <w:i/>
          <w:iCs/>
          <w:u w:val="single"/>
        </w:rPr>
        <w:t xml:space="preserve">Omnipotent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Government</w:t>
      </w:r>
      <w:r>
        <w:rPr>
          <w:b/>
          <w:bCs/>
        </w:rPr>
        <w:t xml:space="preserve">.</w:t>
      </w:r>
      <w:r>
        <w:br/>
      </w:r>
      <w:r>
        <w:t xml:space="preserve">    (a) present everywhere</w:t>
      </w:r>
      <w:r>
        <w:br/>
      </w:r>
      <w:r>
        <w:t xml:space="preserve">    (b) knowing everything</w:t>
      </w:r>
      <w:r>
        <w:br/>
      </w:r>
      <w:r>
        <w:t xml:space="preserve">    (c) all powerful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1932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peasant</w:t>
      </w:r>
      <w:r>
        <w:rPr>
          <w:b/>
          <w:bCs/>
        </w:rPr>
        <w:t xml:space="preserve"> </w:t>
      </w:r>
      <w:r>
        <w:rPr>
          <w:b/>
          <w:bCs/>
        </w:rPr>
        <w:t xml:space="preserve">revolt in Su County, China stopped collection of the poppy tax.</w:t>
      </w:r>
      <w:r>
        <w:br/>
      </w:r>
      <w:r>
        <w:t xml:space="preserve">    (a) young person</w:t>
      </w:r>
      <w:r>
        <w:br/>
      </w:r>
      <w:r>
        <w:t xml:space="preserve">    (b) poor farmer</w:t>
      </w:r>
      <w:r>
        <w:br/>
      </w:r>
      <w:r>
        <w:t xml:space="preserve">    (c) city dweller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breaking the window,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 </w:t>
      </w:r>
      <w:r>
        <w:rPr>
          <w:b/>
          <w:bCs/>
        </w:rPr>
        <w:t xml:space="preserve">boy apologized to his neighbor.</w:t>
      </w:r>
      <w:r>
        <w:br/>
      </w:r>
      <w:r>
        <w:t xml:space="preserve">    (a) feeling regret for wrongdoing</w:t>
      </w:r>
      <w:r>
        <w:br/>
      </w:r>
      <w:r>
        <w:t xml:space="preserve">    (b) confused about the rules</w:t>
      </w:r>
      <w:r>
        <w:br/>
      </w:r>
      <w:r>
        <w:t xml:space="preserve">    (c) proud of one's actions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Benjamin Franklin's parents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pious</w:t>
      </w:r>
      <w:r>
        <w:rPr>
          <w:b/>
          <w:bCs/>
        </w:rPr>
        <w:t xml:space="preserve"> </w:t>
      </w:r>
      <w:r>
        <w:rPr>
          <w:b/>
          <w:bCs/>
        </w:rPr>
        <w:t xml:space="preserve">Puritans.</w:t>
      </w:r>
      <w:r>
        <w:br/>
      </w:r>
      <w:r>
        <w:t xml:space="preserve">    (a) traditional</w:t>
      </w:r>
      <w:r>
        <w:br/>
      </w:r>
      <w:r>
        <w:t xml:space="preserve">    (b) highly religious</w:t>
      </w:r>
      <w:r>
        <w:br/>
      </w:r>
      <w:r>
        <w:t xml:space="preserve">    (c) non-traditional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said the U.S. should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repent</w:t>
      </w:r>
      <w:r>
        <w:rPr>
          <w:b/>
          <w:bCs/>
        </w:rPr>
        <w:t xml:space="preserve"> </w:t>
      </w:r>
      <w:r>
        <w:rPr>
          <w:b/>
          <w:bCs/>
        </w:rPr>
        <w:t xml:space="preserve">for the sins of fossil fuels.</w:t>
      </w:r>
      <w:r>
        <w:br/>
      </w:r>
      <w:r>
        <w:t xml:space="preserve">    (a) reimburse</w:t>
      </w:r>
      <w:r>
        <w:br/>
      </w:r>
      <w:r>
        <w:t xml:space="preserve">    (b) suffer</w:t>
      </w:r>
      <w:r>
        <w:br/>
      </w:r>
      <w:r>
        <w:t xml:space="preserve">    (c) apologize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encourages</w:t>
      </w:r>
      <w:r>
        <w:br/>
      </w:r>
      <w:r>
        <w:t xml:space="preserve">    (b) trains</w:t>
      </w:r>
      <w:r>
        <w:br/>
      </w:r>
      <w:r>
        <w:t xml:space="preserve">    (c) disrespects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spurned</w:t>
      </w:r>
      <w:r>
        <w:rPr>
          <w:b/>
          <w:bCs/>
        </w:rPr>
        <w:t xml:space="preserve"> </w:t>
      </w:r>
      <w:r>
        <w:rPr>
          <w:b/>
          <w:bCs/>
        </w:rPr>
        <w:t xml:space="preserve">both major parties in the last election.</w:t>
      </w:r>
      <w:r>
        <w:br/>
      </w:r>
      <w:r>
        <w:t xml:space="preserve">    (a) rejected</w:t>
      </w:r>
      <w:r>
        <w:br/>
      </w:r>
      <w:r>
        <w:t xml:space="preserve">    (b) founded</w:t>
      </w:r>
      <w:r>
        <w:br/>
      </w:r>
      <w:r>
        <w:t xml:space="preserve">    (c) joined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refugees lived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squalid</w:t>
      </w:r>
      <w:r>
        <w:rPr>
          <w:b/>
          <w:bCs/>
        </w:rPr>
        <w:t xml:space="preserve"> </w:t>
      </w:r>
      <w:r>
        <w:rPr>
          <w:b/>
          <w:bCs/>
        </w:rPr>
        <w:t xml:space="preserve">conditions with no clean water or proper shelter.</w:t>
      </w:r>
      <w:r>
        <w:br/>
      </w:r>
      <w:r>
        <w:t xml:space="preserve">    (a) loud and crowded</w:t>
      </w:r>
      <w:r>
        <w:br/>
      </w:r>
      <w:r>
        <w:t xml:space="preserve">    (b) filthy and unpleasant</w:t>
      </w:r>
      <w:r>
        <w:br/>
      </w:r>
      <w:r>
        <w:t xml:space="preserve">    (c) clean and pleasant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my living conditions are not what I would like, they are far better than the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squalor</w:t>
      </w:r>
      <w:r>
        <w:rPr>
          <w:b/>
          <w:bCs/>
        </w:rPr>
        <w:t xml:space="preserve"> </w:t>
      </w:r>
      <w:r>
        <w:rPr>
          <w:b/>
          <w:bCs/>
        </w:rPr>
        <w:t xml:space="preserve">I read of in Charles Dickens novels.</w:t>
      </w:r>
      <w:r>
        <w:br/>
      </w:r>
      <w:r>
        <w:t xml:space="preserve">    (a) cruelty</w:t>
      </w:r>
      <w:r>
        <w:br/>
      </w:r>
      <w:r>
        <w:t xml:space="preserve">    (b) confusion</w:t>
      </w:r>
      <w:r>
        <w:br/>
      </w:r>
      <w:r>
        <w:t xml:space="preserve">    (c) slum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2026-07-31T14:41:13Z</dcterms:created>
  <dcterms:modified xsi:type="dcterms:W3CDTF">2026-07-31T14:41:13Z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