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e53c28a1314824bfe84f1cbb51c580d4fd2f8b5"/>
    <w:p>
      <w:pPr>
        <w:pStyle w:val="Heading1"/>
      </w:pPr>
      <w:r>
        <w:rPr>
          <w:b/>
          <w:bCs/>
        </w:rPr>
        <w:t xml:space="preserve">A Portrait of the Artist as a Young Man</w:t>
      </w:r>
      <w:r>
        <w:br/>
      </w:r>
      <w:r>
        <w:rPr>
          <w:i/>
          <w:iCs/>
        </w:rPr>
        <w:t xml:space="preserve">James Joyce</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 dusk like that of the outer world</w:t>
      </w:r>
      <w:r>
        <w:rPr>
          <w:b/>
          <w:bCs/>
        </w:rPr>
        <w:t xml:space="preserve"> </w:t>
      </w:r>
      <w:r>
        <w:rPr>
          <w:b/>
          <w:bCs/>
          <w:u w:val="single"/>
        </w:rPr>
        <w:t xml:space="preserve">obscured</w:t>
      </w:r>
      <w:r>
        <w:rPr>
          <w:b/>
          <w:bCs/>
        </w:rPr>
        <w:t xml:space="preserve"> </w:t>
      </w:r>
      <w:r>
        <w:rPr>
          <w:b/>
          <w:bCs/>
        </w:rPr>
        <w:t xml:space="preserve">his mind as he heard the mare's hoofs clattering along the tramtrack on the Rock Road and the great can swaying and rattling behind him.</w:t>
      </w:r>
      <w:r>
        <w:br/>
      </w:r>
      <w:r>
        <w:t xml:space="preserve">    (a) emphasized (called attention to something)</w:t>
      </w:r>
      <w:r>
        <w:br/>
      </w:r>
      <w:r>
        <w:t xml:space="preserve">    (b) not fit for service to humans or home life</w:t>
      </w:r>
      <w:r>
        <w:br/>
      </w:r>
      <w:r>
        <w:t xml:space="preserve">    (c) clouded (made less clear)</w:t>
      </w:r>
    </w:p>
    <w:p>
      <w:pPr>
        <w:pStyle w:val="Compact"/>
        <w:numPr>
          <w:ilvl w:val="0"/>
          <w:numId w:val="1001"/>
        </w:numPr>
      </w:pPr>
      <w:r>
        <w:rPr>
          <w:b/>
          <w:bCs/>
        </w:rPr>
        <w:t xml:space="preserve">He chronicled with patience what he saw, detaching himself from it and tasting its</w:t>
      </w:r>
      <w:r>
        <w:rPr>
          <w:b/>
          <w:bCs/>
        </w:rPr>
        <w:t xml:space="preserve"> </w:t>
      </w:r>
      <w:r>
        <w:rPr>
          <w:b/>
          <w:bCs/>
          <w:u w:val="single"/>
        </w:rPr>
        <w:t xml:space="preserve">mortifying</w:t>
      </w:r>
      <w:r>
        <w:rPr>
          <w:b/>
          <w:bCs/>
        </w:rPr>
        <w:t xml:space="preserve"> </w:t>
      </w:r>
      <w:r>
        <w:rPr>
          <w:b/>
          <w:bCs/>
        </w:rPr>
        <w:t xml:space="preserve">flavour in secret.</w:t>
      </w:r>
      <w:r>
        <w:br/>
      </w:r>
      <w:r>
        <w:t xml:space="preserve">    (a) sticking out, attracting more attention than desired, or imposing on others</w:t>
      </w:r>
      <w:r>
        <w:br/>
      </w:r>
      <w:r>
        <w:t xml:space="preserve">    (b) extremely embarrassed and ashamed—so humiliated that pride feels wounded.</w:t>
      </w:r>
      <w:r>
        <w:br/>
      </w:r>
      <w:r>
        <w:t xml:space="preserve">    (c) changing to multiple areas of control or concentration (rather than just 1)</w:t>
      </w:r>
    </w:p>
    <w:p>
      <w:pPr>
        <w:pStyle w:val="Compact"/>
        <w:numPr>
          <w:ilvl w:val="0"/>
          <w:numId w:val="1001"/>
        </w:numPr>
      </w:pPr>
      <w:r>
        <w:rPr>
          <w:b/>
          <w:bCs/>
        </w:rPr>
        <w:t xml:space="preserve">Now, as then, he stood</w:t>
      </w:r>
      <w:r>
        <w:rPr>
          <w:b/>
          <w:bCs/>
        </w:rPr>
        <w:t xml:space="preserve"> </w:t>
      </w:r>
      <w:r>
        <w:rPr>
          <w:b/>
          <w:bCs/>
          <w:u w:val="single"/>
        </w:rPr>
        <w:t xml:space="preserve">listlessly</w:t>
      </w:r>
      <w:r>
        <w:rPr>
          <w:b/>
          <w:bCs/>
        </w:rPr>
        <w:t xml:space="preserve"> </w:t>
      </w:r>
      <w:r>
        <w:rPr>
          <w:b/>
          <w:bCs/>
        </w:rPr>
        <w:t xml:space="preserve">in his place, seemingly a tranquil watcher of the scene before him.</w:t>
      </w:r>
      <w:r>
        <w:br/>
      </w:r>
      <w:r>
        <w:t xml:space="preserve">    (a) in a manner that stops or hinders something</w:t>
      </w:r>
      <w:r>
        <w:br/>
      </w:r>
      <w:r>
        <w:t xml:space="preserve">    (b) in a manner involving only one part or side</w:t>
      </w:r>
      <w:r>
        <w:br/>
      </w:r>
      <w:r>
        <w:t xml:space="preserve">    (c) with a lack of energy and normal enthusiasm</w:t>
      </w:r>
    </w:p>
    <w:p>
      <w:pPr>
        <w:pStyle w:val="Compact"/>
        <w:numPr>
          <w:ilvl w:val="0"/>
          <w:numId w:val="1001"/>
        </w:numPr>
      </w:pPr>
      <w:r>
        <w:rPr>
          <w:b/>
          <w:bCs/>
        </w:rPr>
        <w:t xml:space="preserve">His sensitive nature was still smarting under the lashes of an undivined and</w:t>
      </w:r>
      <w:r>
        <w:rPr>
          <w:b/>
          <w:bCs/>
        </w:rPr>
        <w:t xml:space="preserve"> </w:t>
      </w:r>
      <w:r>
        <w:rPr>
          <w:b/>
          <w:bCs/>
          <w:u w:val="single"/>
        </w:rPr>
        <w:t xml:space="preserve">squalid</w:t>
      </w:r>
      <w:r>
        <w:rPr>
          <w:b/>
          <w:bCs/>
        </w:rPr>
        <w:t xml:space="preserve"> </w:t>
      </w:r>
      <w:r>
        <w:rPr>
          <w:b/>
          <w:bCs/>
        </w:rPr>
        <w:t xml:space="preserve">way of life.</w:t>
      </w:r>
      <w:r>
        <w:br/>
      </w:r>
      <w:r>
        <w:t xml:space="preserve">    (a) dirty and unpleasant; or (more rarely) immoral</w:t>
      </w:r>
      <w:r>
        <w:br/>
      </w:r>
      <w:r>
        <w:t xml:space="preserve">    (b) with the involvement of other people or things</w:t>
      </w:r>
      <w:r>
        <w:br/>
      </w:r>
      <w:r>
        <w:t xml:space="preserve">    (c) the state or degree of being greater than zero</w:t>
      </w:r>
    </w:p>
    <w:p>
      <w:pPr>
        <w:pStyle w:val="Compact"/>
        <w:numPr>
          <w:ilvl w:val="0"/>
          <w:numId w:val="1001"/>
        </w:numPr>
      </w:pPr>
      <w:r>
        <w:rPr>
          <w:b/>
          <w:bCs/>
        </w:rPr>
        <w:t xml:space="preserve">This fellow has</w:t>
      </w:r>
      <w:r>
        <w:rPr>
          <w:b/>
          <w:bCs/>
        </w:rPr>
        <w:t xml:space="preserve"> </w:t>
      </w:r>
      <w:r>
        <w:rPr>
          <w:b/>
          <w:bCs/>
          <w:u w:val="single"/>
        </w:rPr>
        <w:t xml:space="preserve">heresy</w:t>
      </w:r>
      <w:r>
        <w:rPr>
          <w:b/>
          <w:bCs/>
        </w:rPr>
        <w:t xml:space="preserve"> </w:t>
      </w:r>
      <w:r>
        <w:rPr>
          <w:b/>
          <w:bCs/>
        </w:rPr>
        <w:t xml:space="preserve">in his essay.</w:t>
      </w:r>
      <w:r>
        <w:br/>
      </w:r>
      <w:r>
        <w:t xml:space="preserve">    (a) the act, process, or instance of telling a story</w:t>
      </w:r>
      <w:r>
        <w:br/>
      </w:r>
      <w:r>
        <w:t xml:space="preserve">    (b) opinions most people consider immoral</w:t>
      </w:r>
      <w:r>
        <w:br/>
      </w:r>
      <w:r>
        <w:t xml:space="preserve">    (c) a general feeling of not being as good as others</w:t>
      </w:r>
    </w:p>
    <w:p>
      <w:pPr>
        <w:pStyle w:val="Compact"/>
        <w:numPr>
          <w:ilvl w:val="0"/>
          <w:numId w:val="1001"/>
        </w:numPr>
      </w:pPr>
      <w:r>
        <w:rPr>
          <w:b/>
          <w:bCs/>
        </w:rPr>
        <w:t xml:space="preserve">He was conscious of failure and of detection, of the</w:t>
      </w:r>
      <w:r>
        <w:rPr>
          <w:b/>
          <w:bCs/>
        </w:rPr>
        <w:t xml:space="preserve"> </w:t>
      </w:r>
      <w:r>
        <w:rPr>
          <w:b/>
          <w:bCs/>
          <w:u w:val="single"/>
        </w:rPr>
        <w:t xml:space="preserve">squalor</w:t>
      </w:r>
      <w:r>
        <w:rPr>
          <w:b/>
          <w:bCs/>
        </w:rPr>
        <w:t xml:space="preserve"> </w:t>
      </w:r>
      <w:r>
        <w:rPr>
          <w:b/>
          <w:bCs/>
        </w:rPr>
        <w:t xml:space="preserve">of his own mind and home, and felt against his neck the raw edge of his turned and jagged collar.</w:t>
      </w:r>
      <w:r>
        <w:br/>
      </w:r>
      <w:r>
        <w:t xml:space="preserve">    (a) extremely dirty and unpleasant living conditions</w:t>
      </w:r>
      <w:r>
        <w:br/>
      </w:r>
      <w:r>
        <w:t xml:space="preserve">    (b) the act, process, or instance of telling a story</w:t>
      </w:r>
      <w:r>
        <w:br/>
      </w:r>
      <w:r>
        <w:t xml:space="preserve">    (c) a general feeling of not being as good as others</w:t>
      </w:r>
    </w:p>
    <w:p>
      <w:pPr>
        <w:pStyle w:val="Compact"/>
        <w:numPr>
          <w:ilvl w:val="0"/>
          <w:numId w:val="1001"/>
        </w:numPr>
      </w:pPr>
      <w:r>
        <w:rPr>
          <w:b/>
          <w:bCs/>
        </w:rPr>
        <w:t xml:space="preserve">Heron gave the lead and all three joined in a</w:t>
      </w:r>
      <w:r>
        <w:rPr>
          <w:b/>
          <w:bCs/>
        </w:rPr>
        <w:t xml:space="preserve"> </w:t>
      </w:r>
      <w:r>
        <w:rPr>
          <w:b/>
          <w:bCs/>
          <w:u w:val="single"/>
        </w:rPr>
        <w:t xml:space="preserve">scornful</w:t>
      </w:r>
      <w:r>
        <w:rPr>
          <w:b/>
          <w:bCs/>
        </w:rPr>
        <w:t xml:space="preserve"> </w:t>
      </w:r>
      <w:r>
        <w:rPr>
          <w:b/>
          <w:bCs/>
        </w:rPr>
        <w:t xml:space="preserve">laugh.</w:t>
      </w:r>
      <w:r>
        <w:br/>
      </w:r>
      <w:r>
        <w:t xml:space="preserve">    (a) full of strong disrespect or rejection</w:t>
      </w:r>
      <w:r>
        <w:br/>
      </w:r>
      <w:r>
        <w:t xml:space="preserve">    (b) able to accept as true (without proof)</w:t>
      </w:r>
      <w:r>
        <w:br/>
      </w:r>
      <w:r>
        <w:t xml:space="preserve">    (c) able to be protected or kept unchanged</w:t>
      </w:r>
    </w:p>
    <w:p>
      <w:pPr>
        <w:pStyle w:val="Compact"/>
        <w:numPr>
          <w:ilvl w:val="0"/>
          <w:numId w:val="1001"/>
        </w:numPr>
      </w:pPr>
      <w:r>
        <w:rPr>
          <w:b/>
          <w:bCs/>
        </w:rPr>
        <w:t xml:space="preserve">While he was still repeating the CONFITEOR amid the indulgent laughter of his hearers and while the scenes of that malignant episode were still passing sharply and swiftly before his mind he wondered why he bore no</w:t>
      </w:r>
      <w:r>
        <w:rPr>
          <w:b/>
          <w:bCs/>
        </w:rPr>
        <w:t xml:space="preserve"> </w:t>
      </w:r>
      <w:r>
        <w:rPr>
          <w:b/>
          <w:bCs/>
          <w:u w:val="single"/>
        </w:rPr>
        <w:t xml:space="preserve">malice</w:t>
      </w:r>
      <w:r>
        <w:rPr>
          <w:b/>
          <w:bCs/>
        </w:rPr>
        <w:t xml:space="preserve"> </w:t>
      </w:r>
      <w:r>
        <w:rPr>
          <w:b/>
          <w:bCs/>
        </w:rPr>
        <w:t xml:space="preserve">now to those who had tormented him.</w:t>
      </w:r>
      <w:r>
        <w:br/>
      </w:r>
      <w:r>
        <w:t xml:space="preserve">    (a) the desire to hurt others or see them suffer</w:t>
      </w:r>
      <w:r>
        <w:br/>
      </w:r>
      <w:r>
        <w:t xml:space="preserve">    (b) not adjusting a lens to create a clear image</w:t>
      </w:r>
      <w:r>
        <w:br/>
      </w:r>
      <w:r>
        <w:t xml:space="preserve">    (c) the quality of lacking exactness or accuracy</w:t>
      </w:r>
    </w:p>
    <w:p>
      <w:pPr>
        <w:pStyle w:val="Compact"/>
        <w:numPr>
          <w:ilvl w:val="0"/>
          <w:numId w:val="1001"/>
        </w:numPr>
      </w:pPr>
      <w:r>
        <w:rPr>
          <w:b/>
          <w:bCs/>
        </w:rPr>
        <w:t xml:space="preserve">He went from country to country in the east, from Africa to India, from India to Japan,</w:t>
      </w:r>
      <w:r>
        <w:rPr>
          <w:b/>
          <w:bCs/>
        </w:rPr>
        <w:t xml:space="preserve"> </w:t>
      </w:r>
      <w:r>
        <w:rPr>
          <w:b/>
          <w:bCs/>
          <w:u w:val="single"/>
        </w:rPr>
        <w:t xml:space="preserve">baptizing</w:t>
      </w:r>
      <w:r>
        <w:rPr>
          <w:b/>
          <w:bCs/>
        </w:rPr>
        <w:t xml:space="preserve"> </w:t>
      </w:r>
      <w:r>
        <w:rPr>
          <w:b/>
          <w:bCs/>
        </w:rPr>
        <w:t xml:space="preserve">the people.</w:t>
      </w:r>
      <w:r>
        <w:br/>
      </w:r>
      <w:r>
        <w:t xml:space="preserve">    (a) competing in a contest to knock each other off horses with blunted lances  OR  competing in any kind of contest</w:t>
      </w:r>
      <w:r>
        <w:br/>
      </w:r>
      <w:r>
        <w:t xml:space="preserve">    (b) "spiritual renewing" a person in a Christian ceremony  OR  initiating or purifying by a challenging experience</w:t>
      </w:r>
      <w:r>
        <w:br/>
      </w:r>
      <w:r>
        <w:t xml:space="preserve">    (c) restricting the amount of something each person can have -- such as food or gasoline when there is a shortage</w:t>
      </w:r>
    </w:p>
    <w:p>
      <w:pPr>
        <w:pStyle w:val="Compact"/>
        <w:numPr>
          <w:ilvl w:val="0"/>
          <w:numId w:val="1001"/>
        </w:numPr>
      </w:pPr>
      <w:r>
        <w:rPr>
          <w:b/>
          <w:bCs/>
        </w:rPr>
        <w:t xml:space="preserve">And through the several torments of the senses the immortal soul is tortured eternally in its very essence amid the leagues upon leagues of glowing fires kindled in the abyss by the offended majesty of the</w:t>
      </w:r>
      <w:r>
        <w:rPr>
          <w:b/>
          <w:bCs/>
        </w:rPr>
        <w:t xml:space="preserve"> </w:t>
      </w:r>
      <w:r>
        <w:rPr>
          <w:b/>
          <w:bCs/>
          <w:u w:val="single"/>
        </w:rPr>
        <w:t xml:space="preserve">Omnipotent</w:t>
      </w:r>
      <w:r>
        <w:rPr>
          <w:b/>
          <w:bCs/>
        </w:rPr>
        <w:t xml:space="preserve"> </w:t>
      </w:r>
      <w:r>
        <w:rPr>
          <w:b/>
          <w:bCs/>
        </w:rPr>
        <w:t xml:space="preserve">God and fanned into everlasting and ever-increasing fury by the breath of the anger of the God-head.</w:t>
      </w:r>
      <w:r>
        <w:br/>
      </w:r>
      <w:r>
        <w:t xml:space="preserve">    (a) sticking out</w:t>
      </w:r>
      <w:r>
        <w:br/>
      </w:r>
      <w:r>
        <w:t xml:space="preserve">    (b) all powerful</w:t>
      </w:r>
      <w:r>
        <w:br/>
      </w:r>
      <w:r>
        <w:t xml:space="preserve">    (c) not pleasing</w:t>
      </w:r>
    </w:p>
    <w:p>
      <w:pPr>
        <w:pStyle w:val="Compact"/>
        <w:numPr>
          <w:ilvl w:val="0"/>
          <w:numId w:val="1001"/>
        </w:numPr>
      </w:pPr>
      <w:r>
        <w:rPr>
          <w:b/>
          <w:bCs/>
        </w:rPr>
        <w:t xml:space="preserve">Why did you turn aside from your</w:t>
      </w:r>
      <w:r>
        <w:rPr>
          <w:b/>
          <w:bCs/>
        </w:rPr>
        <w:t xml:space="preserve"> </w:t>
      </w:r>
      <w:r>
        <w:rPr>
          <w:b/>
          <w:bCs/>
          <w:u w:val="single"/>
        </w:rPr>
        <w:t xml:space="preserve">pious</w:t>
      </w:r>
      <w:r>
        <w:rPr>
          <w:b/>
          <w:bCs/>
        </w:rPr>
        <w:t xml:space="preserve"> </w:t>
      </w:r>
      <w:r>
        <w:rPr>
          <w:b/>
          <w:bCs/>
        </w:rPr>
        <w:t xml:space="preserve">practices and good works?</w:t>
      </w:r>
      <w:r>
        <w:br/>
      </w:r>
      <w:r>
        <w:t xml:space="preserve">    (a) not able to be translated</w:t>
      </w:r>
      <w:r>
        <w:br/>
      </w:r>
      <w:r>
        <w:t xml:space="preserve">    (b) highly religious</w:t>
      </w:r>
      <w:r>
        <w:br/>
      </w:r>
      <w:r>
        <w:t xml:space="preserve">    (c) able to be disagreed with</w:t>
      </w:r>
    </w:p>
    <w:p>
      <w:pPr>
        <w:pStyle w:val="Compact"/>
        <w:numPr>
          <w:ilvl w:val="0"/>
          <w:numId w:val="1001"/>
        </w:numPr>
      </w:pPr>
      <w:r>
        <w:rPr>
          <w:b/>
          <w:bCs/>
        </w:rPr>
        <w:t xml:space="preserve">No matter how many or how foul the sins if you only</w:t>
      </w:r>
      <w:r>
        <w:rPr>
          <w:b/>
          <w:bCs/>
        </w:rPr>
        <w:t xml:space="preserve"> </w:t>
      </w:r>
      <w:r>
        <w:rPr>
          <w:b/>
          <w:bCs/>
          <w:u w:val="single"/>
        </w:rPr>
        <w:t xml:space="preserve">repent</w:t>
      </w:r>
      <w:r>
        <w:rPr>
          <w:b/>
          <w:bCs/>
        </w:rPr>
        <w:t xml:space="preserve"> </w:t>
      </w:r>
      <w:r>
        <w:rPr>
          <w:b/>
          <w:bCs/>
        </w:rPr>
        <w:t xml:space="preserve">of them they will be forgiven you.</w:t>
      </w:r>
      <w:r>
        <w:br/>
      </w:r>
      <w:r>
        <w:t xml:space="preserve">    (a) to feel regret for having done something wrong and to resolve to be a better person in the future</w:t>
      </w:r>
      <w:r>
        <w:br/>
      </w:r>
      <w:r>
        <w:t xml:space="preserve">    (b) give an opinion of what is wrong with something</w:t>
      </w:r>
      <w:r>
        <w:br/>
      </w:r>
      <w:r>
        <w:t xml:space="preserve">    (c) mark important text; or the text that is marked</w:t>
      </w:r>
    </w:p>
    <w:p>
      <w:pPr>
        <w:pStyle w:val="Compact"/>
        <w:numPr>
          <w:ilvl w:val="0"/>
          <w:numId w:val="1001"/>
        </w:numPr>
      </w:pPr>
      <w:r>
        <w:rPr>
          <w:b/>
          <w:bCs/>
        </w:rPr>
        <w:t xml:space="preserve">The</w:t>
      </w:r>
      <w:r>
        <w:rPr>
          <w:b/>
          <w:bCs/>
        </w:rPr>
        <w:t xml:space="preserve"> </w:t>
      </w:r>
      <w:r>
        <w:rPr>
          <w:b/>
          <w:bCs/>
          <w:u w:val="single"/>
        </w:rPr>
        <w:t xml:space="preserve">penitent</w:t>
      </w:r>
      <w:r>
        <w:rPr>
          <w:b/>
          <w:bCs/>
        </w:rPr>
        <w:t xml:space="preserve"> </w:t>
      </w:r>
      <w:r>
        <w:rPr>
          <w:b/>
          <w:bCs/>
        </w:rPr>
        <w:t xml:space="preserve">emerged from the side of the box.</w:t>
      </w:r>
      <w:r>
        <w:br/>
      </w:r>
      <w:r>
        <w:t xml:space="preserve">    (a) suffering from too few red blood cells</w:t>
      </w:r>
      <w:r>
        <w:br/>
      </w:r>
      <w:r>
        <w:br/>
      </w:r>
      <w:r>
        <w:t xml:space="preserve">or (less commonly):  lacking vitality</w:t>
      </w:r>
      <w:r>
        <w:br/>
      </w:r>
      <w:r>
        <w:t xml:space="preserve">    (b) having the characteristic of or relating to bouncing back light/heat/sound...</w:t>
      </w:r>
      <w:r>
        <w:br/>
      </w:r>
      <w:r>
        <w:t xml:space="preserve">    (c) a person who expresses remorse (sorrow) for misdeeds</w:t>
      </w:r>
    </w:p>
    <w:p>
      <w:pPr>
        <w:pStyle w:val="Compact"/>
        <w:numPr>
          <w:ilvl w:val="0"/>
          <w:numId w:val="1001"/>
        </w:numPr>
      </w:pPr>
      <w:r>
        <w:rPr>
          <w:b/>
          <w:bCs/>
        </w:rPr>
        <w:t xml:space="preserve">His soul had arisen from the grave of boyhood,</w:t>
      </w:r>
      <w:r>
        <w:rPr>
          <w:b/>
          <w:bCs/>
        </w:rPr>
        <w:t xml:space="preserve"> </w:t>
      </w:r>
      <w:r>
        <w:rPr>
          <w:b/>
          <w:bCs/>
          <w:u w:val="single"/>
        </w:rPr>
        <w:t xml:space="preserve">spurning</w:t>
      </w:r>
      <w:r>
        <w:rPr>
          <w:b/>
          <w:bCs/>
        </w:rPr>
        <w:t xml:space="preserve"> </w:t>
      </w:r>
      <w:r>
        <w:rPr>
          <w:b/>
          <w:bCs/>
        </w:rPr>
        <w:t xml:space="preserve">her grave-clothes.</w:t>
      </w:r>
      <w:r>
        <w:br/>
      </w:r>
      <w:r>
        <w:t xml:space="preserve">    (a) subsequent (happening later)</w:t>
      </w:r>
      <w:r>
        <w:br/>
      </w:r>
      <w:r>
        <w:t xml:space="preserve">    (b) gradually adding or removing</w:t>
      </w:r>
      <w:r>
        <w:br/>
      </w:r>
      <w:r>
        <w:t xml:space="preserve">    (c) rejecting as not good enough</w:t>
      </w:r>
    </w:p>
    <w:p>
      <w:pPr>
        <w:pStyle w:val="Compact"/>
        <w:numPr>
          <w:ilvl w:val="0"/>
          <w:numId w:val="1001"/>
        </w:numPr>
      </w:pPr>
      <w:r>
        <w:rPr>
          <w:b/>
          <w:bCs/>
        </w:rPr>
        <w:t xml:space="preserve">Had he felt the need of an implicit faith amid the welter of sectarianism and the</w:t>
      </w:r>
      <w:r>
        <w:rPr>
          <w:b/>
          <w:bCs/>
        </w:rPr>
        <w:t xml:space="preserve"> </w:t>
      </w:r>
      <w:r>
        <w:rPr>
          <w:b/>
          <w:bCs/>
          <w:u w:val="single"/>
        </w:rPr>
        <w:t xml:space="preserve">jargon</w:t>
      </w:r>
      <w:r>
        <w:rPr>
          <w:b/>
          <w:bCs/>
        </w:rPr>
        <w:t xml:space="preserve"> </w:t>
      </w:r>
      <w:r>
        <w:rPr>
          <w:b/>
          <w:bCs/>
        </w:rPr>
        <w:t xml:space="preserve">of its turbulent schisms, six principle men, peculiar people, seed and snake baptists, supralapsarian dogmatists?</w:t>
      </w:r>
      <w:r>
        <w:br/>
      </w:r>
      <w:r>
        <w:t xml:space="preserve">    (a) create dramatic change</w:t>
      </w:r>
      <w:r>
        <w:br/>
      </w:r>
      <w:r>
        <w:t xml:space="preserve">    (b) mirror back (an image)</w:t>
      </w:r>
      <w:r>
        <w:br/>
      </w:r>
      <w:r>
        <w:t xml:space="preserve">    (c) specialized vocabulary</w:t>
      </w:r>
    </w:p>
    <w:p>
      <w:pPr>
        <w:pStyle w:val="Compact"/>
        <w:numPr>
          <w:ilvl w:val="0"/>
          <w:numId w:val="1001"/>
        </w:numPr>
      </w:pPr>
      <w:r>
        <w:rPr>
          <w:b/>
          <w:bCs/>
        </w:rPr>
        <w:t xml:space="preserve">Desire urges us to possess, to go to something;</w:t>
      </w:r>
      <w:r>
        <w:rPr>
          <w:b/>
          <w:bCs/>
        </w:rPr>
        <w:t xml:space="preserve"> </w:t>
      </w:r>
      <w:r>
        <w:rPr>
          <w:b/>
          <w:bCs/>
          <w:u w:val="single"/>
        </w:rPr>
        <w:t xml:space="preserve">loathing</w:t>
      </w:r>
      <w:r>
        <w:rPr>
          <w:b/>
          <w:bCs/>
        </w:rPr>
        <w:t xml:space="preserve"> </w:t>
      </w:r>
      <w:r>
        <w:rPr>
          <w:b/>
          <w:bCs/>
        </w:rPr>
        <w:t xml:space="preserve">urges us to abandon, to go from something.</w:t>
      </w:r>
      <w:r>
        <w:br/>
      </w:r>
      <w:r>
        <w:t xml:space="preserve">    (a) disgust or intense dislike</w:t>
      </w:r>
      <w:r>
        <w:br/>
      </w:r>
      <w:r>
        <w:t xml:space="preserve">    (b) stopping a battle or fight</w:t>
      </w:r>
      <w:r>
        <w:br/>
      </w:r>
      <w:r>
        <w:t xml:space="preserve">    (c) changing through evolution</w:t>
      </w:r>
    </w:p>
    <w:p>
      <w:pPr>
        <w:pStyle w:val="Compact"/>
        <w:numPr>
          <w:ilvl w:val="0"/>
          <w:numId w:val="1001"/>
        </w:numPr>
      </w:pPr>
      <w:r>
        <w:rPr>
          <w:b/>
          <w:bCs/>
        </w:rPr>
        <w:t xml:space="preserve">This supreme quality is felt by the artist when the</w:t>
      </w:r>
      <w:r>
        <w:rPr>
          <w:b/>
          <w:bCs/>
        </w:rPr>
        <w:t xml:space="preserve"> </w:t>
      </w:r>
      <w:r>
        <w:rPr>
          <w:b/>
          <w:bCs/>
          <w:u w:val="single"/>
        </w:rPr>
        <w:t xml:space="preserve">esthetic</w:t>
      </w:r>
      <w:r>
        <w:rPr>
          <w:b/>
          <w:bCs/>
        </w:rPr>
        <w:t xml:space="preserve"> </w:t>
      </w:r>
      <w:r>
        <w:rPr>
          <w:b/>
          <w:bCs/>
        </w:rPr>
        <w:t xml:space="preserve">image is first conceived in his imagination.</w:t>
      </w:r>
      <w:r>
        <w:br/>
      </w:r>
      <w:r>
        <w:t xml:space="preserve">    (a) related to beauty -- often referring to one's appreciation of beauty or one's sense of what is beautiful</w:t>
      </w:r>
      <w:r>
        <w:br/>
      </w:r>
      <w:r>
        <w:t xml:space="preserve">    (b) an image (seen on a mirror or other shiny surface)</w:t>
      </w:r>
      <w:r>
        <w:br/>
      </w:r>
      <w:r>
        <w:t xml:space="preserve">    (c) the act of interacting or getting interested again</w:t>
      </w:r>
    </w:p>
    <w:p>
      <w:pPr>
        <w:pStyle w:val="Compact"/>
        <w:numPr>
          <w:ilvl w:val="0"/>
          <w:numId w:val="1001"/>
        </w:numPr>
      </w:pPr>
      <w:r>
        <w:rPr>
          <w:b/>
          <w:bCs/>
        </w:rPr>
        <w:t xml:space="preserve">An afterglow deepened within his spirit, whence the white flame had passed, deepening to a rose and</w:t>
      </w:r>
      <w:r>
        <w:rPr>
          <w:b/>
          <w:bCs/>
        </w:rPr>
        <w:t xml:space="preserve"> </w:t>
      </w:r>
      <w:r>
        <w:rPr>
          <w:b/>
          <w:bCs/>
          <w:u w:val="single"/>
        </w:rPr>
        <w:t xml:space="preserve">ardent</w:t>
      </w:r>
      <w:r>
        <w:rPr>
          <w:b/>
          <w:bCs/>
        </w:rPr>
        <w:t xml:space="preserve"> </w:t>
      </w:r>
      <w:r>
        <w:rPr>
          <w:b/>
          <w:bCs/>
        </w:rPr>
        <w:t xml:space="preserve">light.</w:t>
      </w:r>
      <w:r>
        <w:br/>
      </w:r>
      <w:r>
        <w:t xml:space="preserve">    (a) aka analytic -- relating to a theory of psychiatry</w:t>
      </w:r>
      <w:r>
        <w:br/>
      </w:r>
      <w:r>
        <w:t xml:space="preserve">    (b) the trait of being difficult to meet and talk with</w:t>
      </w:r>
      <w:r>
        <w:br/>
      </w:r>
      <w:r>
        <w:t xml:space="preserve">    (c) feeling intense emotion (often enthusiasm or love)</w:t>
      </w:r>
    </w:p>
    <w:p>
      <w:pPr>
        <w:pStyle w:val="Compact"/>
        <w:numPr>
          <w:ilvl w:val="0"/>
          <w:numId w:val="1001"/>
        </w:numPr>
      </w:pPr>
      <w:r>
        <w:rPr>
          <w:b/>
          <w:bCs/>
        </w:rPr>
        <w:t xml:space="preserve">A gradual warmth, a</w:t>
      </w:r>
      <w:r>
        <w:rPr>
          <w:b/>
          <w:bCs/>
        </w:rPr>
        <w:t xml:space="preserve"> </w:t>
      </w:r>
      <w:r>
        <w:rPr>
          <w:b/>
          <w:bCs/>
          <w:u w:val="single"/>
        </w:rPr>
        <w:t xml:space="preserve">languorous</w:t>
      </w:r>
      <w:r>
        <w:rPr>
          <w:b/>
          <w:bCs/>
        </w:rPr>
        <w:t xml:space="preserve"> </w:t>
      </w:r>
      <w:r>
        <w:rPr>
          <w:b/>
          <w:bCs/>
        </w:rPr>
        <w:t xml:space="preserve">weariness passed over him descending along his spine from his closely cowled head.</w:t>
      </w:r>
      <w:r>
        <w:br/>
      </w:r>
      <w:r>
        <w:t xml:space="preserve">    (a) inconspicuousness or trustworthiness</w:t>
      </w:r>
      <w:r>
        <w:br/>
      </w:r>
      <w:r>
        <w:t xml:space="preserve">    (b) lacking a reason for doing something</w:t>
      </w:r>
      <w:r>
        <w:br/>
      </w:r>
      <w:r>
        <w:t xml:space="preserve">    (c) slow, relaxed, or with little energy</w:t>
      </w:r>
    </w:p>
    <w:p>
      <w:pPr>
        <w:pStyle w:val="Compact"/>
        <w:numPr>
          <w:ilvl w:val="0"/>
          <w:numId w:val="1001"/>
        </w:numPr>
      </w:pPr>
      <w:r>
        <w:rPr>
          <w:b/>
          <w:bCs/>
          <w:u w:val="single"/>
        </w:rPr>
        <w:t xml:space="preserve">peasants</w:t>
      </w:r>
      <w:r>
        <w:rPr>
          <w:b/>
          <w:bCs/>
        </w:rPr>
        <w:t xml:space="preserve"> </w:t>
      </w:r>
      <w:r>
        <w:rPr>
          <w:b/>
          <w:bCs/>
        </w:rPr>
        <w:t xml:space="preserve">greeted them along the roads in the country;</w:t>
      </w:r>
      <w:r>
        <w:br/>
      </w:r>
      <w:r>
        <w:t xml:space="preserve">    (a) members of an artistic movement pioneered by Pablo Picasso and Georges Braque that featured surfaces of geometrical planes to depict three-dimensional organic forms</w:t>
      </w:r>
      <w:r>
        <w:br/>
      </w:r>
      <w:r>
        <w:t xml:space="preserve">    (b) people of low income, education, and social standing -- especially those who raise crops or livestock</w:t>
      </w:r>
      <w:r>
        <w:br/>
      </w:r>
      <w:r>
        <w:t xml:space="preserve">    (c) organisms in the early stages of growth prior to birth, hatching, or sprouting; in humans organisms during the first eight weeks of development (prior to the fetal stage)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2026-07-31T14:41:13Z</dcterms:created>
  <dcterms:modified xsi:type="dcterms:W3CDTF">2026-07-31T14:41:13Z</dcterms:modified>
</cp:coreProperties>
</file>

<file path=docProps/custom.xml><?xml version="1.0" encoding="utf-8"?>
<Properties xmlns="http://schemas.openxmlformats.org/officeDocument/2006/custom-properties" xmlns:vt="http://schemas.openxmlformats.org/officeDocument/2006/docPropsVTypes"/>
</file>