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44ad21d56ebb560963e017ebb913579291dbe23"/>
    <w:p>
      <w:pPr>
        <w:pStyle w:val="Heading1"/>
      </w:pPr>
      <w:r>
        <w:rPr>
          <w:b/>
          <w:bCs/>
        </w:rPr>
        <w:t xml:space="preserve">A Portrait of the Artist as a Young Man</w:t>
      </w:r>
      <w:r>
        <w:br/>
      </w:r>
      <w:r>
        <w:rPr>
          <w:i/>
          <w:iCs/>
        </w:rPr>
        <w:t xml:space="preserve">James Joyce</w:t>
      </w:r>
      <w:r>
        <w:br/>
      </w:r>
      <w:r>
        <w:rPr>
          <w:b/>
          <w:bCs/>
        </w:rPr>
        <w:t xml:space="preserve">Extra Credit 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History was all about those men and what they did and that was what Peter</w:t>
      </w:r>
      <w:r>
        <w:rPr>
          <w:b/>
          <w:bCs/>
        </w:rPr>
        <w:t xml:space="preserve"> </w:t>
      </w:r>
      <w:r>
        <w:rPr>
          <w:b/>
          <w:bCs/>
          <w:u w:val="single"/>
        </w:rPr>
        <w:t xml:space="preserve">Parley</w:t>
      </w:r>
      <w:r>
        <w:rPr>
          <w:b/>
          <w:bCs/>
        </w:rPr>
        <w:t xml:space="preserve">'s Tales about Greece and Rome were all about.</w:t>
      </w:r>
      <w:r>
        <w:br/>
      </w:r>
      <w:r>
        <w:t xml:space="preserve">    (a) a negotiation or discussion -- especially between enemies</w:t>
      </w:r>
      <w:r>
        <w:br/>
      </w:r>
      <w:r>
        <w:t xml:space="preserve">    (b) to promise, guarantee, or indicate certainty of something</w:t>
      </w:r>
      <w:r>
        <w:br/>
      </w:r>
      <w:r>
        <w:t xml:space="preserve">    (c) think carefully and make a judgment about something again</w:t>
      </w:r>
    </w:p>
    <w:p>
      <w:pPr>
        <w:pStyle w:val="Compact"/>
        <w:numPr>
          <w:ilvl w:val="0"/>
          <w:numId w:val="1001"/>
        </w:numPr>
      </w:pPr>
      <w:r>
        <w:rPr>
          <w:b/>
          <w:bCs/>
        </w:rPr>
        <w:t xml:space="preserve">Perhaps he prayed for the souls in</w:t>
      </w:r>
      <w:r>
        <w:rPr>
          <w:b/>
          <w:bCs/>
        </w:rPr>
        <w:t xml:space="preserve"> </w:t>
      </w:r>
      <w:r>
        <w:rPr>
          <w:b/>
          <w:bCs/>
          <w:u w:val="single"/>
        </w:rPr>
        <w:t xml:space="preserve">purgatory</w:t>
      </w:r>
      <w:r>
        <w:rPr>
          <w:b/>
          <w:bCs/>
        </w:rPr>
        <w:t xml:space="preserve"> </w:t>
      </w:r>
      <w:r>
        <w:rPr>
          <w:b/>
          <w:bCs/>
        </w:rPr>
        <w:t xml:space="preserve">or for the grace of a happy death or perhaps he prayed that God might send him back a part of the big fortune he had squandered in Cork.</w:t>
      </w:r>
      <w:r>
        <w:br/>
      </w:r>
      <w:r>
        <w:t xml:space="preserve">    (a) a place or state of temporary suffering while waiting</w:t>
      </w:r>
      <w:r>
        <w:br/>
      </w:r>
      <w:r>
        <w:br/>
      </w:r>
      <w:r>
        <w:t xml:space="preserve">or in Roman Catholic theology: the place where those who have died in a state of grace undergo limited suffering to pay for their sins</w:t>
      </w:r>
      <w:r>
        <w:br/>
      </w:r>
      <w:r>
        <w:t xml:space="preserve">    (b) treatment with extra kindness or tolerance  OR  (more rarely) a special pleasure (typically something done in excess of what is thought good -- such as eating too much cake, or being too lazy)</w:t>
      </w:r>
      <w:r>
        <w:br/>
      </w:r>
      <w:r>
        <w:t xml:space="preserve">    (c) a person with or something related to an eating disorder in which overeating is followed by guilt and unhealthy attempts at correction -- especially self-induced vomiting</w:t>
      </w:r>
    </w:p>
    <w:p>
      <w:pPr>
        <w:pStyle w:val="Compact"/>
        <w:numPr>
          <w:ilvl w:val="0"/>
          <w:numId w:val="1001"/>
        </w:numPr>
      </w:pPr>
      <w:r>
        <w:rPr>
          <w:b/>
          <w:bCs/>
        </w:rPr>
        <w:t xml:space="preserve">...whatever he had heard or</w:t>
      </w:r>
      <w:r>
        <w:rPr>
          <w:b/>
          <w:bCs/>
        </w:rPr>
        <w:t xml:space="preserve"> </w:t>
      </w:r>
      <w:r>
        <w:rPr>
          <w:b/>
          <w:bCs/>
          <w:u w:val="single"/>
        </w:rPr>
        <w:t xml:space="preserve">divined</w:t>
      </w:r>
      <w:r>
        <w:rPr>
          <w:b/>
          <w:bCs/>
        </w:rPr>
        <w:t xml:space="preserve"> </w:t>
      </w:r>
      <w:r>
        <w:rPr>
          <w:b/>
          <w:bCs/>
        </w:rPr>
        <w:t xml:space="preserve">in childhood of the strange and terrible.</w:t>
      </w:r>
      <w:r>
        <w:br/>
      </w:r>
      <w:r>
        <w:t xml:space="preserve">    (a) learned through intuition or reflection</w:t>
      </w:r>
      <w:r>
        <w:br/>
      </w:r>
      <w:r>
        <w:t xml:space="preserve">    (b) translated</w:t>
      </w:r>
      <w:r>
        <w:br/>
      </w:r>
      <w:r>
        <w:t xml:space="preserve">    (c) subtracted</w:t>
      </w:r>
    </w:p>
    <w:p>
      <w:pPr>
        <w:pStyle w:val="Compact"/>
        <w:numPr>
          <w:ilvl w:val="0"/>
          <w:numId w:val="1001"/>
        </w:numPr>
      </w:pPr>
      <w:r>
        <w:rPr>
          <w:b/>
          <w:bCs/>
        </w:rPr>
        <w:t xml:space="preserve">Stephen sometimes went round with the car which delivered the evening milk and these chilly drives blew away his memory of the filth of the cowyard and he felt no</w:t>
      </w:r>
      <w:r>
        <w:rPr>
          <w:b/>
          <w:bCs/>
        </w:rPr>
        <w:t xml:space="preserve"> </w:t>
      </w:r>
      <w:r>
        <w:rPr>
          <w:b/>
          <w:bCs/>
          <w:u w:val="single"/>
        </w:rPr>
        <w:t xml:space="preserve">repugnance</w:t>
      </w:r>
      <w:r>
        <w:rPr>
          <w:b/>
          <w:bCs/>
        </w:rPr>
        <w:t xml:space="preserve"> </w:t>
      </w:r>
      <w:r>
        <w:rPr>
          <w:b/>
          <w:bCs/>
        </w:rPr>
        <w:t xml:space="preserve">at seeing the cow hairs and hayseeds on the milkman's coat.</w:t>
      </w:r>
      <w:r>
        <w:br/>
      </w:r>
      <w:r>
        <w:t xml:space="preserve">    (a) strong disgust</w:t>
      </w:r>
      <w:r>
        <w:br/>
      </w:r>
      <w:r>
        <w:t xml:space="preserve">    (b) discouragement</w:t>
      </w:r>
      <w:r>
        <w:br/>
      </w:r>
      <w:r>
        <w:t xml:space="preserve">    (c) dissatisfaction</w:t>
      </w:r>
    </w:p>
    <w:p>
      <w:pPr>
        <w:pStyle w:val="Compact"/>
        <w:numPr>
          <w:ilvl w:val="0"/>
          <w:numId w:val="1001"/>
        </w:numPr>
      </w:pPr>
      <w:r>
        <w:rPr>
          <w:b/>
          <w:bCs/>
        </w:rPr>
        <w:t xml:space="preserve">They would be alone, surrounded by darkness and silence: and in that moment of supreme tenderness he would be</w:t>
      </w:r>
      <w:r>
        <w:rPr>
          <w:b/>
          <w:bCs/>
        </w:rPr>
        <w:t xml:space="preserve"> </w:t>
      </w:r>
      <w:r>
        <w:rPr>
          <w:b/>
          <w:bCs/>
          <w:u w:val="single"/>
        </w:rPr>
        <w:t xml:space="preserve">transfigured</w:t>
      </w:r>
      <w:r>
        <w:rPr>
          <w:b/>
          <w:bCs/>
        </w:rPr>
        <w:t xml:space="preserve">.</w:t>
      </w:r>
      <w:r>
        <w:br/>
      </w:r>
      <w:r>
        <w:t xml:space="preserve">    (a) considered (for affect on a result or outcome)</w:t>
      </w:r>
      <w:r>
        <w:br/>
      </w:r>
      <w:r>
        <w:t xml:space="preserve">    (b) held together (connected or united) or wrapped</w:t>
      </w:r>
      <w:r>
        <w:br/>
      </w:r>
      <w:r>
        <w:t xml:space="preserve">    (c) completely changed the nature or appearance of</w:t>
      </w:r>
    </w:p>
    <w:p>
      <w:pPr>
        <w:pStyle w:val="Compact"/>
        <w:numPr>
          <w:ilvl w:val="0"/>
          <w:numId w:val="1001"/>
        </w:numPr>
      </w:pPr>
      <w:r>
        <w:rPr>
          <w:b/>
          <w:bCs/>
        </w:rPr>
        <w:t xml:space="preserve">In a dark corner of the chapel at the gospel side of the altar a stout old lady knelt amid her</w:t>
      </w:r>
      <w:r>
        <w:rPr>
          <w:b/>
          <w:bCs/>
        </w:rPr>
        <w:t xml:space="preserve"> </w:t>
      </w:r>
      <w:r>
        <w:rPr>
          <w:b/>
          <w:bCs/>
          <w:u w:val="single"/>
        </w:rPr>
        <w:t xml:space="preserve">copious</w:t>
      </w:r>
      <w:r>
        <w:rPr>
          <w:b/>
          <w:bCs/>
        </w:rPr>
        <w:t xml:space="preserve"> </w:t>
      </w:r>
      <w:r>
        <w:rPr>
          <w:b/>
          <w:bCs/>
        </w:rPr>
        <w:t xml:space="preserve">black skirts.</w:t>
      </w:r>
      <w:r>
        <w:br/>
      </w:r>
      <w:r>
        <w:t xml:space="preserve">    (a) abundant (large in quantity or number)</w:t>
      </w:r>
      <w:r>
        <w:br/>
      </w:r>
      <w:r>
        <w:t xml:space="preserve">    (b) able to be protected or kept unchanged</w:t>
      </w:r>
      <w:r>
        <w:br/>
      </w:r>
      <w:r>
        <w:t xml:space="preserve">    (c) able to accept as true (without proof)</w:t>
      </w:r>
    </w:p>
    <w:p>
      <w:pPr>
        <w:pStyle w:val="Compact"/>
        <w:numPr>
          <w:ilvl w:val="0"/>
          <w:numId w:val="1001"/>
        </w:numPr>
      </w:pPr>
      <w:r>
        <w:rPr>
          <w:b/>
          <w:bCs/>
        </w:rPr>
        <w:t xml:space="preserve">A soft peal of mirthless laughter escaped from his lips and, bending down as before, he struck Stephen lightly across the calf of the leg with his cane, as if in jesting</w:t>
      </w:r>
      <w:r>
        <w:rPr>
          <w:b/>
          <w:bCs/>
        </w:rPr>
        <w:t xml:space="preserve"> </w:t>
      </w:r>
      <w:r>
        <w:rPr>
          <w:b/>
          <w:bCs/>
          <w:u w:val="single"/>
        </w:rPr>
        <w:t xml:space="preserve">reproof</w:t>
      </w:r>
      <w:r>
        <w:rPr>
          <w:b/>
          <w:bCs/>
        </w:rPr>
        <w:t xml:space="preserve">.</w:t>
      </w:r>
      <w:r>
        <w:br/>
      </w:r>
      <w:r>
        <w:t xml:space="preserve">    (a) criticism</w:t>
      </w:r>
      <w:r>
        <w:br/>
      </w:r>
      <w:r>
        <w:t xml:space="preserve">    (b) hard work</w:t>
      </w:r>
      <w:r>
        <w:br/>
      </w:r>
      <w:r>
        <w:t xml:space="preserve">    (c) main road</w:t>
      </w:r>
    </w:p>
    <w:p>
      <w:pPr>
        <w:pStyle w:val="Compact"/>
        <w:numPr>
          <w:ilvl w:val="0"/>
          <w:numId w:val="1001"/>
        </w:numPr>
      </w:pPr>
      <w:r>
        <w:rPr>
          <w:b/>
          <w:bCs/>
        </w:rPr>
        <w:t xml:space="preserve">While his mind had been pursuing its</w:t>
      </w:r>
      <w:r>
        <w:rPr>
          <w:b/>
          <w:bCs/>
        </w:rPr>
        <w:t xml:space="preserve"> </w:t>
      </w:r>
      <w:r>
        <w:rPr>
          <w:b/>
          <w:bCs/>
          <w:u w:val="single"/>
        </w:rPr>
        <w:t xml:space="preserve">intangible</w:t>
      </w:r>
      <w:r>
        <w:rPr>
          <w:b/>
          <w:bCs/>
        </w:rPr>
        <w:t xml:space="preserve"> </w:t>
      </w:r>
      <w:r>
        <w:rPr>
          <w:b/>
          <w:bCs/>
        </w:rPr>
        <w:t xml:space="preserve">phantoms and turning in irresolution from such pursuit he had heard about him the constant voices of his father and of his masters, urging him to be a gentleman above all things and urging him to be a good catholic above all things.</w:t>
      </w:r>
      <w:r>
        <w:br/>
      </w:r>
      <w:r>
        <w:t xml:space="preserve">    (a) unable to be physically touched (existing but not material or concrete); or something that is hard to identify</w:t>
      </w:r>
      <w:r>
        <w:br/>
      </w:r>
      <w:r>
        <w:t xml:space="preserve">    (b) someone who abandoned their religion or separated from others with whom they used to share firmly held beliefs</w:t>
      </w:r>
      <w:r>
        <w:br/>
      </w:r>
      <w:r>
        <w:t xml:space="preserve">    (c) an artists performance of another artist's work that expresses the performer's feelings or ideas about the work</w:t>
      </w:r>
    </w:p>
    <w:p>
      <w:pPr>
        <w:pStyle w:val="Compact"/>
        <w:numPr>
          <w:ilvl w:val="0"/>
          <w:numId w:val="1001"/>
        </w:numPr>
      </w:pPr>
      <w:r>
        <w:rPr>
          <w:b/>
          <w:bCs/>
        </w:rPr>
        <w:t xml:space="preserve">And it was the din of all these hollow-sounding voices that made him halt</w:t>
      </w:r>
      <w:r>
        <w:rPr>
          <w:b/>
          <w:bCs/>
        </w:rPr>
        <w:t xml:space="preserve"> </w:t>
      </w:r>
      <w:r>
        <w:rPr>
          <w:b/>
          <w:bCs/>
          <w:u w:val="single"/>
        </w:rPr>
        <w:t xml:space="preserve">irresolutely</w:t>
      </w:r>
      <w:r>
        <w:rPr>
          <w:b/>
          <w:bCs/>
        </w:rPr>
        <w:t xml:space="preserve"> </w:t>
      </w:r>
      <w:r>
        <w:rPr>
          <w:b/>
          <w:bCs/>
        </w:rPr>
        <w:t xml:space="preserve">in the pursuit of phantoms.</w:t>
      </w:r>
      <w:r>
        <w:br/>
      </w:r>
      <w:r>
        <w:t xml:space="preserve">    (a) uncertain how to act or proceed</w:t>
      </w:r>
      <w:r>
        <w:br/>
      </w:r>
      <w:r>
        <w:t xml:space="preserve">    (b) in comparison to something else</w:t>
      </w:r>
      <w:r>
        <w:br/>
      </w:r>
      <w:r>
        <w:t xml:space="preserve">    (c) in a manner that is not sincere</w:t>
      </w:r>
    </w:p>
    <w:p>
      <w:pPr>
        <w:pStyle w:val="Compact"/>
        <w:numPr>
          <w:ilvl w:val="0"/>
          <w:numId w:val="1001"/>
        </w:numPr>
      </w:pPr>
      <w:r>
        <w:rPr>
          <w:b/>
          <w:bCs/>
        </w:rPr>
        <w:t xml:space="preserve">He saw her serious alluring eyes watching him from among the audience and their image at once swept away his</w:t>
      </w:r>
      <w:r>
        <w:rPr>
          <w:b/>
          <w:bCs/>
        </w:rPr>
        <w:t xml:space="preserve"> </w:t>
      </w:r>
      <w:r>
        <w:rPr>
          <w:b/>
          <w:bCs/>
          <w:u w:val="single"/>
        </w:rPr>
        <w:t xml:space="preserve">scruples</w:t>
      </w:r>
      <w:r>
        <w:rPr>
          <w:b/>
          <w:bCs/>
        </w:rPr>
        <w:t xml:space="preserve">, leaving his will compact.</w:t>
      </w:r>
      <w:r>
        <w:br/>
      </w:r>
      <w:r>
        <w:t xml:space="preserve">    (a) principles that discourage certain kinds of action</w:t>
      </w:r>
      <w:r>
        <w:br/>
      </w:r>
      <w:r>
        <w:t xml:space="preserve">    (b) prepares food in a way that keeps it from spoiling</w:t>
      </w:r>
      <w:r>
        <w:br/>
      </w:r>
      <w:r>
        <w:t xml:space="preserve">    (c) moves again into position to work; or starts again</w:t>
      </w:r>
    </w:p>
    <w:p>
      <w:pPr>
        <w:pStyle w:val="Compact"/>
        <w:numPr>
          <w:ilvl w:val="0"/>
          <w:numId w:val="1001"/>
        </w:numPr>
      </w:pPr>
      <w:r>
        <w:rPr>
          <w:b/>
          <w:bCs/>
        </w:rPr>
        <w:t xml:space="preserve">This furious music</w:t>
      </w:r>
      <w:r>
        <w:rPr>
          <w:b/>
          <w:bCs/>
        </w:rPr>
        <w:t xml:space="preserve"> </w:t>
      </w:r>
      <w:r>
        <w:rPr>
          <w:b/>
          <w:bCs/>
          <w:u w:val="single"/>
        </w:rPr>
        <w:t xml:space="preserve">allayed</w:t>
      </w:r>
      <w:r>
        <w:rPr>
          <w:b/>
          <w:bCs/>
        </w:rPr>
        <w:t xml:space="preserve"> </w:t>
      </w:r>
      <w:r>
        <w:rPr>
          <w:b/>
          <w:bCs/>
        </w:rPr>
        <w:t xml:space="preserve">his dread and, leaning against the windowledge, he let his eyelids close again.</w:t>
      </w:r>
      <w:r>
        <w:br/>
      </w:r>
      <w:r>
        <w:t xml:space="preserve">    (a) reduced the intensity of or calmed</w:t>
      </w:r>
      <w:r>
        <w:br/>
      </w:r>
      <w:r>
        <w:t xml:space="preserve">    (b) stopped (something from happening)</w:t>
      </w:r>
      <w:r>
        <w:br/>
      </w:r>
      <w:r>
        <w:t xml:space="preserve">    (c) not provided with investment funds</w:t>
      </w:r>
    </w:p>
    <w:p>
      <w:pPr>
        <w:pStyle w:val="Compact"/>
        <w:numPr>
          <w:ilvl w:val="0"/>
          <w:numId w:val="1001"/>
        </w:numPr>
      </w:pPr>
      <w:r>
        <w:rPr>
          <w:b/>
          <w:bCs/>
        </w:rPr>
        <w:t xml:space="preserve">He wondered how his father, whom he knew for a shrewd suspicious man, could be duped by the</w:t>
      </w:r>
      <w:r>
        <w:rPr>
          <w:b/>
          <w:bCs/>
        </w:rPr>
        <w:t xml:space="preserve"> </w:t>
      </w:r>
      <w:r>
        <w:rPr>
          <w:b/>
          <w:bCs/>
          <w:u w:val="single"/>
        </w:rPr>
        <w:t xml:space="preserve">servile</w:t>
      </w:r>
      <w:r>
        <w:rPr>
          <w:b/>
          <w:bCs/>
        </w:rPr>
        <w:t xml:space="preserve"> </w:t>
      </w:r>
      <w:r>
        <w:rPr>
          <w:b/>
          <w:bCs/>
        </w:rPr>
        <w:t xml:space="preserve">manners of the porter; and the lively southern speech which had entertained him all the morning now irritated his ears.</w:t>
      </w:r>
      <w:r>
        <w:br/>
      </w:r>
      <w:r>
        <w:t xml:space="preserve">    (a) related to an economic system based on government ownership or control of all important companies -- with the ideal of equal benefits to all people</w:t>
      </w:r>
      <w:r>
        <w:br/>
      </w:r>
      <w:r>
        <w:t xml:space="preserve">    (b) relating to practice or belief that is long-established or was previously long-established  OR  relating to stories passed down through generations</w:t>
      </w:r>
      <w:r>
        <w:br/>
      </w:r>
      <w:r>
        <w:t xml:space="preserve">    (c) too eager to serve or obey others -- often in a way that seems overly submissive, weak, or lacking self-respect</w:t>
      </w:r>
      <w:r>
        <w:br/>
      </w:r>
      <w:r>
        <w:br/>
      </w:r>
      <w:r>
        <w:t xml:space="preserve">or:</w:t>
      </w:r>
      <w:r>
        <w:br/>
      </w:r>
      <w:r>
        <w:br/>
      </w:r>
      <w:r>
        <w:t xml:space="preserve">related to low-status tasks</w:t>
      </w:r>
      <w:r>
        <w:br/>
      </w:r>
    </w:p>
    <w:p>
      <w:pPr>
        <w:pStyle w:val="Compact"/>
        <w:numPr>
          <w:ilvl w:val="0"/>
          <w:numId w:val="1001"/>
        </w:numPr>
      </w:pPr>
      <w:r>
        <w:rPr>
          <w:b/>
          <w:bCs/>
        </w:rPr>
        <w:t xml:space="preserve">He cared little that he was in mortal sin, that his life had grown to be a tissue of</w:t>
      </w:r>
      <w:r>
        <w:rPr>
          <w:b/>
          <w:bCs/>
        </w:rPr>
        <w:t xml:space="preserve"> </w:t>
      </w:r>
      <w:r>
        <w:rPr>
          <w:b/>
          <w:bCs/>
          <w:u w:val="single"/>
        </w:rPr>
        <w:t xml:space="preserve">subterfuge</w:t>
      </w:r>
      <w:r>
        <w:rPr>
          <w:b/>
          <w:bCs/>
        </w:rPr>
        <w:t xml:space="preserve"> </w:t>
      </w:r>
      <w:r>
        <w:rPr>
          <w:b/>
          <w:bCs/>
        </w:rPr>
        <w:t xml:space="preserve">and falsehood.</w:t>
      </w:r>
      <w:r>
        <w:br/>
      </w:r>
      <w:r>
        <w:t xml:space="preserve">    (a) harsh and unfair treatment</w:t>
      </w:r>
      <w:r>
        <w:br/>
      </w:r>
      <w:r>
        <w:t xml:space="preserve">    (b) the best or most important</w:t>
      </w:r>
      <w:r>
        <w:br/>
      </w:r>
      <w:r>
        <w:t xml:space="preserve">    (c) deception (lies or tricks)</w:t>
      </w:r>
    </w:p>
    <w:p>
      <w:pPr>
        <w:pStyle w:val="Compact"/>
        <w:numPr>
          <w:ilvl w:val="0"/>
          <w:numId w:val="1001"/>
        </w:numPr>
      </w:pPr>
      <w:r>
        <w:rPr>
          <w:b/>
          <w:bCs/>
        </w:rPr>
        <w:t xml:space="preserve">The</w:t>
      </w:r>
      <w:r>
        <w:rPr>
          <w:b/>
          <w:bCs/>
        </w:rPr>
        <w:t xml:space="preserve"> </w:t>
      </w:r>
      <w:r>
        <w:rPr>
          <w:b/>
          <w:bCs/>
          <w:u w:val="single"/>
        </w:rPr>
        <w:t xml:space="preserve">archangel</w:t>
      </w:r>
      <w:r>
        <w:rPr>
          <w:b/>
          <w:bCs/>
        </w:rPr>
        <w:t xml:space="preserve"> </w:t>
      </w:r>
      <w:r>
        <w:rPr>
          <w:b/>
          <w:bCs/>
        </w:rPr>
        <w:t xml:space="preserve">Michael, the prince of the heavenly host, appeared glorious and terrible against the sky.</w:t>
      </w:r>
      <w:r>
        <w:br/>
      </w:r>
      <w:r>
        <w:t xml:space="preserve">    (a) angel of high rank</w:t>
      </w:r>
      <w:r>
        <w:br/>
      </w:r>
      <w:r>
        <w:t xml:space="preserve">    (b) easily set on fire</w:t>
      </w:r>
      <w:r>
        <w:br/>
      </w:r>
      <w:r>
        <w:t xml:space="preserve">    (c) untied or released</w:t>
      </w:r>
    </w:p>
    <w:p>
      <w:pPr>
        <w:pStyle w:val="Compact"/>
        <w:numPr>
          <w:ilvl w:val="0"/>
          <w:numId w:val="1001"/>
        </w:numPr>
      </w:pPr>
      <w:r>
        <w:rPr>
          <w:b/>
          <w:bCs/>
          <w:u w:val="single"/>
        </w:rPr>
        <w:t xml:space="preserve">Theologians</w:t>
      </w:r>
      <w:r>
        <w:rPr>
          <w:b/>
          <w:bCs/>
        </w:rPr>
        <w:t xml:space="preserve"> </w:t>
      </w:r>
      <w:r>
        <w:rPr>
          <w:b/>
          <w:bCs/>
        </w:rPr>
        <w:t xml:space="preserve">consider that it was the sin of pride, the sinful thought conceived in an instant: NON SERVIAM: I WILL NOT SERVE.</w:t>
      </w:r>
      <w:r>
        <w:br/>
      </w:r>
      <w:r>
        <w:t xml:space="preserve">    (a) speaks with someone about something for the first time</w:t>
      </w:r>
      <w:r>
        <w:br/>
      </w:r>
      <w:r>
        <w:t xml:space="preserve">    (b) periods of time when someone exhibits unusual behavior</w:t>
      </w:r>
      <w:r>
        <w:br/>
      </w:r>
      <w:r>
        <w:t xml:space="preserve">    (c) people who are learned in the study of God or religion</w:t>
      </w:r>
    </w:p>
    <w:p>
      <w:pPr>
        <w:pStyle w:val="Compact"/>
        <w:numPr>
          <w:ilvl w:val="0"/>
          <w:numId w:val="1001"/>
        </w:numPr>
      </w:pPr>
      <w:r>
        <w:rPr>
          <w:b/>
          <w:bCs/>
        </w:rPr>
        <w:t xml:space="preserve">That was the work of devils, to scatter his thoughts and over-cloud his conscience,</w:t>
      </w:r>
      <w:r>
        <w:rPr>
          <w:b/>
          <w:bCs/>
        </w:rPr>
        <w:t xml:space="preserve"> </w:t>
      </w:r>
      <w:r>
        <w:rPr>
          <w:b/>
          <w:bCs/>
          <w:u w:val="single"/>
        </w:rPr>
        <w:t xml:space="preserve">assailing</w:t>
      </w:r>
      <w:r>
        <w:rPr>
          <w:b/>
          <w:bCs/>
        </w:rPr>
        <w:t xml:space="preserve"> </w:t>
      </w:r>
      <w:r>
        <w:rPr>
          <w:b/>
          <w:bCs/>
        </w:rPr>
        <w:t xml:space="preserve">him at the gates of the cowardly and sin-corrupted flesh: and, praying God timidly to forgive him his weakness, he crawled up on to the bed and, wrapping the blankets closely about him, covered his face again with his hands.</w:t>
      </w:r>
      <w:r>
        <w:br/>
      </w:r>
      <w:r>
        <w:t xml:space="preserve">    (a) stopping a battle or fight</w:t>
      </w:r>
      <w:r>
        <w:br/>
      </w:r>
      <w:r>
        <w:t xml:space="preserve">    (b) changing through evolution</w:t>
      </w:r>
      <w:r>
        <w:br/>
      </w:r>
      <w:r>
        <w:t xml:space="preserve">    (c) to attack or cause trouble</w:t>
      </w:r>
    </w:p>
    <w:p>
      <w:pPr>
        <w:pStyle w:val="Compact"/>
        <w:numPr>
          <w:ilvl w:val="0"/>
          <w:numId w:val="1001"/>
        </w:numPr>
      </w:pPr>
      <w:r>
        <w:rPr>
          <w:b/>
          <w:bCs/>
        </w:rPr>
        <w:t xml:space="preserve">He had felt a subtle, dark, and murmurous presence penetrate his being and fire him with a brief</w:t>
      </w:r>
      <w:r>
        <w:rPr>
          <w:b/>
          <w:bCs/>
        </w:rPr>
        <w:t xml:space="preserve"> </w:t>
      </w:r>
      <w:r>
        <w:rPr>
          <w:b/>
          <w:bCs/>
          <w:u w:val="single"/>
        </w:rPr>
        <w:t xml:space="preserve">iniquitous</w:t>
      </w:r>
      <w:r>
        <w:rPr>
          <w:b/>
          <w:bCs/>
        </w:rPr>
        <w:t xml:space="preserve"> </w:t>
      </w:r>
      <w:r>
        <w:rPr>
          <w:b/>
          <w:bCs/>
        </w:rPr>
        <w:t xml:space="preserve">lust: it, too, had slipped beyond his grasp leaving his mind lucid and indifferent.</w:t>
      </w:r>
      <w:r>
        <w:br/>
      </w:r>
      <w:r>
        <w:t xml:space="preserve">    (a) not thoughtful about the past</w:t>
      </w:r>
      <w:r>
        <w:br/>
      </w:r>
      <w:r>
        <w:t xml:space="preserve">    (b) immorality; or an immoral act</w:t>
      </w:r>
      <w:r>
        <w:br/>
      </w:r>
      <w:r>
        <w:t xml:space="preserve">    (c) not able to be disagreed with</w:t>
      </w:r>
    </w:p>
    <w:p>
      <w:pPr>
        <w:pStyle w:val="Compact"/>
        <w:numPr>
          <w:ilvl w:val="0"/>
          <w:numId w:val="1001"/>
        </w:numPr>
      </w:pPr>
      <w:r>
        <w:rPr>
          <w:b/>
          <w:bCs/>
        </w:rPr>
        <w:t xml:space="preserve">Their presence had made him</w:t>
      </w:r>
      <w:r>
        <w:rPr>
          <w:b/>
          <w:bCs/>
        </w:rPr>
        <w:t xml:space="preserve"> </w:t>
      </w:r>
      <w:r>
        <w:rPr>
          <w:b/>
          <w:bCs/>
          <w:u w:val="single"/>
        </w:rPr>
        <w:t xml:space="preserve">diffident</w:t>
      </w:r>
      <w:r>
        <w:rPr>
          <w:b/>
          <w:bCs/>
        </w:rPr>
        <w:t xml:space="preserve"> </w:t>
      </w:r>
      <w:r>
        <w:rPr>
          <w:b/>
          <w:bCs/>
        </w:rPr>
        <w:t xml:space="preserve">of himself when he was a muff in Clongowes and it had made him diffident of himself also while he had held his equivocal position in Belvedere.</w:t>
      </w:r>
      <w:r>
        <w:br/>
      </w:r>
      <w:r>
        <w:t xml:space="preserve">    (a) hesitant and unassertive</w:t>
      </w:r>
      <w:r>
        <w:br/>
      </w:r>
      <w:r>
        <w:t xml:space="preserve">    (b) belligerent (argumentative or aggressive)</w:t>
      </w:r>
      <w:r>
        <w:br/>
      </w:r>
      <w:r>
        <w:t xml:space="preserve">    (c) young</w:t>
      </w:r>
    </w:p>
    <w:p>
      <w:pPr>
        <w:pStyle w:val="Compact"/>
        <w:numPr>
          <w:ilvl w:val="0"/>
          <w:numId w:val="1001"/>
        </w:numPr>
      </w:pPr>
      <w:r>
        <w:rPr>
          <w:b/>
          <w:bCs/>
        </w:rPr>
        <w:t xml:space="preserve">He drove their echoes even out of his heart with an</w:t>
      </w:r>
      <w:r>
        <w:rPr>
          <w:b/>
          <w:bCs/>
        </w:rPr>
        <w:t xml:space="preserve"> </w:t>
      </w:r>
      <w:r>
        <w:rPr>
          <w:b/>
          <w:bCs/>
          <w:u w:val="single"/>
        </w:rPr>
        <w:t xml:space="preserve">execration</w:t>
      </w:r>
      <w:r>
        <w:rPr>
          <w:b/>
          <w:bCs/>
        </w:rPr>
        <w:t xml:space="preserve">; but, as he walked down the avenue and felt the grey morning light falling about him through the dripping trees and smelt the strange wild smell of the wet leaves and bark, his soul was loosed of her miseries.</w:t>
      </w:r>
      <w:r>
        <w:br/>
      </w:r>
      <w:r>
        <w:t xml:space="preserve">    (a) ability to accept as true (without proof)</w:t>
      </w:r>
      <w:r>
        <w:br/>
      </w:r>
      <w:r>
        <w:t xml:space="preserve">    (b) to express intense hatred or loathing for</w:t>
      </w:r>
      <w:r>
        <w:br/>
      </w:r>
      <w:r>
        <w:t xml:space="preserve">    (c) characterized by having multiple purposes</w:t>
      </w:r>
    </w:p>
    <w:p>
      <w:pPr>
        <w:pStyle w:val="Compact"/>
        <w:numPr>
          <w:ilvl w:val="0"/>
          <w:numId w:val="1001"/>
        </w:numPr>
      </w:pPr>
      <w:r>
        <w:rPr>
          <w:b/>
          <w:bCs/>
        </w:rPr>
        <w:t xml:space="preserve">The feelings excited by improper art are</w:t>
      </w:r>
      <w:r>
        <w:rPr>
          <w:b/>
          <w:bCs/>
        </w:rPr>
        <w:t xml:space="preserve"> </w:t>
      </w:r>
      <w:r>
        <w:rPr>
          <w:b/>
          <w:bCs/>
          <w:u w:val="single"/>
        </w:rPr>
        <w:t xml:space="preserve">kinetic</w:t>
      </w:r>
      <w:r>
        <w:rPr>
          <w:b/>
          <w:bCs/>
        </w:rPr>
        <w:t xml:space="preserve">, desire or loathing.</w:t>
      </w:r>
      <w:r>
        <w:br/>
      </w:r>
      <w:r>
        <w:t xml:space="preserve">    (a) optimistic or agreeable</w:t>
      </w:r>
      <w:r>
        <w:br/>
      </w:r>
      <w:r>
        <w:t xml:space="preserve">    (b) not sensible or careful</w:t>
      </w:r>
      <w:r>
        <w:br/>
      </w:r>
      <w:r>
        <w:t xml:space="preserve">    (c) characterized by motion</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2026-07-31T14:41:14Z</dcterms:created>
  <dcterms:modified xsi:type="dcterms:W3CDTF">2026-07-31T14:41:14Z</dcterms:modified>
</cp:coreProperties>
</file>

<file path=docProps/custom.xml><?xml version="1.0" encoding="utf-8"?>
<Properties xmlns="http://schemas.openxmlformats.org/officeDocument/2006/custom-properties" xmlns:vt="http://schemas.openxmlformats.org/officeDocument/2006/docPropsVTypes"/>
</file>