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11668b84849fff79edf0efe66926b0f1bf65c7"/>
    <w:p>
      <w:pPr>
        <w:pStyle w:val="Heading1"/>
      </w:pPr>
      <w:r>
        <w:rPr>
          <w:b/>
          <w:bCs/>
        </w:rPr>
        <w:t xml:space="preserve">A Piece of String</w:t>
      </w:r>
      <w:r>
        <w:br/>
      </w:r>
      <w:r>
        <w:rPr>
          <w:i/>
          <w:iCs/>
        </w:rPr>
        <w:t xml:space="preserve">Guy de Maupassant</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was market-day, and from all the country round Goderville the</w:t>
      </w:r>
      <w:r>
        <w:rPr>
          <w:b/>
          <w:bCs/>
        </w:rPr>
        <w:t xml:space="preserve"> </w:t>
      </w:r>
      <w:r>
        <w:rPr>
          <w:b/>
          <w:bCs/>
          <w:u w:val="single"/>
        </w:rPr>
        <w:t xml:space="preserve">peasants</w:t>
      </w:r>
      <w:r>
        <w:rPr>
          <w:b/>
          <w:bCs/>
        </w:rPr>
        <w:t xml:space="preserve"> </w:t>
      </w:r>
      <w:r>
        <w:rPr>
          <w:b/>
          <w:bCs/>
        </w:rPr>
        <w:t xml:space="preserve">and their wives were coming toward the town.</w:t>
      </w:r>
      <w:r>
        <w:br/>
      </w:r>
      <w:r>
        <w:t xml:space="preserve">    (a) used historically or possibly in relation to a very poor country:  people of low income, education, and social standing -- especially those who raise crops or livestock</w:t>
      </w:r>
      <w:r>
        <w:br/>
      </w:r>
      <w:r>
        <w:t xml:space="preserve">    (b) members of an artistic movement pioneered by Pablo Picasso and Georges Braque that featured surfaces of geometrical planes to depict three-dimensional organic forms</w:t>
      </w:r>
      <w:r>
        <w:br/>
      </w:r>
      <w:r>
        <w:t xml:space="preserve">    (c) organisms in the early stages of growth prior to birth, hatching, or sprouting; in humans organisms during the first eight weeks of development (prior to the fetal stage)</w:t>
      </w:r>
    </w:p>
    <w:p>
      <w:pPr>
        <w:pStyle w:val="Compact"/>
        <w:numPr>
          <w:ilvl w:val="0"/>
          <w:numId w:val="1001"/>
        </w:numPr>
      </w:pPr>
      <w:r>
        <w:rPr>
          <w:b/>
          <w:bCs/>
        </w:rPr>
        <w:t xml:space="preserve">And just behind the animal followed their wives beating it over the back with a leaf-covered branch to hasten its pace, and carrying large baskets out of which</w:t>
      </w:r>
      <w:r>
        <w:rPr>
          <w:b/>
          <w:bCs/>
        </w:rPr>
        <w:t xml:space="preserve"> </w:t>
      </w:r>
      <w:r>
        <w:rPr>
          <w:b/>
          <w:bCs/>
          <w:u w:val="single"/>
        </w:rPr>
        <w:t xml:space="preserve">protruded</w:t>
      </w:r>
      <w:r>
        <w:rPr>
          <w:b/>
          <w:bCs/>
        </w:rPr>
        <w:t xml:space="preserve"> </w:t>
      </w:r>
      <w:r>
        <w:rPr>
          <w:b/>
          <w:bCs/>
        </w:rPr>
        <w:t xml:space="preserve">the heads of chickens or ducks.</w:t>
      </w:r>
      <w:r>
        <w:br/>
      </w:r>
      <w:r>
        <w:t xml:space="preserve">    (a) continued</w:t>
      </w:r>
      <w:r>
        <w:br/>
      </w:r>
      <w:r>
        <w:t xml:space="preserve">    (b) disagreed</w:t>
      </w:r>
      <w:r>
        <w:br/>
      </w:r>
      <w:r>
        <w:t xml:space="preserve">    (c) stuck out</w:t>
      </w:r>
    </w:p>
    <w:p>
      <w:pPr>
        <w:pStyle w:val="Compact"/>
        <w:numPr>
          <w:ilvl w:val="0"/>
          <w:numId w:val="1001"/>
        </w:numPr>
      </w:pPr>
      <w:r>
        <w:rPr>
          <w:b/>
          <w:bCs/>
        </w:rPr>
        <w:t xml:space="preserve">These women walked more quickly and energetically than the men, with their erect, dried-up figures,</w:t>
      </w:r>
      <w:r>
        <w:rPr>
          <w:b/>
          <w:bCs/>
        </w:rPr>
        <w:t xml:space="preserve"> </w:t>
      </w:r>
      <w:r>
        <w:rPr>
          <w:b/>
          <w:bCs/>
          <w:u w:val="single"/>
        </w:rPr>
        <w:t xml:space="preserve">adorned</w:t>
      </w:r>
      <w:r>
        <w:rPr>
          <w:b/>
          <w:bCs/>
        </w:rPr>
        <w:t xml:space="preserve"> </w:t>
      </w:r>
      <w:r>
        <w:rPr>
          <w:b/>
          <w:bCs/>
        </w:rPr>
        <w:t xml:space="preserve">with scanty little shawls pinned over their flat bosoms, and their heads wrapped round with a white cloth, enclosing the hair and surmounted by a cap.</w:t>
      </w:r>
      <w:r>
        <w:br/>
      </w:r>
      <w:r>
        <w:t xml:space="preserve">    (a) disagreed</w:t>
      </w:r>
      <w:r>
        <w:br/>
      </w:r>
      <w:r>
        <w:t xml:space="preserve">    (b) decorated</w:t>
      </w:r>
      <w:r>
        <w:br/>
      </w:r>
      <w:r>
        <w:t xml:space="preserve">    (c) postponed</w:t>
      </w:r>
    </w:p>
    <w:p>
      <w:pPr>
        <w:pStyle w:val="Compact"/>
        <w:numPr>
          <w:ilvl w:val="0"/>
          <w:numId w:val="1001"/>
        </w:numPr>
      </w:pPr>
      <w:r>
        <w:rPr>
          <w:b/>
          <w:bCs/>
        </w:rPr>
        <w:t xml:space="preserve">And the sharp, shrill, barking voices made a</w:t>
      </w:r>
      <w:r>
        <w:rPr>
          <w:b/>
          <w:bCs/>
        </w:rPr>
        <w:t xml:space="preserve"> </w:t>
      </w:r>
      <w:r>
        <w:rPr>
          <w:b/>
          <w:bCs/>
          <w:u w:val="single"/>
        </w:rPr>
        <w:t xml:space="preserve">continuous</w:t>
      </w:r>
      <w:r>
        <w:rPr>
          <w:b/>
          <w:bCs/>
        </w:rPr>
        <w:t xml:space="preserve">, wild din, while above it occasionally rose a huge burst of laughter from the sturdy lungs of a merry peasant or a prolonged bellow from a cow tied fast to the wall of a house.</w:t>
      </w:r>
      <w:r>
        <w:br/>
      </w:r>
      <w:r>
        <w:t xml:space="preserve">    (a) continuing in time or space without interruption or irregularity</w:t>
      </w:r>
      <w:r>
        <w:br/>
      </w:r>
      <w:r>
        <w:t xml:space="preserve">    (b) the state of being capable of thought, self-reflection, and will</w:t>
      </w:r>
      <w:r>
        <w:br/>
      </w:r>
      <w:r>
        <w:t xml:space="preserve">    (c) pertaining to the working together of different religious groups</w:t>
      </w:r>
    </w:p>
    <w:p>
      <w:pPr>
        <w:pStyle w:val="Compact"/>
        <w:numPr>
          <w:ilvl w:val="0"/>
          <w:numId w:val="1001"/>
        </w:numPr>
      </w:pPr>
      <w:r>
        <w:rPr>
          <w:b/>
          <w:bCs/>
        </w:rPr>
        <w:t xml:space="preserve">They had once had a quarrel about a halter, and they had borne each other</w:t>
      </w:r>
      <w:r>
        <w:rPr>
          <w:b/>
          <w:bCs/>
        </w:rPr>
        <w:t xml:space="preserve"> </w:t>
      </w:r>
      <w:r>
        <w:rPr>
          <w:b/>
          <w:bCs/>
          <w:u w:val="single"/>
        </w:rPr>
        <w:t xml:space="preserve">malice</w:t>
      </w:r>
      <w:r>
        <w:rPr>
          <w:b/>
          <w:bCs/>
        </w:rPr>
        <w:t xml:space="preserve"> </w:t>
      </w:r>
      <w:r>
        <w:rPr>
          <w:b/>
          <w:bCs/>
        </w:rPr>
        <w:t xml:space="preserve">ever since.</w:t>
      </w:r>
      <w:r>
        <w:br/>
      </w:r>
      <w:r>
        <w:t xml:space="preserve">    (a) the desire to hurt others or see them suffer</w:t>
      </w:r>
      <w:r>
        <w:br/>
      </w:r>
      <w:r>
        <w:t xml:space="preserve">    (b) the quality of lacking exactness or accuracy</w:t>
      </w:r>
      <w:r>
        <w:br/>
      </w:r>
      <w:r>
        <w:t xml:space="preserve">    (c) not adjusting a lens to create a clear image</w:t>
      </w:r>
    </w:p>
    <w:p>
      <w:pPr>
        <w:pStyle w:val="Compact"/>
        <w:numPr>
          <w:ilvl w:val="0"/>
          <w:numId w:val="1001"/>
        </w:numPr>
      </w:pPr>
      <w:r>
        <w:rPr>
          <w:b/>
          <w:bCs/>
        </w:rPr>
        <w:t xml:space="preserve">He quickly hid it beneath his blouse and then slipped it into his</w:t>
      </w:r>
      <w:r>
        <w:rPr>
          <w:b/>
          <w:bCs/>
        </w:rPr>
        <w:t xml:space="preserve"> </w:t>
      </w:r>
      <w:r>
        <w:rPr>
          <w:b/>
          <w:bCs/>
          <w:u w:val="single"/>
        </w:rPr>
        <w:t xml:space="preserve">breeches</w:t>
      </w:r>
      <w:r>
        <w:rPr>
          <w:b/>
          <w:bCs/>
        </w:rPr>
        <w:t xml:space="preserve"> </w:t>
      </w:r>
      <w:r>
        <w:rPr>
          <w:b/>
          <w:bCs/>
        </w:rPr>
        <w:t xml:space="preserve">pocket, then pretended to be still looking for something on the ground which he did not discover and finally went off toward the market-place, his head bent forward and his body almost doubled in two by rheumatic pains.</w:t>
      </w:r>
      <w:r>
        <w:br/>
      </w:r>
      <w:r>
        <w:t xml:space="preserve">    (a) names</w:t>
      </w:r>
      <w:r>
        <w:br/>
      </w:r>
      <w:r>
        <w:t xml:space="preserve">    (b) pants</w:t>
      </w:r>
      <w:r>
        <w:br/>
      </w:r>
      <w:r>
        <w:t xml:space="preserve">    (c) views</w:t>
      </w:r>
    </w:p>
    <w:p>
      <w:pPr>
        <w:pStyle w:val="Compact"/>
        <w:numPr>
          <w:ilvl w:val="0"/>
          <w:numId w:val="1001"/>
        </w:numPr>
      </w:pPr>
      <w:r>
        <w:rPr>
          <w:b/>
          <w:bCs/>
        </w:rPr>
        <w:t xml:space="preserve">At Jourdain's the great room was filled with eaters, just as the vast court was filled with vehicles of every sort—wagons, gigs, chars-à-bancs, tilburies,</w:t>
      </w:r>
      <w:r>
        <w:rPr>
          <w:b/>
          <w:bCs/>
        </w:rPr>
        <w:t xml:space="preserve"> </w:t>
      </w:r>
      <w:r>
        <w:rPr>
          <w:b/>
          <w:bCs/>
          <w:u w:val="single"/>
        </w:rPr>
        <w:t xml:space="preserve">innumerable</w:t>
      </w:r>
      <w:r>
        <w:rPr>
          <w:b/>
          <w:bCs/>
        </w:rPr>
        <w:t xml:space="preserve"> </w:t>
      </w:r>
      <w:r>
        <w:rPr>
          <w:b/>
          <w:bCs/>
        </w:rPr>
        <w:t xml:space="preserve">vehicles which have no name, yellow with mud, misshapen, pieced together, raising their shafts to heaven like two arms, or it may be with their nose, on the ground and their rear in the air.</w:t>
      </w:r>
      <w:r>
        <w:br/>
      </w:r>
      <w:r>
        <w:t xml:space="preserve">    (a) the quality of disagreeing</w:t>
      </w:r>
      <w:r>
        <w:br/>
      </w:r>
      <w:r>
        <w:t xml:space="preserve">    (b) too numerous to be counted</w:t>
      </w:r>
      <w:r>
        <w:br/>
      </w:r>
      <w:r>
        <w:t xml:space="preserve">    (c) able to meet and talk with</w:t>
      </w:r>
    </w:p>
    <w:p>
      <w:pPr>
        <w:pStyle w:val="Compact"/>
        <w:numPr>
          <w:ilvl w:val="0"/>
          <w:numId w:val="1001"/>
        </w:numPr>
      </w:pPr>
      <w:r>
        <w:rPr>
          <w:b/>
          <w:bCs/>
        </w:rPr>
        <w:t xml:space="preserve">Three spits were turning, loaded with chickens, with pigeons and with joints of mutton, and a</w:t>
      </w:r>
      <w:r>
        <w:rPr>
          <w:b/>
          <w:bCs/>
        </w:rPr>
        <w:t xml:space="preserve"> </w:t>
      </w:r>
      <w:r>
        <w:rPr>
          <w:b/>
          <w:bCs/>
          <w:u w:val="single"/>
        </w:rPr>
        <w:t xml:space="preserve">delectable</w:t>
      </w:r>
      <w:r>
        <w:rPr>
          <w:b/>
          <w:bCs/>
        </w:rPr>
        <w:t xml:space="preserve"> </w:t>
      </w:r>
      <w:r>
        <w:rPr>
          <w:b/>
          <w:bCs/>
        </w:rPr>
        <w:t xml:space="preserve">odor of roast meat and of gravy flowing ever crisp brown skin arose from the hearth, kindled merriment, caused mouths to water.</w:t>
      </w:r>
      <w:r>
        <w:br/>
      </w:r>
      <w:r>
        <w:t xml:space="preserve">    (a) relating to logical examination of something to better understand it</w:t>
      </w:r>
      <w:r>
        <w:br/>
      </w:r>
      <w:r>
        <w:t xml:space="preserve">    (b) lack of interest; or the process of stopping interaction or interest</w:t>
      </w:r>
      <w:r>
        <w:br/>
      </w:r>
      <w:r>
        <w:t xml:space="preserve">    (c) extremely pleasing -- especially to the sense of taste or to the eye</w:t>
      </w:r>
    </w:p>
    <w:p>
      <w:pPr>
        <w:pStyle w:val="Compact"/>
        <w:numPr>
          <w:ilvl w:val="0"/>
          <w:numId w:val="1001"/>
        </w:numPr>
      </w:pPr>
      <w:r>
        <w:rPr>
          <w:b/>
          <w:bCs/>
        </w:rPr>
        <w:t xml:space="preserve">Every one, except some of the most</w:t>
      </w:r>
      <w:r>
        <w:rPr>
          <w:b/>
          <w:bCs/>
        </w:rPr>
        <w:t xml:space="preserve"> </w:t>
      </w:r>
      <w:r>
        <w:rPr>
          <w:b/>
          <w:bCs/>
          <w:u w:val="single"/>
        </w:rPr>
        <w:t xml:space="preserve">indifferent</w:t>
      </w:r>
      <w:r>
        <w:rPr>
          <w:b/>
          <w:bCs/>
        </w:rPr>
        <w:t xml:space="preserve">, was on their feet at once and ran to the door, to the windows, their mouths full and napkins in their hand.</w:t>
      </w:r>
      <w:r>
        <w:br/>
      </w:r>
      <w:r>
        <w:t xml:space="preserve">    (a) without interest</w:t>
      </w:r>
      <w:r>
        <w:br/>
      </w:r>
      <w:r>
        <w:t xml:space="preserve">    (b) likely to change</w:t>
      </w:r>
      <w:r>
        <w:br/>
      </w:r>
      <w:r>
        <w:t xml:space="preserve">    (c) able to be found</w:t>
      </w:r>
    </w:p>
    <w:p>
      <w:pPr>
        <w:pStyle w:val="Compact"/>
        <w:numPr>
          <w:ilvl w:val="0"/>
          <w:numId w:val="1001"/>
        </w:numPr>
      </w:pPr>
      <w:r>
        <w:rPr>
          <w:b/>
          <w:bCs/>
        </w:rPr>
        <w:t xml:space="preserve">He was the notary of the place, a tall,</w:t>
      </w:r>
      <w:r>
        <w:rPr>
          <w:b/>
          <w:bCs/>
        </w:rPr>
        <w:t xml:space="preserve"> </w:t>
      </w:r>
      <w:r>
        <w:rPr>
          <w:b/>
          <w:bCs/>
          <w:u w:val="single"/>
        </w:rPr>
        <w:t xml:space="preserve">grave</w:t>
      </w:r>
      <w:r>
        <w:rPr>
          <w:b/>
          <w:bCs/>
        </w:rPr>
        <w:t xml:space="preserve"> </w:t>
      </w:r>
      <w:r>
        <w:rPr>
          <w:b/>
          <w:bCs/>
        </w:rPr>
        <w:t xml:space="preserve">man of pompous speech.</w:t>
      </w:r>
      <w:r>
        <w:br/>
      </w:r>
      <w:r>
        <w:t xml:space="preserve">    (a) not representative</w:t>
      </w:r>
      <w:r>
        <w:br/>
      </w:r>
      <w:r>
        <w:t xml:space="preserve">    (b) impossible to find</w:t>
      </w:r>
      <w:r>
        <w:br/>
      </w:r>
      <w:r>
        <w:t xml:space="preserve">    (c) serious and solemn</w:t>
      </w:r>
    </w:p>
    <w:p>
      <w:pPr>
        <w:pStyle w:val="Compact"/>
        <w:numPr>
          <w:ilvl w:val="0"/>
          <w:numId w:val="1001"/>
        </w:numPr>
      </w:pPr>
      <w:r>
        <w:rPr>
          <w:b/>
          <w:bCs/>
        </w:rPr>
        <w:t xml:space="preserve">He was the notary of the place, a tall, grave man of</w:t>
      </w:r>
      <w:r>
        <w:rPr>
          <w:b/>
          <w:bCs/>
        </w:rPr>
        <w:t xml:space="preserve"> </w:t>
      </w:r>
      <w:r>
        <w:rPr>
          <w:b/>
          <w:bCs/>
          <w:u w:val="single"/>
        </w:rPr>
        <w:t xml:space="preserve">pompous</w:t>
      </w:r>
      <w:r>
        <w:rPr>
          <w:b/>
          <w:bCs/>
        </w:rPr>
        <w:t xml:space="preserve"> </w:t>
      </w:r>
      <w:r>
        <w:rPr>
          <w:b/>
          <w:bCs/>
        </w:rPr>
        <w:t xml:space="preserve">speech.</w:t>
      </w:r>
      <w:r>
        <w:br/>
      </w:r>
      <w:r>
        <w:t xml:space="preserve">    (a) the quality or degree of being straightforward or clear (sometimes indicating that truth is not worded carefully to spare feelings or gain advantage)</w:t>
      </w:r>
      <w:r>
        <w:br/>
      </w:r>
      <w:r>
        <w:t xml:space="preserve">    (b) the degree to which a performance of or to someone else's work lends itself to the expression of personal artistic ideas or feelings by the performer</w:t>
      </w:r>
      <w:r>
        <w:br/>
      </w:r>
      <w:r>
        <w:t xml:space="preserve">    (c) self-important or arrogant in speech or behavior -- especially in a way that seems exaggerated or overly formal</w:t>
      </w:r>
      <w:r>
        <w:br/>
      </w:r>
      <w:r>
        <w:br/>
      </w:r>
      <w:r>
        <w:t xml:space="preserve">or more rarely:  showing ceremonial splendor (pomp)</w:t>
      </w:r>
    </w:p>
    <w:p>
      <w:pPr>
        <w:pStyle w:val="Compact"/>
        <w:numPr>
          <w:ilvl w:val="0"/>
          <w:numId w:val="1001"/>
        </w:numPr>
      </w:pPr>
      <w:r>
        <w:rPr>
          <w:b/>
          <w:bCs/>
        </w:rPr>
        <w:t xml:space="preserve">But the mayor</w:t>
      </w:r>
      <w:r>
        <w:rPr>
          <w:b/>
          <w:bCs/>
        </w:rPr>
        <w:t xml:space="preserve"> </w:t>
      </w:r>
      <w:r>
        <w:rPr>
          <w:b/>
          <w:bCs/>
          <w:u w:val="single"/>
        </w:rPr>
        <w:t xml:space="preserve">incredulously</w:t>
      </w:r>
      <w:r>
        <w:rPr>
          <w:b/>
          <w:bCs/>
        </w:rPr>
        <w:t xml:space="preserve"> </w:t>
      </w:r>
      <w:r>
        <w:rPr>
          <w:b/>
          <w:bCs/>
        </w:rPr>
        <w:t xml:space="preserve">shook his head: "You will not make me believe, Maitre Hauchecorne, that M. Malandain, who is a man whose word can be relied on, has mistaken this string for a pocketbook."</w:t>
      </w:r>
      <w:r>
        <w:br/>
      </w:r>
      <w:r>
        <w:t xml:space="preserve">    (a) in a manner that influences reason or general desire to do something</w:t>
      </w:r>
      <w:r>
        <w:br/>
      </w:r>
      <w:r>
        <w:t xml:space="preserve">    (b) with disbelief; or with difficulty accepting something so unexpected</w:t>
      </w:r>
      <w:r>
        <w:br/>
      </w:r>
      <w:r>
        <w:t xml:space="preserve">    (c) in a manner that intentionally angers, challenges, or upsets someone</w:t>
      </w:r>
    </w:p>
    <w:p>
      <w:pPr>
        <w:pStyle w:val="Compact"/>
        <w:numPr>
          <w:ilvl w:val="0"/>
          <w:numId w:val="1001"/>
        </w:numPr>
      </w:pPr>
      <w:r>
        <w:rPr>
          <w:b/>
          <w:bCs/>
        </w:rPr>
        <w:t xml:space="preserve">The good man was choking with</w:t>
      </w:r>
      <w:r>
        <w:rPr>
          <w:b/>
          <w:bCs/>
        </w:rPr>
        <w:t xml:space="preserve"> </w:t>
      </w:r>
      <w:r>
        <w:rPr>
          <w:b/>
          <w:bCs/>
          <w:u w:val="single"/>
        </w:rPr>
        <w:t xml:space="preserve">indignation</w:t>
      </w:r>
      <w:r>
        <w:rPr>
          <w:b/>
          <w:bCs/>
        </w:rPr>
        <w:t xml:space="preserve"> </w:t>
      </w:r>
      <w:r>
        <w:rPr>
          <w:b/>
          <w:bCs/>
        </w:rPr>
        <w:t xml:space="preserve">and fear.</w:t>
      </w:r>
      <w:r>
        <w:br/>
      </w:r>
      <w:r>
        <w:t xml:space="preserve">    (a) acceptance of something undesired as unavoidable</w:t>
      </w:r>
      <w:r>
        <w:br/>
      </w:r>
      <w:r>
        <w:t xml:space="preserve">    (b) anger or annoyance at something unjust or wrong</w:t>
      </w:r>
      <w:r>
        <w:br/>
      </w:r>
      <w:r>
        <w:t xml:space="preserve">    (c) surprise as something unexpected</w:t>
      </w:r>
    </w:p>
    <w:p>
      <w:pPr>
        <w:pStyle w:val="Compact"/>
        <w:numPr>
          <w:ilvl w:val="0"/>
          <w:numId w:val="1001"/>
        </w:numPr>
      </w:pPr>
      <w:r>
        <w:rPr>
          <w:b/>
          <w:bCs/>
        </w:rPr>
        <w:t xml:space="preserve">He was</w:t>
      </w:r>
      <w:r>
        <w:rPr>
          <w:b/>
          <w:bCs/>
        </w:rPr>
        <w:t xml:space="preserve"> </w:t>
      </w:r>
      <w:r>
        <w:rPr>
          <w:b/>
          <w:bCs/>
          <w:u w:val="single"/>
        </w:rPr>
        <w:t xml:space="preserve">confronted</w:t>
      </w:r>
      <w:r>
        <w:rPr>
          <w:b/>
          <w:bCs/>
        </w:rPr>
        <w:t xml:space="preserve"> </w:t>
      </w:r>
      <w:r>
        <w:rPr>
          <w:b/>
          <w:bCs/>
        </w:rPr>
        <w:t xml:space="preserve">with M. Malandain, who repeated and sustained his testimony.</w:t>
      </w:r>
      <w:r>
        <w:br/>
      </w:r>
      <w:r>
        <w:t xml:space="preserve">    (a) to deal directly with an unpleasant situation or person</w:t>
      </w:r>
      <w:r>
        <w:br/>
      </w:r>
      <w:r>
        <w:br/>
      </w:r>
      <w:r>
        <w:t xml:space="preserve">or:</w:t>
      </w:r>
      <w:r>
        <w:br/>
      </w:r>
      <w:r>
        <w:br/>
      </w:r>
      <w:r>
        <w:t xml:space="preserve">to challenge someone -- often by presenting evidence</w:t>
      </w:r>
      <w:r>
        <w:br/>
      </w:r>
      <w:r>
        <w:t xml:space="preserve">    (b) (verb) showed, demonstrated, proved, or caused acceptance  OR  (adjective) proven, known, accepted/trusted/successful</w:t>
      </w:r>
      <w:r>
        <w:br/>
      </w:r>
      <w:r>
        <w:t xml:space="preserve">    (c) accepted someone's membership though a special procedure such as a ceremony and/or period of instruction and/or test</w:t>
      </w:r>
    </w:p>
    <w:p>
      <w:pPr>
        <w:pStyle w:val="Compact"/>
        <w:numPr>
          <w:ilvl w:val="0"/>
          <w:numId w:val="1001"/>
        </w:numPr>
      </w:pPr>
      <w:r>
        <w:rPr>
          <w:b/>
          <w:bCs/>
        </w:rPr>
        <w:t xml:space="preserve">He was confronted with M. Malandain, who repeated and sustained his</w:t>
      </w:r>
      <w:r>
        <w:rPr>
          <w:b/>
          <w:bCs/>
        </w:rPr>
        <w:t xml:space="preserve"> </w:t>
      </w:r>
      <w:r>
        <w:rPr>
          <w:b/>
          <w:bCs/>
          <w:u w:val="single"/>
        </w:rPr>
        <w:t xml:space="preserve">testimony</w:t>
      </w:r>
      <w:r>
        <w:rPr>
          <w:b/>
          <w:bCs/>
        </w:rPr>
        <w:t xml:space="preserve">.</w:t>
      </w:r>
      <w:r>
        <w:br/>
      </w:r>
      <w:r>
        <w:t xml:space="preserve">    (a) an atom that has acquired an electrical charge by the loss or gain of an electron</w:t>
      </w:r>
      <w:r>
        <w:br/>
      </w:r>
      <w:r>
        <w:t xml:space="preserve">    (b) something that serves as evidence -- especially a statement at a trial or hearing</w:t>
      </w:r>
      <w:r>
        <w:br/>
      </w:r>
      <w:r>
        <w:t xml:space="preserve">    (c) an organ attached to the wall of the uterus to nourish the fetus during pregnancy</w:t>
      </w:r>
    </w:p>
    <w:p>
      <w:pPr>
        <w:pStyle w:val="Compact"/>
        <w:numPr>
          <w:ilvl w:val="0"/>
          <w:numId w:val="1001"/>
        </w:numPr>
      </w:pPr>
      <w:r>
        <w:rPr>
          <w:b/>
          <w:bCs/>
        </w:rPr>
        <w:t xml:space="preserve">At last the mayor, much</w:t>
      </w:r>
      <w:r>
        <w:rPr>
          <w:b/>
          <w:bCs/>
        </w:rPr>
        <w:t xml:space="preserve"> </w:t>
      </w:r>
      <w:r>
        <w:rPr>
          <w:b/>
          <w:bCs/>
          <w:u w:val="single"/>
        </w:rPr>
        <w:t xml:space="preserve">perplexed</w:t>
      </w:r>
      <w:r>
        <w:rPr>
          <w:b/>
          <w:bCs/>
        </w:rPr>
        <w:t xml:space="preserve">, sent him away, warning him that he would inform the public prosecutor and ask for orders.</w:t>
      </w:r>
      <w:r>
        <w:br/>
      </w:r>
      <w:r>
        <w:t xml:space="preserve">    (a) excessively excited</w:t>
      </w:r>
      <w:r>
        <w:br/>
      </w:r>
      <w:r>
        <w:t xml:space="preserve">    (b) nervous or confused</w:t>
      </w:r>
      <w:r>
        <w:br/>
      </w:r>
      <w:r>
        <w:t xml:space="preserve">    (c) confused or puzzled</w:t>
      </w:r>
    </w:p>
    <w:p>
      <w:pPr>
        <w:pStyle w:val="Compact"/>
        <w:numPr>
          <w:ilvl w:val="0"/>
          <w:numId w:val="1001"/>
        </w:numPr>
      </w:pPr>
      <w:r>
        <w:rPr>
          <w:b/>
          <w:bCs/>
        </w:rPr>
        <w:t xml:space="preserve">When he left the mayor's office the old man was surrounded,</w:t>
      </w:r>
      <w:r>
        <w:rPr>
          <w:b/>
          <w:bCs/>
        </w:rPr>
        <w:t xml:space="preserve"> </w:t>
      </w:r>
      <w:r>
        <w:rPr>
          <w:b/>
          <w:bCs/>
          <w:u w:val="single"/>
        </w:rPr>
        <w:t xml:space="preserve">interrogated</w:t>
      </w:r>
      <w:r>
        <w:rPr>
          <w:b/>
          <w:bCs/>
        </w:rPr>
        <w:t xml:space="preserve"> </w:t>
      </w:r>
      <w:r>
        <w:rPr>
          <w:b/>
          <w:bCs/>
        </w:rPr>
        <w:t xml:space="preserve">with a curiosity which was serious or mocking, as the case might be, but into which no indignation entered.</w:t>
      </w:r>
      <w:r>
        <w:br/>
      </w:r>
      <w:r>
        <w:t xml:space="preserve">    (a) differed notably in brightness or tone</w:t>
      </w:r>
      <w:r>
        <w:br/>
      </w:r>
      <w:r>
        <w:t xml:space="preserve">    (b) not good at concentrating on one thing</w:t>
      </w:r>
      <w:r>
        <w:br/>
      </w:r>
      <w:r>
        <w:t xml:space="preserve">    (c) asked a series of questions of someone</w:t>
      </w:r>
    </w:p>
    <w:p>
      <w:pPr>
        <w:pStyle w:val="Compact"/>
        <w:numPr>
          <w:ilvl w:val="0"/>
          <w:numId w:val="1001"/>
        </w:numPr>
      </w:pPr>
      <w:r>
        <w:rPr>
          <w:b/>
          <w:bCs/>
        </w:rPr>
        <w:t xml:space="preserve">He</w:t>
      </w:r>
      <w:r>
        <w:rPr>
          <w:b/>
          <w:bCs/>
        </w:rPr>
        <w:t xml:space="preserve"> </w:t>
      </w:r>
      <w:r>
        <w:rPr>
          <w:b/>
          <w:bCs/>
          <w:u w:val="single"/>
        </w:rPr>
        <w:t xml:space="preserve">accosted</w:t>
      </w:r>
      <w:r>
        <w:rPr>
          <w:b/>
          <w:bCs/>
        </w:rPr>
        <w:t xml:space="preserve"> </w:t>
      </w:r>
      <w:r>
        <w:rPr>
          <w:b/>
          <w:bCs/>
        </w:rPr>
        <w:t xml:space="preserve">a farmer of Criquetot, who did not let him finish, and giving him a punch in the pit of the stomach, cried in his face: "Oh, you great rogue!"</w:t>
      </w:r>
      <w:r>
        <w:br/>
      </w:r>
      <w:r>
        <w:t xml:space="preserve">    (a) approached and spoke in a demanding or challenging manner</w:t>
      </w:r>
      <w:r>
        <w:br/>
      </w:r>
      <w:r>
        <w:t xml:space="preserve">    (b) promised, guaranteed, or indicated certainty of something</w:t>
      </w:r>
      <w:r>
        <w:br/>
      </w:r>
      <w:r>
        <w:t xml:space="preserve">    (c) viewed in a certain way so as to form a belief or opinion</w:t>
      </w:r>
    </w:p>
    <w:p>
      <w:pPr>
        <w:pStyle w:val="Compact"/>
        <w:numPr>
          <w:ilvl w:val="0"/>
          <w:numId w:val="1001"/>
        </w:numPr>
      </w:pPr>
      <w:r>
        <w:rPr>
          <w:b/>
          <w:bCs/>
        </w:rPr>
        <w:t xml:space="preserve">They accused him of having had the pocketbook brought back by an</w:t>
      </w:r>
      <w:r>
        <w:rPr>
          <w:b/>
          <w:bCs/>
        </w:rPr>
        <w:t xml:space="preserve"> </w:t>
      </w:r>
      <w:r>
        <w:rPr>
          <w:b/>
          <w:bCs/>
          <w:u w:val="single"/>
        </w:rPr>
        <w:t xml:space="preserve">accomplice</w:t>
      </w:r>
      <w:r>
        <w:rPr>
          <w:b/>
          <w:bCs/>
        </w:rPr>
        <w:t xml:space="preserve">, by a confederate.</w:t>
      </w:r>
      <w:r>
        <w:br/>
      </w:r>
      <w:r>
        <w:t xml:space="preserve">    (a) person who assisted</w:t>
      </w:r>
      <w:r>
        <w:br/>
      </w:r>
      <w:r>
        <w:t xml:space="preserve">    (b) act of hiring again</w:t>
      </w:r>
      <w:r>
        <w:br/>
      </w:r>
      <w:r>
        <w:t xml:space="preserve">    (c) wrong understanding</w:t>
      </w:r>
    </w:p>
    <w:p>
      <w:pPr>
        <w:pStyle w:val="Compact"/>
        <w:numPr>
          <w:ilvl w:val="0"/>
          <w:numId w:val="1001"/>
        </w:numPr>
      </w:pPr>
      <w:r>
        <w:rPr>
          <w:b/>
          <w:bCs/>
        </w:rPr>
        <w:t xml:space="preserve">He began anew to tell his tale, lengthening his</w:t>
      </w:r>
      <w:r>
        <w:rPr>
          <w:b/>
          <w:bCs/>
        </w:rPr>
        <w:t xml:space="preserve"> </w:t>
      </w:r>
      <w:r>
        <w:rPr>
          <w:b/>
          <w:bCs/>
          <w:u w:val="single"/>
        </w:rPr>
        <w:t xml:space="preserve">recital</w:t>
      </w:r>
      <w:r>
        <w:rPr>
          <w:b/>
          <w:bCs/>
        </w:rPr>
        <w:t xml:space="preserve"> </w:t>
      </w:r>
      <w:r>
        <w:rPr>
          <w:b/>
          <w:bCs/>
        </w:rPr>
        <w:t xml:space="preserve">every day, each day adding new proofs, more energetic declarations and more sacred oaths, which he thought of, which he prepared in his hours of solitude, for his mind was entirely occupied with the story of the string.</w:t>
      </w:r>
      <w:r>
        <w:br/>
      </w:r>
      <w:r>
        <w:t xml:space="preserve">    (a) performance</w:t>
      </w:r>
      <w:r>
        <w:br/>
      </w:r>
      <w:r>
        <w:t xml:space="preserve">    (b) translation</w:t>
      </w:r>
      <w:r>
        <w:br/>
      </w:r>
      <w:r>
        <w:t xml:space="preserve">    (c) storyteller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2026-07-31T18:43:47Z</dcterms:created>
  <dcterms:modified xsi:type="dcterms:W3CDTF">2026-07-31T18:43:47Z</dcterms:modified>
</cp:coreProperties>
</file>

<file path=docProps/custom.xml><?xml version="1.0" encoding="utf-8"?>
<Properties xmlns="http://schemas.openxmlformats.org/officeDocument/2006/custom-properties" xmlns:vt="http://schemas.openxmlformats.org/officeDocument/2006/docPropsVTypes"/>
</file>