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2caa0154ba635d06264e8f7eb0a8ab6f3a720a3"/>
    <w:p>
      <w:pPr>
        <w:pStyle w:val="Heading1"/>
      </w:pPr>
      <w:r>
        <w:rPr>
          <w:b/>
          <w:bCs/>
        </w:rPr>
        <w:t xml:space="preserve">A Passage to India</w:t>
      </w:r>
      <w:r>
        <w:br/>
      </w:r>
      <w:r>
        <w:rPr>
          <w:i/>
          <w:iCs/>
        </w:rPr>
        <w:t xml:space="preserve">E. M. Forster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memory was good, and for so young a man he had read largely; the themes he preferred were the decay of Islam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 </w:t>
      </w:r>
      <w:r>
        <w:rPr>
          <w:b/>
          <w:bCs/>
        </w:rPr>
        <w:t xml:space="preserve">of Love.</w:t>
      </w:r>
      <w:r>
        <w:br/>
      </w:r>
      <w:r>
        <w:t xml:space="preserve">    (a) the process of excessive encouragement or excitement</w:t>
      </w:r>
      <w:r>
        <w:br/>
      </w:r>
      <w:r>
        <w:t xml:space="preserve">    (b) the ability to take or adopt power or responsibility</w:t>
      </w:r>
      <w:r>
        <w:br/>
      </w:r>
      <w:r>
        <w:t xml:space="preserve">    (c) the use of just a few words; or lasting a short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this that led him to repeat, exaggerate,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</w:t>
      </w:r>
      <w:r>
        <w:rPr>
          <w:b/>
          <w:bCs/>
        </w:rPr>
        <w:t xml:space="preserve">.</w:t>
      </w:r>
      <w:r>
        <w:br/>
      </w:r>
      <w:r>
        <w:t xml:space="preserve">    (a) disagree</w:t>
      </w:r>
      <w:r>
        <w:br/>
      </w:r>
      <w:r>
        <w:t xml:space="preserve">    (b) subtract</w:t>
      </w:r>
      <w:r>
        <w:br/>
      </w:r>
      <w:r>
        <w:t xml:space="preserve">    (c) continue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Windows were barred, lest the servants should see their mem-sahibs acting, and the heat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consequently</w:t>
      </w:r>
      <w:r>
        <w:rPr>
          <w:b/>
          <w:bCs/>
        </w:rPr>
        <w:t xml:space="preserve"> </w:t>
      </w:r>
      <w:r>
        <w:rPr>
          <w:b/>
          <w:bCs/>
        </w:rPr>
        <w:t xml:space="preserve">immense.</w:t>
      </w:r>
      <w:r>
        <w:br/>
      </w:r>
      <w:r>
        <w:t xml:space="preserve">    (a) resultantly (as a result)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even though -- used to connect contrasting ideas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 do break down, it is of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consequence</w:t>
      </w:r>
      <w:r>
        <w:rPr>
          <w:b/>
          <w:bCs/>
        </w:rPr>
        <w:t xml:space="preserve">.</w:t>
      </w:r>
      <w:r>
        <w:br/>
      </w:r>
      <w:r>
        <w:t xml:space="preserve">    (a) translates</w:t>
      </w:r>
      <w:r>
        <w:br/>
      </w:r>
      <w:r>
        <w:t xml:space="preserve">    (b) sticks out</w:t>
      </w:r>
      <w:r>
        <w:br/>
      </w:r>
      <w:r>
        <w:t xml:space="preserve">    (c) importance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impudence</w:t>
      </w:r>
      <w:r>
        <w:rPr>
          <w:b/>
          <w:bCs/>
        </w:rPr>
        <w:t xml:space="preserve">.</w:t>
      </w:r>
      <w:r>
        <w:br/>
      </w:r>
      <w:r>
        <w:t xml:space="preserve">    (a) soccer player who typically play in the middle third of the field and who assists with both defense and offense</w:t>
      </w:r>
      <w:r>
        <w:br/>
      </w:r>
      <w:r>
        <w:t xml:space="preserve">    (b) an artists performance of another artist's work that expresses the performer's feelings or ideas about the work</w:t>
      </w:r>
      <w:r>
        <w:br/>
      </w:r>
      <w:r>
        <w:t xml:space="preserve">    (c) improperly bold or disrespectful -- especially toward someone who is older or considered to be of higher status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Turton would never do this unless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compelled</w:t>
      </w:r>
      <w:r>
        <w:rPr>
          <w:b/>
          <w:bCs/>
        </w:rPr>
        <w:t xml:space="preserve">.</w:t>
      </w:r>
      <w:r>
        <w:br/>
      </w:r>
      <w:r>
        <w:t xml:space="preserve">    (a) fruit cooked with sugar (like jam)</w:t>
      </w:r>
      <w:r>
        <w:br/>
      </w:r>
      <w:r>
        <w:t xml:space="preserve">    (b) forced; or (more rarely) convinced</w:t>
      </w:r>
      <w:r>
        <w:br/>
      </w:r>
      <w:r>
        <w:t xml:space="preserve">    (c) didn't trust or have confidence 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Whatever she said produced a murmur of deprecation,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varying</w:t>
      </w:r>
      <w:r>
        <w:rPr>
          <w:b/>
          <w:bCs/>
        </w:rPr>
        <w:t xml:space="preserve"> </w:t>
      </w:r>
      <w:r>
        <w:rPr>
          <w:b/>
          <w:bCs/>
        </w:rPr>
        <w:t xml:space="preserve">into a murmur of concern when she dropped her pocket-handkerchief.</w:t>
      </w:r>
      <w:r>
        <w:br/>
      </w:r>
      <w:r>
        <w:t xml:space="preserve">    (a) gaining advantage from</w:t>
      </w:r>
      <w:r>
        <w:br/>
      </w:r>
      <w:r>
        <w:t xml:space="preserve">    (b) taking on as one's own</w:t>
      </w:r>
      <w:r>
        <w:br/>
      </w:r>
      <w:r>
        <w:t xml:space="preserve">    (c) differing; or changing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made pleasant remarks and a few jokes, which were applauded lustily, but he knew something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discredit</w:t>
      </w:r>
      <w:r>
        <w:rPr>
          <w:b/>
          <w:bCs/>
        </w:rPr>
        <w:t xml:space="preserve"> </w:t>
      </w:r>
      <w:r>
        <w:rPr>
          <w:b/>
          <w:bCs/>
        </w:rPr>
        <w:t xml:space="preserve">of nearly every one of his guests, and was consequently perfunctory.</w:t>
      </w:r>
      <w:r>
        <w:br/>
      </w:r>
      <w:r>
        <w:t xml:space="preserve">    (a) include consideration of</w:t>
      </w:r>
      <w:r>
        <w:br/>
      </w:r>
      <w:r>
        <w:t xml:space="preserve">    (b) damage the reputation of</w:t>
      </w:r>
      <w:r>
        <w:br/>
      </w:r>
      <w:r>
        <w:t xml:space="preserve">    (c) struggle or disagreement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knew little of the district and less against the inhabitants, so he was in a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cynical</w:t>
      </w:r>
      <w:r>
        <w:rPr>
          <w:b/>
          <w:bCs/>
        </w:rPr>
        <w:t xml:space="preserve"> </w:t>
      </w:r>
      <w:r>
        <w:rPr>
          <w:b/>
          <w:bCs/>
        </w:rPr>
        <w:t xml:space="preserve">state of mind.</w:t>
      </w:r>
      <w:r>
        <w:br/>
      </w:r>
      <w:r>
        <w:t xml:space="preserve">    (a) someone who expects the worst -- especially of people (such as expecting them to be selfish and lie)</w:t>
      </w:r>
      <w:r>
        <w:br/>
      </w:r>
      <w:r>
        <w:t xml:space="preserve">    (b) related to the change of a light wave (or other wave) when it passes an opaque edge or narrow opening</w:t>
      </w:r>
      <w:r>
        <w:br/>
      </w:r>
      <w:r>
        <w:t xml:space="preserve">    (c) characterized by recurrent and persistent thoughts and feelings and repetitive, ritualized behaviors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"McBryde has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illustrated</w:t>
      </w:r>
      <w:r>
        <w:rPr>
          <w:b/>
          <w:bCs/>
        </w:rPr>
        <w:t xml:space="preserve"> </w:t>
      </w:r>
      <w:r>
        <w:rPr>
          <w:b/>
          <w:bCs/>
        </w:rPr>
        <w:t xml:space="preserve">bird book," he said dejectedly.</w:t>
      </w:r>
      <w:r>
        <w:br/>
      </w:r>
      <w:r>
        <w:t xml:space="preserve">    (a) related such that a change in one thing helps predict a change in another</w:t>
      </w:r>
      <w:r>
        <w:br/>
      </w:r>
      <w:r>
        <w:t xml:space="preserve">    (b) (verb) drew pictures to accompany  OR  (adjective) accompanied by pictures</w:t>
      </w:r>
      <w:r>
        <w:br/>
      </w:r>
      <w:r>
        <w:t xml:space="preserve">    (c) not justified or explained as an understandable reaction to another 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in order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illustrate</w:t>
      </w:r>
      <w:r>
        <w:rPr>
          <w:b/>
          <w:bCs/>
        </w:rPr>
        <w:t xml:space="preserve"> </w:t>
      </w:r>
      <w:r>
        <w:rPr>
          <w:b/>
          <w:bCs/>
        </w:rPr>
        <w:t xml:space="preserve">the strategy, they produced a plan of the Marabar Hills, showing the route that the party had taken, and the "Tank of the Dagger" where they had camped.</w:t>
      </w:r>
      <w:r>
        <w:br/>
      </w:r>
      <w:r>
        <w:t xml:space="preserve">    (a) help make clear</w:t>
      </w:r>
      <w:r>
        <w:br/>
      </w:r>
      <w:r>
        <w:t xml:space="preserve">    (b) think carefully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Moreover</w:t>
      </w:r>
      <w:r>
        <w:rPr>
          <w:b/>
          <w:bCs/>
        </w:rPr>
        <w:t xml:space="preserve">, Adela in her excitement knelt and swept her skirts about, until it was she if anyone who appeared to have attacked the car.</w:t>
      </w:r>
      <w:r>
        <w:br/>
      </w:r>
      <w:r>
        <w:t xml:space="preserve">    (a) in addition to what has just been said</w:t>
      </w:r>
      <w:r>
        <w:br/>
      </w:r>
      <w:r>
        <w:t xml:space="preserve">    (b) even though -- used to connect contrasting ideas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Major assumed either that 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subordinates</w:t>
      </w:r>
      <w:r>
        <w:rPr>
          <w:b/>
          <w:bCs/>
        </w:rPr>
        <w:t xml:space="preserve"> </w:t>
      </w:r>
      <w:r>
        <w:rPr>
          <w:b/>
          <w:bCs/>
        </w:rPr>
        <w:t xml:space="preserve">were made of ice, or that they repaired to the Chandrapore bazaars—disgusting ideas both.</w:t>
      </w:r>
      <w:r>
        <w:br/>
      </w:r>
      <w:r>
        <w:t xml:space="preserve">    (a) less important or subservient; or to rank as such</w:t>
      </w:r>
      <w:r>
        <w:br/>
      </w:r>
      <w:r>
        <w:t xml:space="preserve">    (b) things or characteristics that are bad or harmful</w:t>
      </w:r>
      <w:r>
        <w:br/>
      </w:r>
      <w:r>
        <w:t xml:space="preserve">    (c) is considered (for affect on a result or outcome)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attacked one another with obscure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allusions</w:t>
      </w:r>
      <w:r>
        <w:rPr>
          <w:b/>
          <w:bCs/>
        </w:rPr>
        <w:t xml:space="preserve"> </w:t>
      </w:r>
      <w:r>
        <w:rPr>
          <w:b/>
          <w:bCs/>
        </w:rPr>
        <w:t xml:space="preserve">and had a silly quarrel.</w:t>
      </w:r>
      <w:r>
        <w:br/>
      </w:r>
      <w:r>
        <w:t xml:space="preserve">    (a) outward appearances</w:t>
      </w:r>
      <w:r>
        <w:br/>
      </w:r>
      <w:r>
        <w:t xml:space="preserve">    (b) indirect references</w:t>
      </w:r>
      <w:r>
        <w:br/>
      </w:r>
      <w:r>
        <w:t xml:space="preserve">    (c) agreements to marry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Vexed rather than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appalled</w:t>
      </w:r>
      <w:r>
        <w:rPr>
          <w:b/>
          <w:bCs/>
        </w:rPr>
        <w:t xml:space="preserve">, she stood still, her eyes on the sparkling rock.</w:t>
      </w:r>
      <w:r>
        <w:br/>
      </w:r>
      <w:r>
        <w:t xml:space="preserve">    (a) shocked by how terrible or horrible something is</w:t>
      </w:r>
      <w:r>
        <w:br/>
      </w:r>
      <w:r>
        <w:t xml:space="preserve">    (b) with an unadjusted lens so the image isn't clear</w:t>
      </w:r>
      <w:r>
        <w:br/>
      </w:r>
      <w:r>
        <w:t xml:space="preserve">    (c) gave an opinion of what was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Ronny had emphasized to his mother that Adela would arrive in a morbid state, yet she was being positively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malicious</w:t>
      </w:r>
      <w:r>
        <w:rPr>
          <w:b/>
          <w:bCs/>
        </w:rPr>
        <w:t xml:space="preserve">.</w:t>
      </w:r>
      <w:r>
        <w:br/>
      </w:r>
      <w:r>
        <w:t xml:space="preserve">    (a) designed to be useful; or capable of working</w:t>
      </w:r>
      <w:r>
        <w:br/>
      </w:r>
      <w:r>
        <w:t xml:space="preserve">    (b) exceedingly important, serious, or dangerous</w:t>
      </w:r>
      <w:r>
        <w:br/>
      </w:r>
      <w:r>
        <w:t xml:space="preserve">    (c) the intention or desire to see others suffer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the case has to come before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 </w:t>
      </w:r>
      <w:r>
        <w:rPr>
          <w:b/>
          <w:bCs/>
        </w:rPr>
        <w:t xml:space="preserve">now;</w:t>
      </w:r>
      <w:r>
        <w:br/>
      </w:r>
      <w:r>
        <w:t xml:space="preserve">    (a) someone who shows</w:t>
      </w:r>
      <w:r>
        <w:br/>
      </w:r>
      <w:r>
        <w:t xml:space="preserve">    (b) people who attack</w:t>
      </w:r>
      <w:r>
        <w:br/>
      </w:r>
      <w:r>
        <w:t xml:space="preserve">    (c) judge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the first interruption, and the Magistrate felt bound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 </w:t>
      </w:r>
      <w:r>
        <w:rPr>
          <w:b/>
          <w:bCs/>
        </w:rPr>
        <w:t xml:space="preserve">it.</w:t>
      </w:r>
      <w:r>
        <w:br/>
      </w:r>
      <w:r>
        <w:t xml:space="preserve">    (a) criticize</w:t>
      </w:r>
      <w:r>
        <w:br/>
      </w:r>
      <w:r>
        <w:t xml:space="preserve">    (b) being a boundary or limit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anything wrong with you this evening that you grow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materialistic</w:t>
      </w:r>
      <w:r>
        <w:rPr>
          <w:b/>
          <w:bCs/>
        </w:rPr>
        <w:t xml:space="preserve">?</w:t>
      </w:r>
      <w:r>
        <w:br/>
      </w:r>
      <w:r>
        <w:t xml:space="preserve">    (a) without purpose, job, or natural activity</w:t>
      </w:r>
      <w:r>
        <w:br/>
      </w:r>
      <w:r>
        <w:t xml:space="preserve">    (b) unable or difficult to meet and talk with</w:t>
      </w:r>
      <w:r>
        <w:br/>
      </w:r>
      <w:r>
        <w:t xml:space="preserve">    (c) too concerned with wealth and possessions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Fielding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deprecated</w:t>
      </w:r>
      <w:r>
        <w:rPr>
          <w:b/>
          <w:bCs/>
        </w:rPr>
        <w:t xml:space="preserve"> </w:t>
      </w:r>
      <w:r>
        <w:rPr>
          <w:b/>
          <w:bCs/>
        </w:rPr>
        <w:t xml:space="preserve">confidences, but Sir Gilbert insisted on imparting them;</w:t>
      </w:r>
      <w:r>
        <w:br/>
      </w:r>
      <w:r>
        <w:t xml:space="preserve">    (a) disapproved of</w:t>
      </w:r>
      <w:r>
        <w:br/>
      </w:r>
      <w:r>
        <w:t xml:space="preserve">    (b) (verb) created, started, settled, or set in a place  OR  (adjective) existing, or familiar</w:t>
      </w:r>
      <w:r>
        <w:br/>
      </w:r>
      <w:r>
        <w:t xml:space="preserve">    (c) persuaded someone to want something (often sex or love) by tempting with something desired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2026-07-31T15:53:18Z</dcterms:created>
  <dcterms:modified xsi:type="dcterms:W3CDTF">2026-07-31T15:53:18Z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