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a95fca1132ecc276d949504d6ee303a976ccb"/>
    <w:p>
      <w:pPr>
        <w:pStyle w:val="Heading1"/>
      </w:pPr>
      <w:r>
        <w:rPr>
          <w:b/>
          <w:bCs/>
        </w:rPr>
        <w:t xml:space="preserve">A Midsummer Night's Dream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hello</w:t>
      </w:r>
      <w:r>
        <w:br/>
      </w:r>
      <w:r>
        <w:t xml:space="preserve">    (b) greetings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forced</w:t>
      </w:r>
      <w:r>
        <w:br/>
      </w:r>
      <w:r>
        <w:t xml:space="preserve">    (b) tricked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derided</w:t>
      </w:r>
      <w:r>
        <w:rPr>
          <w:b/>
          <w:bCs/>
        </w:rPr>
        <w:t xml:space="preserve"> </w:t>
      </w:r>
      <w:r>
        <w:rPr>
          <w:b/>
          <w:bCs/>
        </w:rPr>
        <w:t xml:space="preserve">him as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hormone-ravaged</w:t>
      </w:r>
      <w:r>
        <w:rPr>
          <w:b/>
          <w:bCs/>
        </w:rPr>
        <w:t xml:space="preserve">.</w:t>
      </w:r>
      <w:r>
        <w:br/>
      </w:r>
      <w:r>
        <w:t xml:space="preserve">    (a) whispered about</w:t>
      </w:r>
      <w:r>
        <w:br/>
      </w:r>
      <w:r>
        <w:t xml:space="preserve">    (b) made fun of</w:t>
      </w:r>
      <w:r>
        <w:br/>
      </w:r>
      <w:r>
        <w:t xml:space="preserve">    (c) sympathized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uncritical agreement</w:t>
      </w:r>
      <w:r>
        <w:br/>
      </w:r>
      <w:r>
        <w:t xml:space="preserve">    (c)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humility</w:t>
      </w:r>
      <w:r>
        <w:br/>
      </w:r>
      <w:r>
        <w:t xml:space="preserve">    (b) intense anger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upon her children.</w:t>
      </w:r>
      <w:r>
        <w:br/>
      </w:r>
      <w:r>
        <w:t xml:space="preserve">    (a) adores</w:t>
      </w:r>
      <w:r>
        <w:br/>
      </w:r>
      <w:r>
        <w:t xml:space="preserve">    (b) criticizes</w:t>
      </w:r>
      <w:r>
        <w:br/>
      </w:r>
      <w:r>
        <w:t xml:space="preserve">    (c) worries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bribed (with gifts)</w:t>
      </w:r>
      <w:r>
        <w:br/>
      </w:r>
      <w:r>
        <w:t xml:space="preserve">    (b) asked earnestly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stop (taking)</w:t>
      </w:r>
      <w:r>
        <w:br/>
      </w:r>
      <w:r>
        <w:t xml:space="preserve">    (b) make public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hate</w:t>
      </w:r>
      <w:r>
        <w:br/>
      </w:r>
      <w:r>
        <w:t xml:space="preserve">    (b) fear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evening of many stories and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mirth</w:t>
      </w:r>
      <w:r>
        <w:rPr>
          <w:b/>
          <w:bCs/>
        </w:rPr>
        <w:t xml:space="preserve">.</w:t>
      </w:r>
      <w:r>
        <w:br/>
      </w:r>
      <w:r>
        <w:t xml:space="preserve">    (a) warm friendship</w:t>
      </w:r>
      <w:r>
        <w:br/>
      </w:r>
      <w:r>
        <w:t xml:space="preserve">    (b) fond memories</w:t>
      </w:r>
      <w:r>
        <w:br/>
      </w:r>
      <w:r>
        <w:t xml:space="preserve">    (c) fun and laughter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lucky survivor</w:t>
      </w:r>
      <w:r>
        <w:br/>
      </w:r>
      <w:r>
        <w:t xml:space="preserve">    (b) type of bird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planning, the day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finally arrived.</w:t>
      </w:r>
      <w:r>
        <w:br/>
      </w:r>
      <w:r>
        <w:t xml:space="preserve">    (a) move</w:t>
      </w:r>
      <w:r>
        <w:br/>
      </w:r>
      <w:r>
        <w:t xml:space="preserve">    (b) wedding</w:t>
      </w:r>
      <w:r>
        <w:br/>
      </w:r>
      <w:r>
        <w:t xml:space="preserve">    (c)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prologue</w:t>
      </w:r>
      <w:r>
        <w:rPr>
          <w:b/>
          <w:bCs/>
        </w:rPr>
        <w:t xml:space="preserve"> </w:t>
      </w:r>
      <w:r>
        <w:rPr>
          <w:b/>
          <w:bCs/>
        </w:rPr>
        <w:t xml:space="preserve">of the novel sets the stage for the epic adventure that follows.</w:t>
      </w:r>
      <w:r>
        <w:br/>
      </w:r>
      <w:r>
        <w:t xml:space="preserve">    (a) the main idea of a fictional work</w:t>
      </w:r>
      <w:r>
        <w:br/>
      </w:r>
      <w:r>
        <w:t xml:space="preserve">    (b) the conclusion of a fictional work</w:t>
      </w:r>
      <w:r>
        <w:br/>
      </w:r>
      <w:r>
        <w:t xml:space="preserve">    (c) an introduction to a fictional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her vacation,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beauty of the wilderness.</w:t>
      </w:r>
      <w:r>
        <w:br/>
      </w:r>
      <w:r>
        <w:t xml:space="preserve">    (a) complained bitterly</w:t>
      </w:r>
      <w:r>
        <w:br/>
      </w:r>
      <w:r>
        <w:t xml:space="preserve">    (b) took delight in</w:t>
      </w:r>
      <w:r>
        <w:br/>
      </w:r>
      <w:r>
        <w:t xml:space="preserve">    (c) endured patiently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disrespects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apple</w:t>
      </w:r>
      <w:r>
        <w:br/>
      </w:r>
      <w:r>
        <w:t xml:space="preserve">    (b) snake</w:t>
      </w:r>
      <w:r>
        <w:br/>
      </w:r>
      <w:r>
        <w:t xml:space="preserve">    (c) fig leaf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find it relaxing to wash the holiday dishes, but she finds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.</w:t>
      </w:r>
      <w:r>
        <w:br/>
      </w:r>
      <w:r>
        <w:t xml:space="preserve">    (a) punishing</w:t>
      </w:r>
      <w:r>
        <w:br/>
      </w:r>
      <w:r>
        <w:t xml:space="preserve">    (b) boring</w:t>
      </w:r>
      <w:r>
        <w:br/>
      </w:r>
      <w:r>
        <w:t xml:space="preserve">    (c) stressful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slowed down</w:t>
      </w:r>
      <w:r>
        <w:br/>
      </w:r>
      <w:r>
        <w:t xml:space="preserve">    (b) produced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gave in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2026-07-31T14:31:13Z</dcterms:created>
  <dcterms:modified xsi:type="dcterms:W3CDTF">2026-07-31T14:31:13Z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