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5637b0ca835f2ba3983c04e38d35d3d076b847"/>
    <w:p>
      <w:pPr>
        <w:pStyle w:val="Heading1"/>
      </w:pPr>
      <w:r>
        <w:rPr>
          <w:b/>
          <w:bCs/>
        </w:rPr>
        <w:t xml:space="preserve">A Midsummer Night's Dream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witness was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abjure</w:t>
      </w:r>
      <w:r>
        <w:rPr>
          <w:b/>
          <w:bCs/>
        </w:rPr>
        <w:t xml:space="preserve"> </w:t>
      </w:r>
      <w:r>
        <w:rPr>
          <w:b/>
          <w:bCs/>
        </w:rPr>
        <w:t xml:space="preserve">her previous statement and tell the truth.</w:t>
      </w:r>
      <w:r>
        <w:br/>
      </w:r>
      <w:r>
        <w:t xml:space="preserve">    (a) renounce</w:t>
      </w:r>
      <w:r>
        <w:br/>
      </w:r>
      <w:r>
        <w:t xml:space="preserve">    (b) repeat</w:t>
      </w:r>
      <w:r>
        <w:br/>
      </w:r>
      <w:r>
        <w:t xml:space="preserve">    (c) elaborate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abridged</w:t>
      </w:r>
      <w:r>
        <w:rPr>
          <w:b/>
          <w:bCs/>
        </w:rPr>
        <w:t xml:space="preserve"> </w:t>
      </w:r>
      <w:r>
        <w:rPr>
          <w:b/>
          <w:bCs/>
        </w:rPr>
        <w:t xml:space="preserve">version of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Don Quixote</w:t>
      </w:r>
      <w:r>
        <w:rPr>
          <w:b/>
          <w:bCs/>
        </w:rPr>
        <w:t xml:space="preserve"> </w:t>
      </w:r>
      <w:r>
        <w:rPr>
          <w:b/>
          <w:bCs/>
        </w:rPr>
        <w:t xml:space="preserve">that deleted the extra tales in order to focus on the central story.</w:t>
      </w:r>
      <w:r>
        <w:br/>
      </w:r>
      <w:r>
        <w:t xml:space="preserve">    (a) modern</w:t>
      </w:r>
      <w:r>
        <w:br/>
      </w:r>
      <w:r>
        <w:t xml:space="preserve">    (b) children's</w:t>
      </w:r>
      <w:r>
        <w:br/>
      </w:r>
      <w:r>
        <w:t xml:space="preserve">    (c) shortened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where those in disagreement are separated</w:t>
      </w:r>
      <w:r>
        <w:br/>
      </w:r>
      <w:r>
        <w:t xml:space="preserve">    (b) a state where everyone profits financially</w:t>
      </w:r>
      <w:r>
        <w:br/>
      </w:r>
      <w:r>
        <w:t xml:space="preserve">    (c) a state of friendly relations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romantic or sexual</w:t>
      </w:r>
      <w:r>
        <w:br/>
      </w:r>
      <w:r>
        <w:t xml:space="preserve">    (b) logical or analytical</w:t>
      </w:r>
      <w:r>
        <w:br/>
      </w:r>
      <w:r>
        <w:t xml:space="preserve">    (c) light-hearted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dramatic performance on stage</w:t>
      </w:r>
      <w:r>
        <w:br/>
      </w:r>
      <w:r>
        <w:t xml:space="preserve">    (b) song that tells a story</w:t>
      </w:r>
      <w:r>
        <w:br/>
      </w:r>
      <w:r>
        <w:t xml:space="preserve">    (c) traditional short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aunt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me her pearl necklace.</w:t>
      </w:r>
      <w:r>
        <w:br/>
      </w:r>
      <w:r>
        <w:t xml:space="preserve">    (a) took</w:t>
      </w:r>
      <w:r>
        <w:br/>
      </w:r>
      <w:r>
        <w:t xml:space="preserve">    (b) loaned</w:t>
      </w:r>
      <w:r>
        <w:br/>
      </w:r>
      <w:r>
        <w:t xml:space="preserve">    (c) gave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threatened</w:t>
      </w:r>
      <w:r>
        <w:br/>
      </w:r>
      <w:r>
        <w:t xml:space="preserve">    (b) restricted</w:t>
      </w:r>
      <w:r>
        <w:br/>
      </w:r>
      <w:r>
        <w:t xml:space="preserve">    (c) enforced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erase from history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change reality</w:t>
      </w:r>
      <w:r>
        <w:br/>
      </w:r>
      <w:r>
        <w:t xml:space="preserve">    (b) disguise the truth</w:t>
      </w:r>
      <w:r>
        <w:br/>
      </w:r>
      <w:r>
        <w:t xml:space="preserve">    (c) re-think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Constantine issued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edict</w:t>
      </w:r>
      <w:r>
        <w:rPr>
          <w:b/>
          <w:bCs/>
        </w:rPr>
        <w:t xml:space="preserve"> </w:t>
      </w:r>
      <w:r>
        <w:rPr>
          <w:b/>
          <w:bCs/>
        </w:rPr>
        <w:t xml:space="preserve">for religious tolerance throughout the Roman Empire.</w:t>
      </w:r>
      <w:r>
        <w:br/>
      </w:r>
      <w:r>
        <w:t xml:space="preserve">    (a) suggestion</w:t>
      </w:r>
      <w:r>
        <w:br/>
      </w:r>
      <w:r>
        <w:t xml:space="preserve">    (b) study</w:t>
      </w:r>
      <w:r>
        <w:br/>
      </w:r>
      <w:r>
        <w:t xml:space="preserve">    (c)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harbors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towards her ex-husband.</w:t>
      </w:r>
      <w:r>
        <w:br/>
      </w:r>
      <w:r>
        <w:t xml:space="preserve">    (a) hatred</w:t>
      </w:r>
      <w:r>
        <w:br/>
      </w:r>
      <w:r>
        <w:t xml:space="preserve">    (b) disrespect</w:t>
      </w:r>
      <w:r>
        <w:br/>
      </w:r>
      <w:r>
        <w:t xml:space="preserve">    (c) love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ignoring</w:t>
      </w:r>
      <w:r>
        <w:br/>
      </w:r>
      <w:r>
        <w:t xml:space="preserve">    (b) complaining about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doubt about religion</w:t>
      </w:r>
      <w:r>
        <w:br/>
      </w:r>
      <w:r>
        <w:t xml:space="preserve">    (b) worship of physical idols</w:t>
      </w:r>
      <w:r>
        <w:br/>
      </w:r>
      <w:r>
        <w:t xml:space="preserve">    (c) rejection of all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Roses grow best in well-drained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loam</w:t>
      </w:r>
      <w:r>
        <w:rPr>
          <w:b/>
          <w:bCs/>
        </w:rPr>
        <w:t xml:space="preserve"> </w:t>
      </w:r>
      <w:r>
        <w:rPr>
          <w:b/>
          <w:bCs/>
        </w:rPr>
        <w:t xml:space="preserve">mixed with a bit of compost.</w:t>
      </w:r>
      <w:r>
        <w:br/>
      </w:r>
      <w:r>
        <w:t xml:space="preserve">    (a) rich soil</w:t>
      </w:r>
      <w:r>
        <w:br/>
      </w:r>
      <w:r>
        <w:t xml:space="preserve">    (b) fresh hay</w:t>
      </w:r>
      <w:r>
        <w:br/>
      </w:r>
      <w:r>
        <w:t xml:space="preserve">    (c) old straw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extremely devious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considered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 </w:t>
      </w:r>
      <w:r>
        <w:rPr>
          <w:b/>
          <w:bCs/>
        </w:rPr>
        <w:t xml:space="preserve">of patience by all her coworkers.</w:t>
      </w:r>
      <w:r>
        <w:br/>
      </w:r>
      <w:r>
        <w:t xml:space="preserve">    (a) a perfect example</w:t>
      </w:r>
      <w:r>
        <w:br/>
      </w:r>
      <w:r>
        <w:t xml:space="preserve">    (b) a clear failure</w:t>
      </w:r>
      <w:r>
        <w:br/>
      </w:r>
      <w:r>
        <w:t xml:space="preserve">    (c) an average sample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children and their descendants</w:t>
      </w:r>
      <w:r>
        <w:br/>
      </w:r>
      <w:r>
        <w:t xml:space="preserve">    (b) move to an afterlife</w:t>
      </w:r>
      <w:r>
        <w:br/>
      </w:r>
      <w:r>
        <w:t xml:space="preserve">    (c) scientific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to be performed</w:t>
      </w:r>
      <w:r>
        <w:br/>
      </w:r>
      <w:r>
        <w:t xml:space="preserve">    (b) provided or supplied</w:t>
      </w:r>
      <w:r>
        <w:br/>
      </w:r>
      <w:r>
        <w:t xml:space="preserve">    (c) described in writing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literal description</w:t>
      </w:r>
      <w:r>
        <w:br/>
      </w:r>
      <w:r>
        <w:t xml:space="preserve">    (b) factual reporting</w:t>
      </w:r>
      <w:r>
        <w:br/>
      </w:r>
      <w:r>
        <w:t xml:space="preserve">    (c) humorous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surfeit</w:t>
      </w:r>
      <w:r>
        <w:rPr>
          <w:b/>
          <w:bCs/>
        </w:rPr>
        <w:t xml:space="preserve"> </w:t>
      </w:r>
      <w:r>
        <w:rPr>
          <w:b/>
          <w:bCs/>
        </w:rPr>
        <w:t xml:space="preserve">of beer, but not enough food.</w:t>
      </w:r>
      <w:r>
        <w:br/>
      </w:r>
      <w:r>
        <w:t xml:space="preserve">    (a) shortage</w:t>
      </w:r>
      <w:r>
        <w:br/>
      </w:r>
      <w:r>
        <w:t xml:space="preserve">    (b) variety</w:t>
      </w:r>
      <w:r>
        <w:br/>
      </w:r>
      <w:r>
        <w:t xml:space="preserve">    (c) excessive amount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2026-07-31T14:31:13Z</dcterms:created>
  <dcterms:modified xsi:type="dcterms:W3CDTF">2026-07-31T14:31:13Z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