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db9ed3243de3a86e95175f6bc7213ae8b20ada"/>
    <w:p>
      <w:pPr>
        <w:pStyle w:val="Heading1"/>
      </w:pPr>
      <w:r>
        <w:rPr>
          <w:b/>
          <w:bCs/>
        </w:rPr>
        <w:t xml:space="preserve">A Midsummer Night's Dream</w:t>
      </w:r>
      <w:r>
        <w:br/>
      </w:r>
      <w:r>
        <w:rPr>
          <w:i/>
          <w:iCs/>
        </w:rPr>
        <w:t xml:space="preserve">William Shakespeare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 will wed thee in another key,</w:t>
      </w:r>
      <w:r>
        <w:br/>
      </w:r>
      <w:r>
        <w:rPr>
          <w:b/>
          <w:bCs/>
        </w:rPr>
        <w:t xml:space="preserve">With pomp, with triumph, and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revelling</w:t>
      </w:r>
      <w:r>
        <w:rPr>
          <w:b/>
          <w:bCs/>
        </w:rPr>
        <w:t xml:space="preserve">.</w:t>
      </w:r>
      <w:r>
        <w:br/>
      </w:r>
      <w:r>
        <w:t xml:space="preserve">    (a) (verb) creating, starting, or setting in a place  OR  (adjective) existing</w:t>
      </w:r>
      <w:r>
        <w:br/>
      </w:r>
      <w:r>
        <w:t xml:space="preserve">    (b) suffering through (or putting up with) something difficult or unpleasant</w:t>
      </w:r>
      <w:r>
        <w:br/>
      </w:r>
      <w:r>
        <w:t xml:space="preserve">    (c) to take delight in; or to party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will I grow, so live, so die, my lord,</w:t>
      </w:r>
      <w:r>
        <w:br/>
      </w:r>
      <w:r>
        <w:rPr>
          <w:b/>
          <w:bCs/>
        </w:rPr>
        <w:t xml:space="preserve">Ere 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</w:t>
      </w:r>
      <w:r>
        <w:rPr>
          <w:b/>
          <w:bCs/>
        </w:rPr>
        <w:t xml:space="preserve"> </w:t>
      </w:r>
      <w:r>
        <w:rPr>
          <w:b/>
          <w:bCs/>
        </w:rPr>
        <w:t xml:space="preserve">my virgin patent up</w:t>
      </w:r>
      <w:r>
        <w:br/>
      </w:r>
      <w:r>
        <w:rPr>
          <w:b/>
          <w:bCs/>
        </w:rPr>
        <w:t xml:space="preserve">Unto his lordship, whose unwished yoke</w:t>
      </w:r>
      <w:r>
        <w:br/>
      </w:r>
      <w:r>
        <w:rPr>
          <w:b/>
          <w:bCs/>
        </w:rPr>
        <w:t xml:space="preserve">My soul consents not to give sovereignty.</w:t>
      </w:r>
      <w:r>
        <w:br/>
      </w:r>
      <w:r>
        <w:t xml:space="preserve">    (a) give up</w:t>
      </w:r>
      <w:r>
        <w:br/>
      </w:r>
      <w:r>
        <w:t xml:space="preserve">    (b) an involuntary vomiting spasm</w:t>
      </w:r>
      <w:r>
        <w:br/>
      </w:r>
      <w:r>
        <w:t xml:space="preserve">    (c) select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For you, fair Hermia, look you arm yourself</w:t>
      </w:r>
      <w:r>
        <w:br/>
      </w:r>
      <w:r>
        <w:rPr>
          <w:b/>
          <w:bCs/>
        </w:rPr>
        <w:t xml:space="preserve">To fit your fancies to your father's will,</w:t>
      </w:r>
      <w:r>
        <w:br/>
      </w:r>
      <w:r>
        <w:rPr>
          <w:b/>
          <w:bCs/>
        </w:rPr>
        <w:t xml:space="preserve">Or else the law of Athens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yields</w:t>
      </w:r>
      <w:r>
        <w:rPr>
          <w:b/>
          <w:bCs/>
        </w:rPr>
        <w:t xml:space="preserve"> </w:t>
      </w:r>
      <w:r>
        <w:rPr>
          <w:b/>
          <w:bCs/>
        </w:rPr>
        <w:t xml:space="preserve">you up,</w:t>
      </w:r>
      <w:r>
        <w:br/>
      </w:r>
      <w:r>
        <w:t xml:space="preserve">    (a) gives</w:t>
      </w:r>
      <w:r>
        <w:br/>
      </w:r>
      <w:r>
        <w:t xml:space="preserve">    (b) formally gives up power, as of monarchs and emperors</w:t>
      </w:r>
      <w:r>
        <w:br/>
      </w:r>
      <w:r>
        <w:t xml:space="preserve">    (c) complains or verbally attacks in a loud, excited way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Demetrius, and Egeus, go along; I must employ you in some business Against 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nuptial</w:t>
      </w:r>
      <w:r>
        <w:rPr>
          <w:b/>
          <w:bCs/>
        </w:rPr>
        <w:t xml:space="preserve">, and confer with you Of something nearly that concerns yourselves.</w:t>
      </w:r>
      <w:r>
        <w:br/>
      </w:r>
      <w:r>
        <w:t xml:space="preserve">    (a) of or relating to a wedding</w:t>
      </w:r>
      <w:r>
        <w:br/>
      </w:r>
      <w:r>
        <w:t xml:space="preserve">    (b) not attractive or desirable</w:t>
      </w:r>
      <w:r>
        <w:br/>
      </w:r>
      <w:r>
        <w:t xml:space="preserve">    (c) orbiting Earth once per day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 pains; be perfect;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.</w:t>
      </w:r>
      <w:r>
        <w:br/>
      </w:r>
      <w:r>
        <w:t xml:space="preserve">    (a) hello</w:t>
      </w:r>
      <w:r>
        <w:br/>
      </w:r>
      <w:r>
        <w:t xml:space="preserve">    (b) greetings</w:t>
      </w:r>
      <w:r>
        <w:br/>
      </w:r>
      <w:r>
        <w:t xml:space="preserve">    (c) goodbye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Fairies, skip hence; I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forsworn</w:t>
      </w:r>
      <w:r>
        <w:rPr>
          <w:b/>
          <w:bCs/>
        </w:rPr>
        <w:t xml:space="preserve"> </w:t>
      </w:r>
      <w:r>
        <w:rPr>
          <w:b/>
          <w:bCs/>
        </w:rPr>
        <w:t xml:space="preserve">his bed and company.</w:t>
      </w:r>
      <w:r>
        <w:br/>
      </w:r>
      <w:r>
        <w:t xml:space="preserve">    (a) the profession of assisting women in childbirth without being a doctor</w:t>
      </w:r>
      <w:r>
        <w:br/>
      </w:r>
      <w:r>
        <w:t xml:space="preserve">    (b) to decide to stop doing something; or to renounce or disavow something</w:t>
      </w:r>
      <w:r>
        <w:br/>
      </w:r>
      <w:r>
        <w:t xml:space="preserve">    (c) constraining in some way -- such as tying up, requiring, or obligating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juice of it on sleeping eyelids laid</w:t>
      </w:r>
      <w:r>
        <w:br/>
      </w:r>
      <w:r>
        <w:rPr>
          <w:b/>
          <w:bCs/>
        </w:rPr>
        <w:t xml:space="preserve">Will make or man or woman madly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dote</w:t>
      </w:r>
      <w:r>
        <w:br/>
      </w:r>
      <w:r>
        <w:rPr>
          <w:b/>
          <w:bCs/>
        </w:rPr>
        <w:t xml:space="preserve">Upon the next live creature that it sees.</w:t>
      </w:r>
      <w:r>
        <w:br/>
      </w:r>
      <w:r>
        <w:t xml:space="preserve">    (a) to spoil something so it is not desirable</w:t>
      </w:r>
      <w:r>
        <w:br/>
      </w:r>
      <w:r>
        <w:t xml:space="preserve">    (b) love excessively</w:t>
      </w:r>
      <w:r>
        <w:br/>
      </w:r>
      <w:r>
        <w:t xml:space="preserve">    (c) stop interacting; or stop having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am your spaniel; and, Demetrius, The more you beat me, I will fawn on you: Use me but as your spaniel,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spurn</w:t>
      </w:r>
      <w:r>
        <w:rPr>
          <w:b/>
          <w:bCs/>
        </w:rPr>
        <w:t xml:space="preserve"> </w:t>
      </w:r>
      <w:r>
        <w:rPr>
          <w:b/>
          <w:bCs/>
        </w:rPr>
        <w:t xml:space="preserve">me, strike me, Neglect me, lose me; only give me leave, Unworthy as I am, to follow you.</w:t>
      </w:r>
      <w:r>
        <w:br/>
      </w:r>
      <w:r>
        <w:t xml:space="preserve">    (a) reject as not good enough</w:t>
      </w:r>
      <w:r>
        <w:br/>
      </w:r>
      <w:r>
        <w:t xml:space="preserve">    (b) find, search, or research</w:t>
      </w:r>
      <w:r>
        <w:br/>
      </w:r>
      <w:r>
        <w:t xml:space="preserve">    (c) being a boundary or limit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love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disdainful</w:t>
      </w:r>
      <w:r>
        <w:rPr>
          <w:b/>
          <w:bCs/>
        </w:rPr>
        <w:t xml:space="preserve"> </w:t>
      </w:r>
      <w:r>
        <w:rPr>
          <w:b/>
          <w:bCs/>
        </w:rPr>
        <w:t xml:space="preserve">youth</w:t>
      </w:r>
      <w:r>
        <w:br/>
      </w:r>
      <w:r>
        <w:t xml:space="preserve">    (a) impossible to find</w:t>
      </w:r>
      <w:r>
        <w:br/>
      </w:r>
      <w:r>
        <w:t xml:space="preserve">    (b) good or beneficial</w:t>
      </w:r>
      <w:r>
        <w:br/>
      </w:r>
      <w:r>
        <w:t xml:space="preserve">    (c) lacking respect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at your hands did I deserve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scorn</w:t>
      </w:r>
      <w:r>
        <w:rPr>
          <w:b/>
          <w:bCs/>
        </w:rPr>
        <w:t xml:space="preserve">?</w:t>
      </w:r>
      <w:r>
        <w:br/>
      </w:r>
      <w:r>
        <w:t xml:space="preserve">    (a) rejection or disrespect</w:t>
      </w:r>
      <w:r>
        <w:br/>
      </w:r>
      <w:r>
        <w:t xml:space="preserve">    (b) not answer questions; or block progress</w:t>
      </w:r>
      <w:r>
        <w:br/>
      </w:r>
      <w:r>
        <w:t xml:space="preserve">    (c) move from more general to more specific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Methought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serpent</w:t>
      </w:r>
      <w:r>
        <w:rPr>
          <w:b/>
          <w:bCs/>
        </w:rPr>
        <w:t xml:space="preserve"> </w:t>
      </w:r>
      <w:r>
        <w:rPr>
          <w:b/>
          <w:bCs/>
        </w:rPr>
        <w:t xml:space="preserve">eat my heart away, And you sat smiling at his cruel prey.</w:t>
      </w:r>
      <w:r>
        <w:br/>
      </w:r>
      <w:r>
        <w:t xml:space="preserve">    (a) story</w:t>
      </w:r>
      <w:r>
        <w:br/>
      </w:r>
      <w:r>
        <w:t xml:space="preserve">    (b) snake</w:t>
      </w:r>
      <w:r>
        <w:br/>
      </w:r>
      <w:r>
        <w:t xml:space="preserve">    (c) skill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...and let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prologue</w:t>
      </w:r>
      <w:r>
        <w:rPr>
          <w:b/>
          <w:bCs/>
        </w:rPr>
        <w:t xml:space="preserve"> </w:t>
      </w:r>
      <w:r>
        <w:rPr>
          <w:b/>
          <w:bCs/>
        </w:rPr>
        <w:t xml:space="preserve">seem to say we will do no harm with our swords, and that...</w:t>
      </w:r>
      <w:r>
        <w:br/>
      </w:r>
      <w:r>
        <w:t xml:space="preserve">    (a) a long and determined effort for a cause that is passionately believed to be important</w:t>
      </w:r>
      <w:r>
        <w:br/>
      </w:r>
      <w:r>
        <w:t xml:space="preserve">    (b) to think of something as true or likely, even though it is not known with certainty</w:t>
      </w:r>
      <w:r>
        <w:br/>
      </w:r>
      <w:r>
        <w:t xml:space="preserve">    (c) introduction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Lord, what fools these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mortals</w:t>
      </w:r>
      <w:r>
        <w:rPr>
          <w:b/>
          <w:bCs/>
        </w:rPr>
        <w:t xml:space="preserve"> </w:t>
      </w:r>
      <w:r>
        <w:rPr>
          <w:b/>
          <w:bCs/>
        </w:rPr>
        <w:t xml:space="preserve">be!</w:t>
      </w:r>
      <w:r>
        <w:br/>
      </w:r>
      <w:r>
        <w:t xml:space="preserve">    (a) humans</w:t>
      </w:r>
      <w:r>
        <w:br/>
      </w:r>
      <w:r>
        <w:t xml:space="preserve">    (b) things or characteristics that express agreement or approval</w:t>
      </w:r>
      <w:r>
        <w:br/>
      </w:r>
      <w:r>
        <w:t xml:space="preserve">    (c) acts of being in a working position; or the acts of starting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To conjure tears up in a poor maid's eyes with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derision</w:t>
      </w:r>
      <w:r>
        <w:rPr>
          <w:b/>
          <w:bCs/>
        </w:rPr>
        <w:t xml:space="preserve">!</w:t>
      </w:r>
      <w:r>
        <w:br/>
      </w:r>
      <w:r>
        <w:t xml:space="preserve">    (a) treatment as inferior and unworthy of respect</w:t>
      </w:r>
      <w:r>
        <w:br/>
      </w:r>
      <w:r>
        <w:t xml:space="preserve">    (b) related to or causing dramatic change; of a supporter of the change</w:t>
      </w:r>
      <w:r>
        <w:br/>
      </w:r>
      <w:r>
        <w:t xml:space="preserve">    (c) a series of regularly spaced columns -- typically covered by a roof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If she cannot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entreat</w:t>
      </w:r>
      <w:r>
        <w:rPr>
          <w:b/>
          <w:bCs/>
        </w:rPr>
        <w:t xml:space="preserve">, I can compel.</w:t>
      </w:r>
      <w:r>
        <w:br/>
      </w:r>
      <w:r>
        <w:t xml:space="preserve">    (a) stop fighting</w:t>
      </w:r>
      <w:r>
        <w:br/>
      </w:r>
      <w:r>
        <w:t xml:space="preserve">    (b) make possible</w:t>
      </w:r>
      <w:r>
        <w:br/>
      </w:r>
      <w:r>
        <w:t xml:space="preserve">    (c) persuade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 weary night, O long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tedious</w:t>
      </w:r>
      <w:r>
        <w:rPr>
          <w:b/>
          <w:bCs/>
        </w:rPr>
        <w:t xml:space="preserve"> </w:t>
      </w:r>
      <w:r>
        <w:rPr>
          <w:b/>
          <w:bCs/>
        </w:rPr>
        <w:t xml:space="preserve">night, Abate thy hours!</w:t>
      </w:r>
      <w:r>
        <w:br/>
      </w:r>
      <w:r>
        <w:t xml:space="preserve">    (a) not demonstrative of</w:t>
      </w:r>
      <w:r>
        <w:br/>
      </w:r>
      <w:r>
        <w:t xml:space="preserve">    (b) sensible and careful</w:t>
      </w:r>
      <w:r>
        <w:br/>
      </w:r>
      <w:r>
        <w:t xml:space="preserve">    (c) boring or monotonous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O, how mine eyes do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</w:t>
      </w:r>
      <w:r>
        <w:rPr>
          <w:b/>
          <w:bCs/>
        </w:rPr>
        <w:t xml:space="preserve"> </w:t>
      </w:r>
      <w:r>
        <w:rPr>
          <w:b/>
          <w:bCs/>
        </w:rPr>
        <w:t xml:space="preserve">his visage now!</w:t>
      </w:r>
      <w:r>
        <w:br/>
      </w:r>
      <w:r>
        <w:t xml:space="preserve">    (a) quit</w:t>
      </w:r>
      <w:r>
        <w:br/>
      </w:r>
      <w:r>
        <w:t xml:space="preserve">    (b) hate</w:t>
      </w:r>
      <w:r>
        <w:br/>
      </w:r>
      <w:r>
        <w:t xml:space="preserve">    (c) draw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Where is our usual manager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mirth</w:t>
      </w:r>
      <w:r>
        <w:rPr>
          <w:b/>
          <w:bCs/>
        </w:rPr>
        <w:t xml:space="preserve">?</w:t>
      </w:r>
      <w:r>
        <w:br/>
      </w:r>
      <w:r>
        <w:t xml:space="preserve">    (a) fun and laughter</w:t>
      </w:r>
      <w:r>
        <w:br/>
      </w:r>
      <w:r>
        <w:t xml:space="preserve">    (b) restart (a fire)</w:t>
      </w:r>
      <w:r>
        <w:br/>
      </w:r>
      <w:r>
        <w:t xml:space="preserve">    (c) started (a fire)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shall we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beguile</w:t>
      </w:r>
      <w:r>
        <w:rPr>
          <w:b/>
          <w:bCs/>
        </w:rPr>
        <w:t xml:space="preserve"> </w:t>
      </w:r>
      <w:r>
        <w:rPr>
          <w:b/>
          <w:bCs/>
        </w:rPr>
        <w:t xml:space="preserve">The lazy time, if not with some delight?</w:t>
      </w:r>
      <w:r>
        <w:br/>
      </w:r>
      <w:r>
        <w:t xml:space="preserve">    (a) give authority, power, knowledge, or confidence to someone so they can do something</w:t>
      </w:r>
      <w:r>
        <w:br/>
      </w:r>
      <w:r>
        <w:t xml:space="preserve">    (b) to charm someone; or to deceive -- especially through charm</w:t>
      </w:r>
      <w:r>
        <w:br/>
      </w:r>
      <w:r>
        <w:t xml:space="preserve">    (c) to think of something as true or likely, even though it is not known with certainty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How shall we find the concord of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discord</w:t>
      </w:r>
      <w:r>
        <w:rPr>
          <w:b/>
          <w:bCs/>
        </w:rPr>
        <w:t xml:space="preserve">?</w:t>
      </w:r>
      <w:r>
        <w:br/>
      </w:r>
      <w:r>
        <w:t xml:space="preserve">    (a) design based on alphabetic letters; or adding such a design to something</w:t>
      </w:r>
      <w:r>
        <w:br/>
      </w:r>
      <w:r>
        <w:t xml:space="preserve">    (b) conflict</w:t>
      </w:r>
      <w:r>
        <w:br/>
      </w:r>
      <w:r>
        <w:t xml:space="preserve">    (c) characterized by narrower parallel folds when closed and wider when open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2026-07-31T14:31:13Z</dcterms:created>
  <dcterms:modified xsi:type="dcterms:W3CDTF">2026-07-31T14:31:13Z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