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7720ac9afca09b282a20e04e991319e0f559bf"/>
    <w:p>
      <w:pPr>
        <w:pStyle w:val="Heading1"/>
      </w:pPr>
      <w:r>
        <w:rPr>
          <w:b/>
          <w:bCs/>
        </w:rPr>
        <w:t xml:space="preserve">A Midsummer Night's Dream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THESEUS Either to die the death, or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abjure</w:t>
      </w:r>
      <w:r>
        <w:rPr>
          <w:b/>
          <w:bCs/>
        </w:rPr>
        <w:t xml:space="preserve"> </w:t>
      </w:r>
      <w:r>
        <w:rPr>
          <w:b/>
          <w:bCs/>
        </w:rPr>
        <w:t xml:space="preserve">For ever the society of men.</w:t>
      </w:r>
      <w:r>
        <w:br/>
      </w:r>
      <w:r>
        <w:t xml:space="preserve">    (a) strongly desire</w:t>
      </w:r>
      <w:r>
        <w:br/>
      </w:r>
      <w:r>
        <w:t xml:space="preserve">    (b) help make clear</w:t>
      </w:r>
      <w:r>
        <w:br/>
      </w:r>
      <w:r>
        <w:t xml:space="preserve">    (c) reject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Demetrius, I'll avouch it to his head, Made love to Nedar's daughter, Helena, And won her soul; and she, sweet lady, dotes, Devoutly dotes, dotes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idolatry</w:t>
      </w:r>
      <w:r>
        <w:rPr>
          <w:b/>
          <w:bCs/>
        </w:rPr>
        <w:t xml:space="preserve">, Upon this spotted and inconstant man.</w:t>
      </w:r>
      <w:r>
        <w:br/>
      </w:r>
      <w:r>
        <w:t xml:space="preserve">    (a) Greek Mythology: one of the giant-sized gods who ruled the Earth until overthrown by Zeus (also the name of Saturn's largest moon)</w:t>
      </w:r>
      <w:r>
        <w:br/>
      </w:r>
      <w:r>
        <w:t xml:space="preserve">    (b) something that indirectly shows something else -- such as an indication, demonstration, expression, or representation of something</w:t>
      </w:r>
      <w:r>
        <w:br/>
      </w:r>
      <w:r>
        <w:t xml:space="preserve">    (c) the worship of idols (physical objects representative of gods)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excessive admiration and devotion to something or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HERMIA If then true lovers have ever cross'd, It stands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in destiny: Then let us teach our trial patience, Because it is a customary cross; As due to love as thoughts, and dreams, and sighs, Wishes and tears, poor fancy's followers.</w:t>
      </w:r>
      <w:r>
        <w:br/>
      </w:r>
      <w:r>
        <w:t xml:space="preserve">    (a) an order -- typically a formal proclamation or a legally binding court decree</w:t>
      </w:r>
      <w:r>
        <w:br/>
      </w:r>
      <w:r>
        <w:t xml:space="preserve">    (b) a stone shaped like a disk that spins and is used to grind, sharpen or polish</w:t>
      </w:r>
      <w:r>
        <w:br/>
      </w:r>
      <w:r>
        <w:t xml:space="preserve">    (c) a psychologist concerned with the treatment of abnormal thinking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TITANIA Then I must be thy lady; but I know When thou hast stol'n away from fairy-land, And in the shape of Corin sat all day, Playing on pipes of corn, and versing love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Phillida.</w:t>
      </w:r>
      <w:r>
        <w:br/>
      </w:r>
      <w:r>
        <w:t xml:space="preserve">    (a) comprehensive</w:t>
      </w:r>
      <w:r>
        <w:br/>
      </w:r>
      <w:r>
        <w:t xml:space="preserve">    (b) logical or analytical</w:t>
      </w:r>
      <w:r>
        <w:br/>
      </w:r>
      <w:r>
        <w:t xml:space="preserve">    (c) romantic or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maz'd world, By their increase, now knows not which is which: And this same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 </w:t>
      </w:r>
      <w:r>
        <w:rPr>
          <w:b/>
          <w:bCs/>
        </w:rPr>
        <w:t xml:space="preserve">of evils comes From our debate, from our dissension: We are their parents and original.</w:t>
      </w:r>
      <w:r>
        <w:br/>
      </w:r>
      <w:r>
        <w:t xml:space="preserve">    (a) a process of urging or commanding someone to do something; or a document for that purpose</w:t>
      </w:r>
      <w:r>
        <w:br/>
      </w:r>
      <w:r>
        <w:t xml:space="preserve">    (b) someone's child or children</w:t>
      </w:r>
      <w:r>
        <w:br/>
      </w:r>
      <w:r>
        <w:br/>
      </w:r>
      <w:r>
        <w:t xml:space="preserve">or less commonly: anything that develops from something else</w:t>
      </w:r>
      <w:r>
        <w:br/>
      </w:r>
      <w:r>
        <w:t xml:space="preserve">    (c) the belief that God created the universe, but that he doesn't interfere with how it runs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I'll make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up her page to me.</w:t>
      </w:r>
      <w:r>
        <w:br/>
      </w:r>
      <w:r>
        <w:t xml:space="preserve">    (a) give</w:t>
      </w:r>
      <w:r>
        <w:br/>
      </w:r>
      <w:r>
        <w:t xml:space="preserve">    (b) less important</w:t>
      </w:r>
      <w:r>
        <w:br/>
      </w:r>
      <w:r>
        <w:t xml:space="preserve">    (c) one who lives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wicked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dissembling</w:t>
      </w:r>
      <w:r>
        <w:rPr>
          <w:b/>
          <w:bCs/>
        </w:rPr>
        <w:t xml:space="preserve"> </w:t>
      </w:r>
      <w:r>
        <w:rPr>
          <w:b/>
          <w:bCs/>
        </w:rPr>
        <w:t xml:space="preserve">glass of mine Made me compare with Hermia's sphery eyne?</w:t>
      </w:r>
      <w:r>
        <w:br/>
      </w:r>
      <w:r>
        <w:t xml:space="preserve">    (a) preparing food in a way that keeps it from spoiling</w:t>
      </w:r>
      <w:r>
        <w:br/>
      </w:r>
      <w:r>
        <w:t xml:space="preserve">    (b) lying or deceiving (hiding or disguising the truth)</w:t>
      </w:r>
      <w:r>
        <w:br/>
      </w:r>
      <w:r>
        <w:t xml:space="preserve">    (c) supporting by providing money or other economic 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Is't not enough, is't not enough, young man, That I did never, no, nor never can Deserve a sweet look from Demetrius' eye, But you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flout</w:t>
      </w:r>
      <w:r>
        <w:rPr>
          <w:b/>
          <w:bCs/>
        </w:rPr>
        <w:t xml:space="preserve"> </w:t>
      </w:r>
      <w:r>
        <w:rPr>
          <w:b/>
          <w:bCs/>
        </w:rPr>
        <w:t xml:space="preserve">my insufficiency?</w:t>
      </w:r>
      <w:r>
        <w:br/>
      </w:r>
      <w:r>
        <w:t xml:space="preserve">    (a) openly disregard</w:t>
      </w:r>
      <w:r>
        <w:br/>
      </w:r>
      <w:r>
        <w:t xml:space="preserve">    (b) take on or adopt</w:t>
      </w:r>
      <w:r>
        <w:br/>
      </w:r>
      <w:r>
        <w:t xml:space="preserve">    (c) make more varied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For,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surfeit</w:t>
      </w:r>
      <w:r>
        <w:rPr>
          <w:b/>
          <w:bCs/>
        </w:rPr>
        <w:t xml:space="preserve"> </w:t>
      </w:r>
      <w:r>
        <w:rPr>
          <w:b/>
          <w:bCs/>
        </w:rPr>
        <w:t xml:space="preserve">of the sweetest things The deepest loathing to the stomach brings; Or, as the heresies that men do leave Are hated most of those they did deceive; So thou, my surfeit and my heresy, Of all be hated, but the most of me!</w:t>
      </w:r>
      <w:r>
        <w:br/>
      </w:r>
      <w:r>
        <w:t xml:space="preserve">    (a) examine in detail to better understand</w:t>
      </w:r>
      <w:r>
        <w:br/>
      </w:r>
      <w:r>
        <w:t xml:space="preserve">    (b) an excessive amount; or to overindulge</w:t>
      </w:r>
      <w:r>
        <w:br/>
      </w:r>
      <w:r>
        <w:t xml:space="preserve">    (c)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BOTTOM Some man or other must present wall: and let him have some plaster, or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loam</w:t>
      </w:r>
      <w:r>
        <w:rPr>
          <w:b/>
          <w:bCs/>
        </w:rPr>
        <w:t xml:space="preserve">, or some rough-cast about him, to signify wall; and let him hold his fingers thus, and through that cranny shall Pyramus and Thisby whisper.</w:t>
      </w:r>
      <w:r>
        <w:br/>
      </w:r>
      <w:r>
        <w:t xml:space="preserve">    (a) rich soil</w:t>
      </w:r>
      <w:r>
        <w:br/>
      </w:r>
      <w:r>
        <w:t xml:space="preserve">    (b) wet soil</w:t>
      </w:r>
      <w:r>
        <w:br/>
      </w:r>
      <w:r>
        <w:t xml:space="preserve">    (c) dry soil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PYRAMUS 'Thisby, the flowers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savours sweet,' QUINCE Odours, odours.</w:t>
      </w:r>
      <w:r>
        <w:br/>
      </w:r>
      <w:r>
        <w:t xml:space="preserve">    (a) not trustworthy, or improper, or attracting unwelcome attention</w:t>
      </w:r>
      <w:r>
        <w:br/>
      </w:r>
      <w:r>
        <w:t xml:space="preserve">    (b) extremely unpleasant, disgusting, dislikable, or worthy of hate</w:t>
      </w:r>
      <w:r>
        <w:br/>
      </w:r>
      <w:r>
        <w:t xml:space="preserve">    (c) the degree to which something is able to change or is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LYSANDER You are unkind, Demetrius; be not so; For you love Hermia: this you know I know: And here, with all good will, with all my heart, In Hermia's love I yield you up my part; And yours of Helena to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</w:t>
      </w:r>
      <w:r>
        <w:rPr>
          <w:b/>
          <w:bCs/>
        </w:rPr>
        <w:t xml:space="preserve">, Whom I do love and will do till my death.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give or pass down -- often upon death in a will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not the faith thou dost not know,</w:t>
      </w:r>
      <w:r>
        <w:br/>
      </w:r>
      <w:r>
        <w:t xml:space="preserve">    (a) to spoil something so it is not desirable</w:t>
      </w:r>
      <w:r>
        <w:br/>
      </w:r>
      <w:r>
        <w:t xml:space="preserve">    (b) stop interacting; or stop having interest</w:t>
      </w:r>
      <w:r>
        <w:br/>
      </w:r>
      <w:r>
        <w:t xml:space="preserve">    (c) criticizing or making seem less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Faintness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constraineth</w:t>
      </w:r>
      <w:r>
        <w:rPr>
          <w:b/>
          <w:bCs/>
        </w:rPr>
        <w:t xml:space="preserve"> </w:t>
      </w:r>
      <w:r>
        <w:rPr>
          <w:b/>
          <w:bCs/>
        </w:rPr>
        <w:t xml:space="preserve">me To measure out my length on this cold bed.</w:t>
      </w:r>
      <w:r>
        <w:br/>
      </w:r>
      <w:r>
        <w:t xml:space="preserve">    (a) restricts or forces someone to do something</w:t>
      </w:r>
      <w:r>
        <w:br/>
      </w:r>
      <w:r>
        <w:t xml:space="preserve">    (b) temperature scale used in most of the world</w:t>
      </w:r>
      <w:r>
        <w:br/>
      </w:r>
      <w:r>
        <w:t xml:space="preserve">    (c) devices that convert light into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thou and I are new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amity</w:t>
      </w:r>
      <w:r>
        <w:rPr>
          <w:b/>
          <w:bCs/>
        </w:rPr>
        <w:t xml:space="preserve">, And will to-morrow midnight solemnly Dance in Duke Theseus' house triumphantly, And bless it to all fair prosperity: There shall the pairs of faithful lovers be Wedded, with Theseus, all in jollity.</w:t>
      </w:r>
      <w:r>
        <w:br/>
      </w:r>
      <w:r>
        <w:t xml:space="preserve">    (a) a state of friendly relations</w:t>
      </w:r>
      <w:r>
        <w:br/>
      </w:r>
      <w:r>
        <w:t xml:space="preserve">    (b) something taken on or adopted</w:t>
      </w:r>
      <w:r>
        <w:br/>
      </w:r>
      <w:r>
        <w:t xml:space="preserve">    (c) aka analysist -- psychiatrist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fear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br/>
      </w:r>
      <w:r>
        <w:t xml:space="preserve">    (a) battle</w:t>
      </w:r>
      <w:r>
        <w:br/>
      </w:r>
      <w:r>
        <w:t xml:space="preserve">    (b) hatred</w:t>
      </w:r>
      <w:r>
        <w:br/>
      </w:r>
      <w:r>
        <w:t xml:space="preserve">    (c)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get Peter Quince to write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of this dream: it shall be called Bottom's Dream, because it hath no bottom; and I will sing it in the latter end of a play, before the duke: peradventure, to make it the more gracious, I shall sing it at her death.</w:t>
      </w:r>
      <w:r>
        <w:br/>
      </w:r>
      <w:r>
        <w:t xml:space="preserve">    (a) a song (or poem) that tells a story or expresses strong feelings -- typically slow in tempo</w:t>
      </w:r>
      <w:r>
        <w:br/>
      </w:r>
      <w:r>
        <w:t xml:space="preserve">    (b) related to the branch of physics concerned with the conversion of different forms of energy</w:t>
      </w:r>
      <w:r>
        <w:br/>
      </w:r>
      <w:r>
        <w:t xml:space="preserve">    (c) of the Church of Jesus Christ of Latter-Day Saints which was founded by Joseph Smith in 1830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FLUTE You must say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paragon</w:t>
      </w:r>
      <w:r>
        <w:rPr>
          <w:b/>
          <w:bCs/>
        </w:rPr>
        <w:t xml:space="preserve">: a paramour is, God bless us, a thing of naught.</w:t>
      </w:r>
      <w:r>
        <w:br/>
      </w:r>
      <w:r>
        <w:t xml:space="preserve">    (a) treating thoughtlessly or without respect</w:t>
      </w:r>
      <w:r>
        <w:br/>
      </w:r>
      <w:r>
        <w:t xml:space="preserve">    (b) an ideal instance; or model of excellence</w:t>
      </w:r>
      <w:r>
        <w:br/>
      </w:r>
      <w:r>
        <w:t xml:space="preserve">    (c) stop interacting; or stop having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THESEUS Say, 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abridgment</w:t>
      </w:r>
      <w:r>
        <w:rPr>
          <w:b/>
          <w:bCs/>
        </w:rPr>
        <w:t xml:space="preserve"> </w:t>
      </w:r>
      <w:r>
        <w:rPr>
          <w:b/>
          <w:bCs/>
        </w:rPr>
        <w:t xml:space="preserve">have you for this evening?</w:t>
      </w:r>
      <w:r>
        <w:br/>
      </w:r>
      <w:r>
        <w:t xml:space="preserve">    (a) shortened book; or something reduced in scope while retaining essential elements</w:t>
      </w:r>
      <w:r>
        <w:br/>
      </w:r>
      <w:r>
        <w:t xml:space="preserve">    (b) co-existing peacefully; or having components that are combined in a pleasing way</w:t>
      </w:r>
      <w:r>
        <w:br/>
      </w:r>
      <w:r>
        <w:t xml:space="preserve">    (c) the act of move something out of an interacting position; or the act of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satire</w:t>
      </w:r>
      <w:r>
        <w:rPr>
          <w:b/>
          <w:bCs/>
        </w:rPr>
        <w:t xml:space="preserve">, keen and critical, Not sorting with a nuptial ceremony.</w:t>
      </w:r>
      <w:r>
        <w:br/>
      </w:r>
      <w:r>
        <w:t xml:space="preserve">    (a) relating to logical examination of something to better understand it</w:t>
      </w:r>
      <w:r>
        <w:br/>
      </w:r>
      <w:r>
        <w:t xml:space="preserve">    (b) lack of interest; or the process of stopping interaction or interest</w:t>
      </w:r>
      <w:r>
        <w:br/>
      </w:r>
      <w:r>
        <w:t xml:space="preserve">    (c) a way of making fun of people or ideas -- often through exaggeration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2026-07-31T14:31:14Z</dcterms:created>
  <dcterms:modified xsi:type="dcterms:W3CDTF">2026-07-31T14:31:14Z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