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65e9d50ac36b6df0e2c9d49b8aca25c6e9dea3"/>
    <w:p>
      <w:pPr>
        <w:pStyle w:val="Heading1"/>
      </w:pPr>
      <w:r>
        <w:rPr>
          <w:b/>
          <w:bCs/>
        </w:rPr>
        <w:t xml:space="preserve">A Man for All Seasons</w:t>
      </w:r>
      <w:r>
        <w:br/>
      </w:r>
      <w:r>
        <w:rPr>
          <w:i/>
          <w:iCs/>
        </w:rPr>
        <w:t xml:space="preserve">Robert Bolt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He was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affable</w:t>
      </w:r>
      <w:r>
        <w:rPr>
          <w:b/>
          <w:bCs/>
        </w:rPr>
        <w:t xml:space="preserve"> </w:t>
      </w:r>
      <w:r>
        <w:rPr>
          <w:b/>
          <w:bCs/>
        </w:rPr>
        <w:t xml:space="preserve">at dinner.</w:t>
      </w:r>
      <w:r>
        <w:br/>
      </w:r>
      <w:r>
        <w:t xml:space="preserve">    (a) not able to be translated</w:t>
      </w:r>
      <w:r>
        <w:br/>
      </w:r>
      <w:r>
        <w:t xml:space="preserve">    (b) able to be disagreed with</w:t>
      </w:r>
      <w:r>
        <w:br/>
      </w:r>
      <w:r>
        <w:t xml:space="preserve">    (c) good natured and sociable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Master Rich is newly converted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doctrines</w:t>
      </w:r>
      <w:r>
        <w:rPr>
          <w:b/>
          <w:bCs/>
        </w:rPr>
        <w:t xml:space="preserve"> </w:t>
      </w:r>
      <w:r>
        <w:rPr>
          <w:b/>
          <w:bCs/>
        </w:rPr>
        <w:t xml:space="preserve">of Machiavelli.</w:t>
      </w:r>
      <w:r>
        <w:br/>
      </w:r>
      <w:r>
        <w:t xml:space="preserve">    (a) a belief (or system of beliefs or principles) accepted as authoritative by some group</w:t>
      </w:r>
      <w:r>
        <w:br/>
      </w:r>
      <w:r>
        <w:t xml:space="preserve">    (b) tries to obtain a result through gentle and careful effort -- often gently persuades</w:t>
      </w:r>
      <w:r>
        <w:br/>
      </w:r>
      <w:r>
        <w:t xml:space="preserve">    (c) private, non-profit organizations working for member goals at the international level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(Won't respond; with aesthetic distaste-not moral disapproval) It's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devious</w:t>
      </w:r>
      <w:r>
        <w:rPr>
          <w:b/>
          <w:bCs/>
        </w:rPr>
        <w:t xml:space="preserve">.</w:t>
      </w:r>
      <w:r>
        <w:br/>
      </w:r>
      <w:r>
        <w:t xml:space="preserve">    (a) relating to one-sided information that is purposefully spread to influence opinions</w:t>
      </w:r>
      <w:r>
        <w:br/>
      </w:r>
      <w:r>
        <w:t xml:space="preserve">    (b) able to be persuaded to do something by tempting with pleasure or something desired</w:t>
      </w:r>
      <w:r>
        <w:br/>
      </w:r>
      <w:r>
        <w:t xml:space="preserve">    (c) deceitful (not honest and straightforward) -- often in a complicated, clever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CHAPUYS (Consciously shy) Sir Thomas, may I ask if you and the Cardinal parted, how shall I say,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amicably</w:t>
      </w:r>
      <w:r>
        <w:rPr>
          <w:b/>
          <w:bCs/>
        </w:rPr>
        <w:t xml:space="preserve">?</w:t>
      </w:r>
      <w:r>
        <w:br/>
      </w:r>
      <w:r>
        <w:t xml:space="preserve">    (a) in a manner that finds fault</w:t>
      </w:r>
      <w:r>
        <w:br/>
      </w:r>
      <w:r>
        <w:t xml:space="preserve">    (b) friendly or showing goodwill</w:t>
      </w:r>
      <w:r>
        <w:br/>
      </w:r>
      <w:r>
        <w:t xml:space="preserve">    (c) in a manner that is not good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(MARGARET is alarmed, and from behind mom tries to silence ROPER) ROPER The Church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heretical</w:t>
      </w:r>
      <w:r>
        <w:br/>
      </w:r>
      <w:r>
        <w:t xml:space="preserve">    (a) the state or degree of being less than zero</w:t>
      </w:r>
      <w:r>
        <w:br/>
      </w:r>
      <w:r>
        <w:t xml:space="preserve">    (b) counter to popular belief of what is proper</w:t>
      </w:r>
      <w:r>
        <w:br/>
      </w:r>
      <w:r>
        <w:t xml:space="preserve">    (c) the quality of not working or not operating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Margaret, I'll not have you talk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treason</w:t>
      </w:r>
      <w:r>
        <w:rPr>
          <w:b/>
          <w:bCs/>
        </w:rPr>
        <w:t xml:space="preserve">...And I'll not have you repeat lawyer's gossip.</w:t>
      </w:r>
      <w:r>
        <w:br/>
      </w:r>
      <w:r>
        <w:t xml:space="preserve">    (a) easily set on fire</w:t>
      </w:r>
      <w:r>
        <w:br/>
      </w:r>
      <w:r>
        <w:t xml:space="preserve">    (b) untied or released</w:t>
      </w:r>
      <w:r>
        <w:br/>
      </w:r>
      <w:r>
        <w:t xml:space="preserve">    (c) an act of betrayal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Impudence</w:t>
      </w:r>
      <w:r>
        <w:rPr>
          <w:b/>
          <w:bCs/>
        </w:rPr>
        <w:t xml:space="preserve">!</w:t>
      </w:r>
      <w:r>
        <w:br/>
      </w:r>
      <w:r>
        <w:t xml:space="preserve">    (a) an artists performance of another artist's work that expresses the performer's feelings or ideas about the work</w:t>
      </w:r>
      <w:r>
        <w:br/>
      </w:r>
      <w:r>
        <w:t xml:space="preserve">    (b) improperly bold or disrespectful -- especially toward someone who is older or considered to be of higher status</w:t>
      </w:r>
      <w:r>
        <w:br/>
      </w:r>
      <w:r>
        <w:t xml:space="preserve">    (c) soccer player who typically play in the middle third of the field and who assists with both defense and offense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CROMWELL (</w:t>
      </w:r>
      <w:r>
        <w:rPr>
          <w:b/>
          <w:bCs/>
          <w:u w:val="single"/>
        </w:rPr>
        <w:t xml:space="preserve">Reproachful</w:t>
      </w:r>
      <w:r>
        <w:rPr>
          <w:b/>
          <w:bCs/>
        </w:rPr>
        <w:t xml:space="preserve">) Well, I always understood he set you up in life.</w:t>
      </w:r>
      <w:r>
        <w:br/>
      </w:r>
      <w:r>
        <w:t xml:space="preserve">    (a) without boundaries or limits</w:t>
      </w:r>
      <w:r>
        <w:br/>
      </w:r>
      <w:r>
        <w:t xml:space="preserve">    (b) not good at making decisions</w:t>
      </w:r>
      <w:r>
        <w:br/>
      </w:r>
      <w:r>
        <w:t xml:space="preserve">    (c) critical (full of criticism)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(Bursting out) Your Grace, I'm not fit to meddle in these matters-to me it seems a matter for the Holy See— HENRY (</w:t>
      </w:r>
      <w:r>
        <w:rPr>
          <w:b/>
          <w:bCs/>
          <w:u w:val="single"/>
        </w:rPr>
        <w:t xml:space="preserve">Reprovingly</w:t>
      </w:r>
      <w:r>
        <w:rPr>
          <w:b/>
          <w:bCs/>
        </w:rPr>
        <w:t xml:space="preserve">) Thomas, Thomas, does a man need a Pope to tell him when he's sinned?</w:t>
      </w:r>
      <w:r>
        <w:br/>
      </w:r>
      <w:r>
        <w:t xml:space="preserve">    (a) in a wasteful manner</w:t>
      </w:r>
      <w:r>
        <w:br/>
      </w:r>
      <w:r>
        <w:t xml:space="preserve">    (b) in a critical manner</w:t>
      </w:r>
      <w:r>
        <w:br/>
      </w:r>
      <w:r>
        <w:t xml:space="preserve">    (c) with great annoyance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ROPER I've been offered a seat in the next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Parliament</w:t>
      </w:r>
      <w:r>
        <w:rPr>
          <w:b/>
          <w:bCs/>
        </w:rPr>
        <w:t xml:space="preserve">.</w:t>
      </w:r>
      <w:r>
        <w:br/>
      </w:r>
      <w:r>
        <w:t xml:space="preserve">    (a) someone who believes that all knowledge is derived from experience</w:t>
      </w:r>
      <w:r>
        <w:br/>
      </w:r>
      <w:r>
        <w:t xml:space="preserve">    (b) legislative assembly that passes laws (existing in some countries)</w:t>
      </w:r>
      <w:r>
        <w:br/>
      </w:r>
      <w:r>
        <w:t xml:space="preserve">    (c) a place where conditions are kept as they were to protect wildlife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CROMWELL Don't be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tactful</w:t>
      </w:r>
      <w:r>
        <w:rPr>
          <w:b/>
          <w:bCs/>
        </w:rPr>
        <w:t xml:space="preserve">, innkeeper.</w:t>
      </w:r>
      <w:r>
        <w:br/>
      </w:r>
      <w:r>
        <w:t xml:space="preserve">    (a) rude or unfriendly because of using too few words or moving too quickly</w:t>
      </w:r>
      <w:r>
        <w:br/>
      </w:r>
      <w:r>
        <w:t xml:space="preserve">    (b) to say or handle things in a way that makes others feel good about them</w:t>
      </w:r>
      <w:r>
        <w:br/>
      </w:r>
      <w:r>
        <w:t xml:space="preserve">    (c) relating to classical music plays in which most of the dialogue is sung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normal aim of administration is to keep steady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</w:t>
      </w:r>
      <w:r>
        <w:rPr>
          <w:b/>
          <w:bCs/>
        </w:rPr>
        <w:t xml:space="preserve"> </w:t>
      </w:r>
      <w:r>
        <w:rPr>
          <w:b/>
          <w:bCs/>
        </w:rPr>
        <w:t xml:space="preserve">of convenience-and Sir Thomas would agree.</w:t>
      </w:r>
      <w:r>
        <w:br/>
      </w:r>
      <w:r>
        <w:t xml:space="preserve">    (a) something that is made or manufactured</w:t>
      </w:r>
      <w:r>
        <w:br/>
      </w:r>
      <w:r>
        <w:t xml:space="preserve">    (b) job, reservation, booking, or activity</w:t>
      </w:r>
      <w:r>
        <w:br/>
      </w:r>
      <w:r>
        <w:t xml:space="preserve">    (c) thing that affects a result or outcome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(Grins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at ROPER) That's it of coursesaints!</w:t>
      </w:r>
      <w:r>
        <w:br/>
      </w:r>
      <w:r>
        <w:t xml:space="preserve">    (a) with a desire to see others suffer; or in a threatening manner</w:t>
      </w:r>
      <w:r>
        <w:br/>
      </w:r>
      <w:r>
        <w:t xml:space="preserve">    (b) in a brave manner -- especially when adventurous or determined</w:t>
      </w:r>
      <w:r>
        <w:br/>
      </w:r>
      <w:r>
        <w:t xml:space="preserve">    (c) in a manner that makes someone excited about getting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King accepts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resignation</w:t>
      </w:r>
      <w:r>
        <w:rPr>
          <w:b/>
          <w:bCs/>
        </w:rPr>
        <w:t xml:space="preserve"> </w:t>
      </w:r>
      <w:r>
        <w:rPr>
          <w:b/>
          <w:bCs/>
        </w:rPr>
        <w:t xml:space="preserve">very sadly;</w:t>
      </w:r>
      <w:r>
        <w:br/>
      </w:r>
      <w:r>
        <w:t xml:space="preserve">    (a) a group formed to discuss or offer insight on a particular topic</w:t>
      </w:r>
      <w:r>
        <w:br/>
      </w:r>
      <w:r>
        <w:t xml:space="preserve">    (b) quitting from your position</w:t>
      </w:r>
      <w:r>
        <w:br/>
      </w:r>
      <w:r>
        <w:t xml:space="preserve">    (c) to constrain in some way -- such as tie up, require, or obligate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 next speech CROMWELL straightens up and folds arms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resignedly</w:t>
      </w:r>
      <w:r>
        <w:br/>
      </w:r>
      <w:r>
        <w:t xml:space="preserve">    (a) the state of being worthy of entry -- especially evidence allowable in court</w:t>
      </w:r>
      <w:r>
        <w:br/>
      </w:r>
      <w:r>
        <w:t xml:space="preserve">    (b) in a manner that uses extreme or violent methods to achieve a political goal</w:t>
      </w:r>
      <w:r>
        <w:br/>
      </w:r>
      <w:r>
        <w:t xml:space="preserve">    (c) like one who accepted something unpleasant as unavoidable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Because evidence is given on oath, and he will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perjure</w:t>
      </w:r>
      <w:r>
        <w:rPr>
          <w:b/>
          <w:bCs/>
        </w:rPr>
        <w:t xml:space="preserve"> </w:t>
      </w:r>
      <w:r>
        <w:rPr>
          <w:b/>
          <w:bCs/>
        </w:rPr>
        <w:t xml:space="preserve">himself.</w:t>
      </w:r>
      <w:r>
        <w:br/>
      </w:r>
      <w:r>
        <w:t xml:space="preserve">    (a) design based on alphabetic letters; or adding such a design to something</w:t>
      </w:r>
      <w:r>
        <w:br/>
      </w:r>
      <w:r>
        <w:t xml:space="preserve">    (b) characterized by narrower parallel folds when closed and wider when open</w:t>
      </w:r>
      <w:r>
        <w:br/>
      </w:r>
      <w:r>
        <w:t xml:space="preserve">    (c) break the law by telling lies after formally promising to tell the truth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More's alive the King's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conscience</w:t>
      </w:r>
      <w:r>
        <w:rPr>
          <w:b/>
          <w:bCs/>
        </w:rPr>
        <w:t xml:space="preserve"> </w:t>
      </w:r>
      <w:r>
        <w:rPr>
          <w:b/>
          <w:bCs/>
        </w:rPr>
        <w:t xml:space="preserve">breaks into fresh stinking flowers every time he gets from bed.</w:t>
      </w:r>
      <w:r>
        <w:br/>
      </w:r>
      <w:r>
        <w:t xml:space="preserve">    (a) a complex carbohydrate that is the chief constituent of all plant tissues and fibers</w:t>
      </w:r>
      <w:r>
        <w:br/>
      </w:r>
      <w:r>
        <w:t xml:space="preserve">    (b) feeling or appraisal of having personally behaved in a morally right or wrong manner</w:t>
      </w:r>
      <w:r>
        <w:br/>
      </w:r>
      <w:r>
        <w:t xml:space="preserve">    (c) not planning to kill a person, but then intentionally killing in the heat of passion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CROMWELL You're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Foreman</w:t>
      </w:r>
      <w:r>
        <w:rPr>
          <w:b/>
          <w:bCs/>
        </w:rPr>
        <w:t xml:space="preserve"> </w:t>
      </w:r>
      <w:r>
        <w:rPr>
          <w:b/>
          <w:bCs/>
        </w:rPr>
        <w:t xml:space="preserve">of the Jury.</w:t>
      </w:r>
      <w:r>
        <w:br/>
      </w:r>
      <w:r>
        <w:t xml:space="preserve">    (a) someone responsible for making a judgment after thinking carefully about something</w:t>
      </w:r>
      <w:r>
        <w:br/>
      </w:r>
      <w:r>
        <w:t xml:space="preserve">    (b) someone who roughly calculates or guesses a value, quantity, or extent of something</w:t>
      </w:r>
      <w:r>
        <w:br/>
      </w:r>
      <w:r>
        <w:t xml:space="preserve">    (c) a person chosen to lead and speak for a group, especially at work or in a courtroom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and though you have heinously offended the King's Majesty, we hope if you will even now forthink and repent of your obstinate opinions, you may still taste his gracious pardon.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CROMWELL Is that what the world in fact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construes</w:t>
      </w:r>
      <w:r>
        <w:rPr>
          <w:b/>
          <w:bCs/>
        </w:rPr>
        <w:t xml:space="preserve"> </w:t>
      </w:r>
      <w:r>
        <w:rPr>
          <w:b/>
          <w:bCs/>
        </w:rPr>
        <w:t xml:space="preserve">from it?</w:t>
      </w:r>
      <w:r>
        <w:br/>
      </w:r>
      <w:r>
        <w:t xml:space="preserve">    (a) understands something to have a specific meaning</w:t>
      </w:r>
      <w:r>
        <w:br/>
      </w:r>
      <w:r>
        <w:t xml:space="preserve">    (b) gives an opinion of what is wrong with something</w:t>
      </w:r>
      <w:r>
        <w:br/>
      </w:r>
      <w:r>
        <w:t xml:space="preserve">    (c) interferes in other people's affairs or business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2026-07-31T17:29:18Z</dcterms:created>
  <dcterms:modified xsi:type="dcterms:W3CDTF">2026-07-31T17:29:18Z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