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83d531fd57419bc86e2a23396b818057da5083"/>
    <w:p>
      <w:pPr>
        <w:pStyle w:val="Heading1"/>
      </w:pPr>
      <w:r>
        <w:rPr>
          <w:b/>
          <w:bCs/>
        </w:rPr>
        <w:t xml:space="preserve">A Long Way Gone</w:t>
      </w:r>
      <w:r>
        <w:br/>
      </w:r>
      <w:r>
        <w:rPr>
          <w:i/>
          <w:iCs/>
        </w:rPr>
        <w:t xml:space="preserve">Ishmael Beah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wasn't until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refugees</w:t>
      </w:r>
      <w:r>
        <w:rPr>
          <w:b/>
          <w:bCs/>
        </w:rPr>
        <w:t xml:space="preserve"> </w:t>
      </w:r>
      <w:r>
        <w:rPr>
          <w:b/>
          <w:bCs/>
        </w:rPr>
        <w:t xml:space="preserve">started passing through our town that we began to see that it was actually taking place in our country.</w:t>
      </w:r>
      <w:r>
        <w:br/>
      </w:r>
      <w:r>
        <w:t xml:space="preserve">    (a) understandings or explanations</w:t>
      </w:r>
      <w:r>
        <w:br/>
      </w:r>
      <w:r>
        <w:t xml:space="preserve">    (b) people who fled their homeland</w:t>
      </w:r>
      <w:r>
        <w:br/>
      </w:r>
      <w:r>
        <w:t xml:space="preserve">    (c) quiet voices; or a quiet voice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alternately moved our right and then our left feet to the front and back,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simultaneously</w:t>
      </w:r>
      <w:r>
        <w:rPr>
          <w:b/>
          <w:bCs/>
        </w:rPr>
        <w:t xml:space="preserve"> </w:t>
      </w:r>
      <w:r>
        <w:rPr>
          <w:b/>
          <w:bCs/>
        </w:rPr>
        <w:t xml:space="preserve">did the same with our arms, shaking our upper bodies and heads.</w:t>
      </w:r>
      <w:r>
        <w:br/>
      </w:r>
      <w:r>
        <w:t xml:space="preserve">    (a) done with excess</w:t>
      </w:r>
      <w:r>
        <w:br/>
      </w:r>
      <w:r>
        <w:t xml:space="preserve">    (b) at the same time</w:t>
      </w:r>
      <w:r>
        <w:br/>
      </w:r>
      <w:r>
        <w:t xml:space="preserve">    (c) done while awake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held back my tears and left the verandah to meet with Junior 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junction</w:t>
      </w:r>
      <w:r>
        <w:rPr>
          <w:b/>
          <w:bCs/>
        </w:rPr>
        <w:t xml:space="preserve"> </w:t>
      </w:r>
      <w:r>
        <w:rPr>
          <w:b/>
          <w:bCs/>
        </w:rPr>
        <w:t xml:space="preserve">where we waited for the lorry.</w:t>
      </w:r>
      <w:r>
        <w:br/>
      </w:r>
      <w:r>
        <w:t xml:space="preserve">    (a) particles emitted by nuclear decay</w:t>
      </w:r>
      <w:r>
        <w:br/>
      </w:r>
      <w:r>
        <w:t xml:space="preserve">    (b) a central open space in a building</w:t>
      </w:r>
      <w:r>
        <w:br/>
      </w:r>
      <w:r>
        <w:t xml:space="preserve">    (c) a place where things come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after a week the stream of refugees from that direction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ceased</w:t>
      </w:r>
      <w:r>
        <w:rPr>
          <w:b/>
          <w:bCs/>
        </w:rPr>
        <w:t xml:space="preserve"> </w:t>
      </w:r>
      <w:r>
        <w:rPr>
          <w:b/>
          <w:bCs/>
        </w:rPr>
        <w:t xml:space="preserve">and news dried up.</w:t>
      </w:r>
      <w:r>
        <w:br/>
      </w:r>
      <w:r>
        <w:t xml:space="preserve">    (a) not taken on or adopted</w:t>
      </w:r>
      <w:r>
        <w:br/>
      </w:r>
      <w:r>
        <w:t xml:space="preserve">    (b) stopped or discontinued</w:t>
      </w:r>
      <w:r>
        <w:br/>
      </w:r>
      <w:r>
        <w:t xml:space="preserve">    (c) did in a particular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Sweeping an arm in our direction, one of the rebels announced, "We are going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initiate</w:t>
      </w:r>
      <w:r>
        <w:rPr>
          <w:b/>
          <w:bCs/>
        </w:rPr>
        <w:t xml:space="preserve"> </w:t>
      </w:r>
      <w:r>
        <w:rPr>
          <w:b/>
          <w:bCs/>
        </w:rPr>
        <w:t xml:space="preserve">all of you by killing these people in front of you."</w:t>
      </w:r>
      <w:r>
        <w:br/>
      </w:r>
      <w:r>
        <w:t xml:space="preserve">    (a) begin a period of instruction and/or testing required to accept someone's membership into an organization</w:t>
      </w:r>
      <w:r>
        <w:br/>
      </w:r>
      <w:r>
        <w:t xml:space="preserve">    (b) a method of artistic painting on a wall by using watercolors on wet plaster; or the painting made in such a manner</w:t>
      </w:r>
      <w:r>
        <w:br/>
      </w:r>
      <w:r>
        <w:t xml:space="preserve">    (c) removal of false belief that something is better than it is; or the disappointment from removal of such a 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Alhaji and I gave the three other boys a few minutes to take their positions before we started crawling even closer to the village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initiate</w:t>
      </w:r>
      <w:r>
        <w:rPr>
          <w:b/>
          <w:bCs/>
        </w:rPr>
        <w:t xml:space="preserve"> </w:t>
      </w:r>
      <w:r>
        <w:rPr>
          <w:b/>
          <w:bCs/>
        </w:rPr>
        <w:t xml:space="preserve">the attack.</w:t>
      </w:r>
      <w:r>
        <w:br/>
      </w:r>
      <w:r>
        <w:t xml:space="preserve">    (a) begin</w:t>
      </w:r>
      <w:r>
        <w:br/>
      </w:r>
      <w:r>
        <w:t xml:space="preserve">    (b) trade</w:t>
      </w:r>
      <w:r>
        <w:br/>
      </w:r>
      <w:r>
        <w:t xml:space="preserve">    (c) adapt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seemed to be in a different world or seemed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pondering</w:t>
      </w:r>
      <w:r>
        <w:rPr>
          <w:b/>
          <w:bCs/>
        </w:rPr>
        <w:t xml:space="preserve"> </w:t>
      </w:r>
      <w:r>
        <w:rPr>
          <w:b/>
          <w:bCs/>
        </w:rPr>
        <w:t xml:space="preserve">something.</w:t>
      </w:r>
      <w:r>
        <w:br/>
      </w:r>
      <w:r>
        <w:t xml:space="preserve">    (a) thinking deeply or carefully about</w:t>
      </w:r>
      <w:r>
        <w:br/>
      </w:r>
      <w:r>
        <w:t xml:space="preserve">    (b) finding, searching, or researching</w:t>
      </w:r>
      <w:r>
        <w:br/>
      </w:r>
      <w:r>
        <w:t xml:space="preserve">    (c) learning, discovering, or deciding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Talloi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continuously</w:t>
      </w:r>
      <w:r>
        <w:rPr>
          <w:b/>
          <w:bCs/>
        </w:rPr>
        <w:t xml:space="preserve"> </w:t>
      </w:r>
      <w:r>
        <w:rPr>
          <w:b/>
          <w:bCs/>
        </w:rPr>
        <w:t xml:space="preserve">tapped his foot on the floor, as if trying to distract himself from thinking about the present.</w:t>
      </w:r>
      <w:r>
        <w:br/>
      </w:r>
      <w:r>
        <w:t xml:space="preserve">    (a) in a manner that serves to help explain or demonstrate something</w:t>
      </w:r>
      <w:r>
        <w:br/>
      </w:r>
      <w:r>
        <w:t xml:space="preserve">    (b) in a manner that tests someone or something for a period of time</w:t>
      </w:r>
      <w:r>
        <w:br/>
      </w:r>
      <w:r>
        <w:t xml:space="preserve">    (c) continuing in time or space without interruption or irregularity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day during his trickery, a small pig saw the hunter biting a plant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enabled</w:t>
      </w:r>
      <w:r>
        <w:rPr>
          <w:b/>
          <w:bCs/>
        </w:rPr>
        <w:t xml:space="preserve"> </w:t>
      </w:r>
      <w:r>
        <w:rPr>
          <w:b/>
          <w:bCs/>
        </w:rPr>
        <w:t xml:space="preserve">him to return to his human form.</w:t>
      </w:r>
      <w:r>
        <w:br/>
      </w:r>
      <w:r>
        <w:t xml:space="preserve">    (a) got closer to</w:t>
      </w:r>
      <w:r>
        <w:br/>
      </w:r>
      <w:r>
        <w:t xml:space="preserve">    (b) made possible</w:t>
      </w:r>
      <w:r>
        <w:br/>
      </w:r>
      <w:r>
        <w:t xml:space="preserve">    (c) not satisfied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hurriedly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deviated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path, running into the bushes and lying on the ground.</w:t>
      </w:r>
      <w:r>
        <w:br/>
      </w:r>
      <w:r>
        <w:t xml:space="preserve">    (a) excessively excited</w:t>
      </w:r>
      <w:r>
        <w:br/>
      </w:r>
      <w:r>
        <w:t xml:space="preserve">    (b) nervous or confused</w:t>
      </w:r>
      <w:r>
        <w:br/>
      </w:r>
      <w:r>
        <w:t xml:space="preserve">    (c) differed or 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Before things started, food was prepared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abundance</w:t>
      </w:r>
      <w:r>
        <w:rPr>
          <w:b/>
          <w:bCs/>
        </w:rPr>
        <w:t xml:space="preserve"> </w:t>
      </w:r>
      <w:r>
        <w:rPr>
          <w:b/>
          <w:bCs/>
        </w:rPr>
        <w:t xml:space="preserve">with everyone's help.</w:t>
      </w:r>
      <w:r>
        <w:br/>
      </w:r>
      <w:r>
        <w:t xml:space="preserve">    (a) sharpness or intenseness</w:t>
      </w:r>
      <w:r>
        <w:br/>
      </w:r>
      <w:r>
        <w:t xml:space="preserve">    (b) conflict or disagreement</w:t>
      </w:r>
      <w:r>
        <w:br/>
      </w:r>
      <w:r>
        <w:t xml:space="preserve">    (c) large amount or quantity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rubbed some of the water from the calabash on my forehead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recited</w:t>
      </w:r>
      <w:r>
        <w:rPr>
          <w:b/>
          <w:bCs/>
        </w:rPr>
        <w:t xml:space="preserve"> </w:t>
      </w:r>
      <w:r>
        <w:rPr>
          <w:b/>
          <w:bCs/>
        </w:rPr>
        <w:t xml:space="preserve">more prayers, followed by the proclamation of my name.</w:t>
      </w:r>
      <w:r>
        <w:br/>
      </w:r>
      <w:r>
        <w:t xml:space="preserve">    (a) injured the ligaments of a joint by stretching them too far (ligaments are the tough, fibrous bands that connect bones across joints)</w:t>
      </w:r>
      <w:r>
        <w:br/>
      </w:r>
      <w:r>
        <w:t xml:space="preserve">    (b) recommended or required what should be done  OR  (of a medical doctor) gave medical instructions -- such as writing that a patient should take antibiotics</w:t>
      </w:r>
      <w:r>
        <w:br/>
      </w:r>
      <w:r>
        <w:t xml:space="preserve">    (c) to say or read something aloud -- especially something previously memorized such as a poem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to say in detail -- especially a list of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I was seven, I used to go to the town square to recite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monologues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works of Shakespeare for the adults of my community.</w:t>
      </w:r>
      <w:r>
        <w:br/>
      </w:r>
      <w:r>
        <w:t xml:space="preserve">    (a) social events or ceremonies</w:t>
      </w:r>
      <w:r>
        <w:br/>
      </w:r>
      <w:r>
        <w:t xml:space="preserve">    (b) reasons for doing something</w:t>
      </w:r>
      <w:r>
        <w:br/>
      </w:r>
      <w:r>
        <w:t xml:space="preserve">    (c) long uninterrupted speeches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soldiers never brought back their dead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colleagues</w:t>
      </w:r>
      <w:r>
        <w:rPr>
          <w:b/>
          <w:bCs/>
        </w:rPr>
        <w:t xml:space="preserve">.</w:t>
      </w:r>
      <w:r>
        <w:br/>
      </w:r>
      <w:r>
        <w:t xml:space="preserve">    (a) scales where each step is a multiple of the prior step rather than a fixed addition to it</w:t>
      </w:r>
      <w:r>
        <w:br/>
      </w:r>
      <w:r>
        <w:t xml:space="preserve">    (b) mammals of a specific type that seldom move and are typically very slow when they do move</w:t>
      </w:r>
      <w:r>
        <w:br/>
      </w:r>
      <w:r>
        <w:t xml:space="preserve">    (c) fellow workers -- especially in a respected profession such as teaching, medicine, or law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the shops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kiosks</w:t>
      </w:r>
      <w:r>
        <w:rPr>
          <w:b/>
          <w:bCs/>
        </w:rPr>
        <w:t xml:space="preserve"> </w:t>
      </w:r>
      <w:r>
        <w:rPr>
          <w:b/>
          <w:bCs/>
        </w:rPr>
        <w:t xml:space="preserve">were lit.</w:t>
      </w:r>
      <w:r>
        <w:br/>
      </w:r>
      <w:r>
        <w:t xml:space="preserve">    (a) things created -- typically works of music or writing; or acts of creating such work; or the structures of such work</w:t>
      </w:r>
      <w:r>
        <w:br/>
      </w:r>
      <w:r>
        <w:t xml:space="preserve">    (b) a very small area used as a store or to dispense information; or an interactive computer-driven self-service machine</w:t>
      </w:r>
      <w:r>
        <w:br/>
      </w:r>
      <w:r>
        <w:t xml:space="preserve">    (c) things that are different than others of their type (synonyms could include: adaptations, versions, alternate forms)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had just started this process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rehabilitation</w:t>
      </w:r>
      <w:r>
        <w:rPr>
          <w:b/>
          <w:bCs/>
        </w:rPr>
        <w:t xml:space="preserve">, so this was one of the first lessons they had to learn.</w:t>
      </w:r>
      <w:r>
        <w:br/>
      </w:r>
      <w:r>
        <w:t xml:space="preserve">    (a) the state or character of agreeing or approving</w:t>
      </w:r>
      <w:r>
        <w:br/>
      </w:r>
      <w:r>
        <w:t xml:space="preserve">    (b) the degree to which something can be translated</w:t>
      </w:r>
      <w:r>
        <w:br/>
      </w:r>
      <w:r>
        <w:t xml:space="preserve">    (c) to restore someone to a state of good condition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walked up and down on the verandah, restless in my new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environment</w:t>
      </w:r>
      <w:r>
        <w:rPr>
          <w:b/>
          <w:bCs/>
        </w:rPr>
        <w:t xml:space="preserve">.</w:t>
      </w:r>
      <w:r>
        <w:br/>
      </w:r>
      <w:r>
        <w:t xml:space="preserve">    (a) not easily set on fire</w:t>
      </w:r>
      <w:r>
        <w:br/>
      </w:r>
      <w:r>
        <w:t xml:space="preserve">    (b) way of doing something</w:t>
      </w:r>
      <w:r>
        <w:br/>
      </w:r>
      <w:r>
        <w:t xml:space="preserve">    (c) surrounding conditions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quietly sat on the bus, eyeing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apprentice</w:t>
      </w:r>
      <w:r>
        <w:rPr>
          <w:b/>
          <w:bCs/>
        </w:rPr>
        <w:t xml:space="preserve"> </w:t>
      </w:r>
      <w:r>
        <w:rPr>
          <w:b/>
          <w:bCs/>
        </w:rPr>
        <w:t xml:space="preserve">(the conductor) who collected the fare before every stop.</w:t>
      </w:r>
      <w:r>
        <w:br/>
      </w:r>
      <w:r>
        <w:t xml:space="preserve">    (a) the act of hiding something by making it blend in with its surroundings; or hiding the truth; or something that hides or deceives</w:t>
      </w:r>
      <w:r>
        <w:br/>
      </w:r>
      <w:r>
        <w:t xml:space="preserve">    (b) person who learns a trade or skill through hands-on experience under a skilled worker; or (as a verb) performance of that kind of work</w:t>
      </w:r>
      <w:r>
        <w:br/>
      </w:r>
      <w:r>
        <w:t xml:space="preserve">    (c) to expression feelings or thoughts enthusiastically  OR  to squirt or give off (typically under pressure such as blood or leaking gas)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genuine</w:t>
      </w:r>
      <w:r>
        <w:rPr>
          <w:b/>
          <w:bCs/>
        </w:rPr>
        <w:t xml:space="preserve"> </w:t>
      </w:r>
      <w:r>
        <w:rPr>
          <w:b/>
          <w:bCs/>
        </w:rPr>
        <w:t xml:space="preserve">tone in Esther's voice that made the phrase finally begin to sink into my mind and heart.</w:t>
      </w:r>
      <w:r>
        <w:br/>
      </w:r>
      <w:r>
        <w:t xml:space="preserve">    (a) lazy</w:t>
      </w:r>
      <w:r>
        <w:br/>
      </w:r>
      <w:r>
        <w:t xml:space="preserve">    (b) real</w:t>
      </w:r>
      <w:r>
        <w:br/>
      </w:r>
      <w:r>
        <w:t xml:space="preserve">    (c) 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introduced her co-</w:t>
      </w:r>
      <w:r>
        <w:rPr>
          <w:b/>
          <w:bCs/>
          <w:u w:val="single"/>
        </w:rPr>
        <w:t xml:space="preserve">facilitator</w:t>
      </w:r>
      <w:r>
        <w:rPr>
          <w:b/>
          <w:bCs/>
        </w:rPr>
        <w:t xml:space="preserve">, Therese Plair, who was light-skinned, had African features, and held a drum.</w:t>
      </w:r>
      <w:r>
        <w:br/>
      </w:r>
      <w:r>
        <w:t xml:space="preserve">    (a) someone who breaks the law by telling lies after formally promising to tell the truth</w:t>
      </w:r>
      <w:r>
        <w:br/>
      </w:r>
      <w:r>
        <w:t xml:space="preserve">    (b) someone who avoids or tries to avoid either a responsibility or telling the whole truth</w:t>
      </w:r>
      <w:r>
        <w:br/>
      </w:r>
      <w:r>
        <w:t xml:space="preserve">    (c) someone from outside a group, who helps the group to discuss issues and find solutions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2026-07-31T19:20:26Z</dcterms:created>
  <dcterms:modified xsi:type="dcterms:W3CDTF">2026-07-31T19:20:26Z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