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c3b292fac6d14ec96d050c2abd55d4e512926f"/>
    <w:p>
      <w:pPr>
        <w:pStyle w:val="Heading1"/>
      </w:pPr>
      <w:r>
        <w:rPr>
          <w:b/>
          <w:bCs/>
        </w:rPr>
        <w:t xml:space="preserve">A Living Nightmare</w:t>
      </w:r>
      <w:r>
        <w:br/>
      </w:r>
      <w:r>
        <w:rPr>
          <w:i/>
          <w:iCs/>
        </w:rPr>
        <w:t xml:space="preserve">Darren Shan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plans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adopt</w:t>
      </w:r>
      <w:r>
        <w:rPr>
          <w:b/>
          <w:bCs/>
        </w:rPr>
        <w:t xml:space="preserve"> </w:t>
      </w:r>
      <w:r>
        <w:rPr>
          <w:b/>
          <w:bCs/>
        </w:rPr>
        <w:t xml:space="preserve">new safety guidelines next month.</w:t>
      </w:r>
      <w:r>
        <w:br/>
      </w:r>
      <w:r>
        <w:t xml:space="preserve">    (a) ignore</w:t>
      </w:r>
      <w:r>
        <w:br/>
      </w:r>
      <w:r>
        <w:t xml:space="preserve">    (b) take on</w:t>
      </w:r>
      <w:r>
        <w:br/>
      </w:r>
      <w:r>
        <w:t xml:space="preserve">    (c) publish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repair was successful,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albeit</w:t>
      </w:r>
      <w:r>
        <w:rPr>
          <w:b/>
          <w:bCs/>
        </w:rPr>
        <w:t xml:space="preserve"> </w:t>
      </w:r>
      <w:r>
        <w:rPr>
          <w:b/>
          <w:bCs/>
        </w:rPr>
        <w:t xml:space="preserve">expensive.</w:t>
      </w:r>
      <w:r>
        <w:br/>
      </w:r>
      <w:r>
        <w:t xml:space="preserve">    (a) therefore</w:t>
      </w:r>
      <w:r>
        <w:br/>
      </w:r>
      <w:r>
        <w:t xml:space="preserve">    (b) unless</w:t>
      </w:r>
      <w:r>
        <w:br/>
      </w:r>
      <w:r>
        <w:t xml:space="preserve">    (c) though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Laughter can be 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antidote</w:t>
      </w:r>
      <w:r>
        <w:rPr>
          <w:b/>
          <w:bCs/>
        </w:rPr>
        <w:t xml:space="preserve"> </w:t>
      </w:r>
      <w:r>
        <w:rPr>
          <w:b/>
          <w:bCs/>
        </w:rPr>
        <w:t xml:space="preserve">for stress.</w:t>
      </w:r>
      <w:r>
        <w:br/>
      </w:r>
      <w:r>
        <w:t xml:space="preserve">    (a) toxin</w:t>
      </w:r>
      <w:r>
        <w:br/>
      </w:r>
      <w:r>
        <w:t xml:space="preserve">    (b) poison</w:t>
      </w:r>
      <w:r>
        <w:br/>
      </w:r>
      <w:r>
        <w:t xml:space="preserve">    (c) cure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bored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expand upon</w:t>
      </w:r>
      <w:r>
        <w:br/>
      </w:r>
      <w:r>
        <w:t xml:space="preserve">    (b) disagree with</w:t>
      </w:r>
      <w:r>
        <w:br/>
      </w:r>
      <w:r>
        <w:t xml:space="preserve">    (c) reinforce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wants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genuine</w:t>
      </w:r>
      <w:r>
        <w:rPr>
          <w:b/>
          <w:bCs/>
        </w:rPr>
        <w:t xml:space="preserve"> </w:t>
      </w:r>
      <w:r>
        <w:rPr>
          <w:b/>
          <w:bCs/>
        </w:rPr>
        <w:t xml:space="preserve">interest in each of her students.</w:t>
      </w:r>
      <w:r>
        <w:br/>
      </w:r>
      <w:r>
        <w:t xml:space="preserve">    (a) sincere (real)</w:t>
      </w:r>
      <w:r>
        <w:br/>
      </w:r>
      <w:r>
        <w:t xml:space="preserve">    (b) generous (giving)</w:t>
      </w:r>
      <w:r>
        <w:br/>
      </w:r>
      <w:r>
        <w:t xml:space="preserve">    (c) fake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pay attention to</w:t>
      </w:r>
      <w:r>
        <w:br/>
      </w:r>
      <w:r>
        <w:t xml:space="preserve">    (b) pass through</w:t>
      </w:r>
      <w:r>
        <w:br/>
      </w:r>
      <w:r>
        <w:t xml:space="preserve">    (c) tell others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want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hypnotize</w:t>
      </w:r>
      <w:r>
        <w:rPr>
          <w:b/>
          <w:bCs/>
        </w:rPr>
        <w:t xml:space="preserve"> </w:t>
      </w:r>
      <w:r>
        <w:rPr>
          <w:b/>
          <w:bCs/>
        </w:rPr>
        <w:t xml:space="preserve">me to see if it will help me remember what she looked like.</w:t>
      </w:r>
      <w:r>
        <w:br/>
      </w:r>
      <w:r>
        <w:t xml:space="preserve">    (a) visit the crime scene with</w:t>
      </w:r>
      <w:r>
        <w:br/>
      </w:r>
      <w:r>
        <w:t xml:space="preserve">    (b) give a memory drug to</w:t>
      </w:r>
      <w:r>
        <w:br/>
      </w:r>
      <w:r>
        <w:t xml:space="preserve">    (c) put into a trance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immersed</w:t>
      </w:r>
      <w:r>
        <w:rPr>
          <w:b/>
          <w:bCs/>
        </w:rPr>
        <w:t xml:space="preserve"> </w:t>
      </w:r>
      <w:r>
        <w:rPr>
          <w:b/>
          <w:bCs/>
        </w:rPr>
        <w:t xml:space="preserve">herself in her studies.</w:t>
      </w:r>
      <w:r>
        <w:br/>
      </w:r>
      <w:r>
        <w:t xml:space="preserve">    (a) completely involved</w:t>
      </w:r>
      <w:r>
        <w:br/>
      </w:r>
      <w:r>
        <w:t xml:space="preserve">    (b) fully confused</w:t>
      </w:r>
      <w:r>
        <w:br/>
      </w:r>
      <w:r>
        <w:t xml:space="preserve">    (c) self-trained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famous professor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mentored</w:t>
      </w:r>
      <w:r>
        <w:rPr>
          <w:b/>
          <w:bCs/>
        </w:rPr>
        <w:t xml:space="preserve"> </w:t>
      </w:r>
      <w:r>
        <w:rPr>
          <w:b/>
          <w:bCs/>
        </w:rPr>
        <w:t xml:space="preserve">her during her years in graduate school.</w:t>
      </w:r>
      <w:r>
        <w:br/>
      </w:r>
      <w:r>
        <w:t xml:space="preserve">    (a) lectured to</w:t>
      </w:r>
      <w:r>
        <w:br/>
      </w:r>
      <w:r>
        <w:t xml:space="preserve">    (b) personally advised</w:t>
      </w:r>
      <w:r>
        <w:br/>
      </w:r>
      <w:r>
        <w:t xml:space="preserve">    (c) graded essays 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</w:t>
      </w:r>
      <w:r>
        <w:rPr>
          <w:b/>
          <w:bCs/>
        </w:rPr>
        <w:t xml:space="preserve"> </w:t>
      </w:r>
      <w:r>
        <w:rPr>
          <w:b/>
          <w:bCs/>
        </w:rPr>
        <w:t xml:space="preserve">on it on a while and I'll get back to you.</w:t>
      </w:r>
      <w:r>
        <w:br/>
      </w:r>
      <w:r>
        <w:t xml:space="preserve">    (a) think</w:t>
      </w:r>
      <w:r>
        <w:br/>
      </w:r>
      <w:r>
        <w:t xml:space="preserve">    (b) research</w:t>
      </w:r>
      <w:r>
        <w:br/>
      </w:r>
      <w:r>
        <w:t xml:space="preserve">    (c) ask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keeps telling me her chances of dying in a car accident are 1 in 150, but I keep telling her that's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optimistic</w:t>
      </w:r>
      <w:r>
        <w:rPr>
          <w:b/>
          <w:bCs/>
        </w:rPr>
        <w:t xml:space="preserve"> </w:t>
      </w:r>
      <w:r>
        <w:rPr>
          <w:b/>
          <w:bCs/>
        </w:rPr>
        <w:t xml:space="preserve">if she drives after drinking.</w:t>
      </w:r>
      <w:r>
        <w:br/>
      </w:r>
      <w:r>
        <w:t xml:space="preserve">    (a) simplistic</w:t>
      </w:r>
      <w:r>
        <w:br/>
      </w:r>
      <w:r>
        <w:t xml:space="preserve">    (b) hopeful</w:t>
      </w:r>
      <w:r>
        <w:br/>
      </w:r>
      <w:r>
        <w:t xml:space="preserve">    (c) gloomy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extremely hard</w:t>
      </w:r>
      <w:r>
        <w:br/>
      </w:r>
      <w:r>
        <w:t xml:space="preserve">    (b) in short supply</w:t>
      </w:r>
      <w:r>
        <w:br/>
      </w:r>
      <w:r>
        <w:t xml:space="preserve">    (c) easily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demonstration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</w:t>
      </w:r>
      <w:r>
        <w:rPr>
          <w:b/>
          <w:bCs/>
        </w:rPr>
        <w:t xml:space="preserve"> </w:t>
      </w:r>
      <w:r>
        <w:rPr>
          <w:b/>
          <w:bCs/>
        </w:rPr>
        <w:t xml:space="preserve">stupidity.</w:t>
      </w:r>
      <w:r>
        <w:br/>
      </w:r>
      <w:r>
        <w:t xml:space="preserve">    (a) misguided</w:t>
      </w:r>
      <w:r>
        <w:br/>
      </w:r>
      <w:r>
        <w:t xml:space="preserve">    (b) mixed</w:t>
      </w:r>
      <w:r>
        <w:br/>
      </w:r>
      <w:r>
        <w:t xml:space="preserve">    (c) complete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complicated</w:t>
      </w:r>
      <w:r>
        <w:br/>
      </w:r>
      <w:r>
        <w:t xml:space="preserve">    (b) clever</w:t>
      </w:r>
      <w:r>
        <w:br/>
      </w:r>
      <w:r>
        <w:t xml:space="preserve">    (c)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popular in fiction,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telepathy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exist in the real world.</w:t>
      </w:r>
      <w:r>
        <w:br/>
      </w:r>
      <w:r>
        <w:t xml:space="preserve">    (a) improperly bold or disrespectful -- especially toward someone who is older or considered to be of higher status</w:t>
      </w:r>
      <w:r>
        <w:br/>
      </w:r>
      <w:r>
        <w:t xml:space="preserve">    (b) unsophisticated (meant disapprovingly to refer to old-fashioned or narrow-minded attitudes and ideas)</w:t>
      </w:r>
      <w:r>
        <w:br/>
      </w:r>
      <w:r>
        <w:t xml:space="preserve">    (c) communication from one mind to another without using the known senses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mood is uplifted when I hear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Indiana Jones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 </w:t>
      </w:r>
      <w:r>
        <w:rPr>
          <w:b/>
          <w:bCs/>
        </w:rPr>
        <w:t xml:space="preserve">music.</w:t>
      </w:r>
      <w:r>
        <w:br/>
      </w:r>
      <w:r>
        <w:t xml:space="preserve">    (a) instrumental</w:t>
      </w:r>
      <w:r>
        <w:br/>
      </w:r>
      <w:r>
        <w:t xml:space="preserve">    (b) primary melody</w:t>
      </w:r>
      <w:r>
        <w:br/>
      </w:r>
      <w:r>
        <w:t xml:space="preserve">    (c) of an amusement park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reduced locations where mosquito eggs can mature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therefore</w:t>
      </w:r>
      <w:r>
        <w:rPr>
          <w:b/>
          <w:bCs/>
        </w:rPr>
        <w:t xml:space="preserve"> </w:t>
      </w:r>
      <w:r>
        <w:rPr>
          <w:b/>
          <w:bCs/>
        </w:rPr>
        <w:t xml:space="preserve">reduced the number of mosquitoes.</w:t>
      </w:r>
      <w:r>
        <w:br/>
      </w:r>
      <w:r>
        <w:t xml:space="preserve">    (a) for that reason</w:t>
      </w:r>
      <w:r>
        <w:br/>
      </w:r>
      <w:r>
        <w:t xml:space="preserve">    (b) in addition</w:t>
      </w:r>
      <w:r>
        <w:br/>
      </w:r>
      <w:r>
        <w:t xml:space="preserve">    (c) in spite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concert was moved to a larger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venue</w:t>
      </w:r>
      <w:r>
        <w:rPr>
          <w:b/>
          <w:bCs/>
        </w:rPr>
        <w:t xml:space="preserve"> </w:t>
      </w:r>
      <w:r>
        <w:rPr>
          <w:b/>
          <w:bCs/>
        </w:rPr>
        <w:t xml:space="preserve">to accommodate the growing number of fans.</w:t>
      </w:r>
      <w:r>
        <w:br/>
      </w:r>
      <w:r>
        <w:t xml:space="preserve">    (a) opening act</w:t>
      </w:r>
      <w:r>
        <w:br/>
      </w:r>
      <w:r>
        <w:t xml:space="preserve">    (b) ticket price</w:t>
      </w:r>
      <w:r>
        <w:br/>
      </w:r>
      <w:r>
        <w:t xml:space="preserve">    (c) event location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2026-07-31T17:56:52Z</dcterms:created>
  <dcterms:modified xsi:type="dcterms:W3CDTF">2026-07-31T17:56:52Z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