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9f8f3d3912999a2d21db18d23b39009c22e102"/>
    <w:p>
      <w:pPr>
        <w:pStyle w:val="Heading1"/>
      </w:pPr>
      <w:r>
        <w:rPr>
          <w:b/>
          <w:bCs/>
        </w:rPr>
        <w:t xml:space="preserve">A Living Nightmare</w:t>
      </w:r>
      <w:r>
        <w:br/>
      </w:r>
      <w:r>
        <w:rPr>
          <w:i/>
          <w:iCs/>
        </w:rPr>
        <w:t xml:space="preserve">Darren Shan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said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irresponsible</w:t>
      </w:r>
      <w:r>
        <w:rPr>
          <w:b/>
          <w:bCs/>
        </w:rPr>
        <w:t xml:space="preserve">, and from that day on they never again let me have a pet, not even an ordinary garden spider.</w:t>
      </w:r>
      <w:r>
        <w:br/>
      </w:r>
      <w:r>
        <w:t xml:space="preserve">    (a) careful or cautious</w:t>
      </w:r>
      <w:r>
        <w:br/>
      </w:r>
      <w:r>
        <w:t xml:space="preserve">    (b) thoughtful or considerate</w:t>
      </w:r>
      <w:r>
        <w:br/>
      </w:r>
      <w:r>
        <w:t xml:space="preserve">    (c) careless or reckless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tried hard but we could tell he was in over his head, and while he was busy trying to come to grips with things — his head buried in the math book, Steve by his side making "helpful" suggestions — the rest of us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</w:t>
      </w:r>
      <w:r>
        <w:rPr>
          <w:b/>
          <w:bCs/>
        </w:rPr>
        <w:t xml:space="preserve"> </w:t>
      </w:r>
      <w:r>
        <w:rPr>
          <w:b/>
          <w:bCs/>
        </w:rPr>
        <w:t xml:space="preserve">and whisper to each other and pass notes around.</w:t>
      </w:r>
      <w:r>
        <w:br/>
      </w:r>
      <w:r>
        <w:t xml:space="preserve">    (a) select (on a computer screen)</w:t>
      </w:r>
      <w:r>
        <w:br/>
      </w:r>
      <w:r>
        <w:t xml:space="preserve">    (b) make small restless movements</w:t>
      </w:r>
      <w:r>
        <w:br/>
      </w:r>
      <w:r>
        <w:t xml:space="preserve">    (c) consume or destroy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Nothing wrong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mind.</w:t>
      </w:r>
      <w:r>
        <w:br/>
      </w:r>
      <w:r>
        <w:t xml:space="preserve">    (a) interested in learning about things -- often asking many questions</w:t>
      </w:r>
      <w:r>
        <w:br/>
      </w:r>
      <w:r>
        <w:t xml:space="preserve">    (b) the quality or degree of the involvement of other people or things</w:t>
      </w:r>
      <w:r>
        <w:br/>
      </w:r>
      <w:r>
        <w:t xml:space="preserve">    (c) not having the characteristic of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Tommy asked,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dismayed</w:t>
      </w:r>
      <w:r>
        <w:rPr>
          <w:b/>
          <w:bCs/>
        </w:rPr>
        <w:t xml:space="preserve">.</w:t>
      </w:r>
      <w:r>
        <w:br/>
      </w:r>
      <w:r>
        <w:t xml:space="preserve">    (a) to feel sadness, disappointment, or worry -- typically in response to something surprising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(verb) created, started, settled, or set in a place  OR  (adjective) existing, or 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toured for five hundred years, bringing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to generation after generation.</w:t>
      </w:r>
      <w:r>
        <w:br/>
      </w:r>
      <w:r>
        <w:t xml:space="preserve">    (a) clarifies (makes clear)</w:t>
      </w:r>
      <w:r>
        <w:br/>
      </w:r>
      <w:r>
        <w:t xml:space="preserve">    (b) distorted and unnatural in shape or size -- especially in a disturbing way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ugly, gross, or very wrong</w:t>
      </w:r>
      <w:r>
        <w:br/>
      </w:r>
      <w:r>
        <w:t xml:space="preserve">    (c) beautifies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present acts both frightening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, acts you can find nowhere else in the world.</w:t>
      </w:r>
      <w:r>
        <w:br/>
      </w:r>
      <w:r>
        <w:t xml:space="preserve">    (a) the quality of disagreeing</w:t>
      </w:r>
      <w:r>
        <w:br/>
      </w:r>
      <w:r>
        <w:t xml:space="preserve">    (b) exceedingly odd or unusual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Tall returned from the stage, picked up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severed</w:t>
      </w:r>
      <w:r>
        <w:rPr>
          <w:b/>
          <w:bCs/>
        </w:rPr>
        <w:t xml:space="preserve"> </w:t>
      </w:r>
      <w:r>
        <w:rPr>
          <w:b/>
          <w:bCs/>
        </w:rPr>
        <w:t xml:space="preserve">hand, and gave a loud whistle.</w:t>
      </w:r>
      <w:r>
        <w:br/>
      </w:r>
      <w:r>
        <w:t xml:space="preserve">    (a) became unadapted to something; or to lost an expectation of something</w:t>
      </w:r>
      <w:r>
        <w:br/>
      </w:r>
      <w:r>
        <w:t xml:space="preserve">    (b) to end or cut off completely -- either physically or in relationships</w:t>
      </w:r>
      <w:r>
        <w:br/>
      </w:r>
      <w:r>
        <w:t xml:space="preserve">    (c) overwhelmed with a large number  OR  flooded (overwhelmed with water)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who sold her to me said some of her kind live to be twenty or thirty years old.</w:t>
      </w:r>
      <w:r>
        <w:br/>
      </w:r>
      <w:r>
        <w:t xml:space="preserve">    (a) gradual destruction (of something previously established) -- such as a government, rule, or belief</w:t>
      </w:r>
      <w:r>
        <w:br/>
      </w:r>
      <w:r>
        <w:t xml:space="preserve">    (b) a male member of a religious order typically living under vows of poverty, chastity, and obedience</w:t>
      </w:r>
      <w:r>
        <w:br/>
      </w:r>
      <w:r>
        <w:t xml:space="preserve">    (c) a system of government with a ruler who has absolute power -- especially one who abuses that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person who learns a trade or skill through hands-on experience under a skilled worker; or (as a verb) performance of that kind of work</w:t>
      </w:r>
      <w:r>
        <w:br/>
      </w:r>
      <w:r>
        <w:t xml:space="preserve">    (c) the act of hiding something by making it blend in with its surroundings; or hiding the truth; or something that hides or deceives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Steve smiled, and Tommy and I laughed (</w:t>
      </w:r>
      <w:r>
        <w:rPr>
          <w:b/>
          <w:bCs/>
          <w:u w:val="single"/>
        </w:rPr>
        <w:t xml:space="preserve">although</w:t>
      </w:r>
      <w:r>
        <w:rPr>
          <w:b/>
          <w:bCs/>
        </w:rPr>
        <w:t xml:space="preserve"> </w:t>
      </w:r>
      <w:r>
        <w:rPr>
          <w:b/>
          <w:bCs/>
        </w:rPr>
        <w:t xml:space="preserve">I wasn't entirely sure what "telepathy" meant, and I bet Tommy wasn't either).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in a state of shock, but the sight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emerging</w:t>
      </w:r>
      <w:r>
        <w:rPr>
          <w:b/>
          <w:bCs/>
        </w:rPr>
        <w:t xml:space="preserve"> </w:t>
      </w:r>
      <w:r>
        <w:rPr>
          <w:b/>
          <w:bCs/>
        </w:rPr>
        <w:t xml:space="preserve">over his shoulder like some terrible arachnid sunrise spurred me back to life.</w:t>
      </w:r>
      <w:r>
        <w:br/>
      </w:r>
      <w:r>
        <w:t xml:space="preserve">    (a) to come out, appear, or become prominent</w:t>
      </w:r>
      <w:r>
        <w:br/>
      </w:r>
      <w:r>
        <w:t xml:space="preserve">    (b) hiring, reserving, booking, or occupying</w:t>
      </w:r>
      <w:r>
        <w:br/>
      </w:r>
      <w:r>
        <w:t xml:space="preserve">    (c) examining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"Children don't have heart attacks," Annie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.</w:t>
      </w:r>
      <w:r>
        <w:br/>
      </w:r>
      <w:r>
        <w:t xml:space="preserve">    (a) quickly replied</w:t>
      </w:r>
      <w:r>
        <w:br/>
      </w:r>
      <w:r>
        <w:t xml:space="preserve">    (b) said indirectly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They've sent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specimens</w:t>
      </w:r>
      <w:r>
        <w:rPr>
          <w:b/>
          <w:bCs/>
        </w:rPr>
        <w:t xml:space="preserve"> </w:t>
      </w:r>
      <w:r>
        <w:rPr>
          <w:b/>
          <w:bCs/>
        </w:rPr>
        <w:t xml:space="preserve">to foreign hospitals.</w:t>
      </w:r>
      <w:r>
        <w:br/>
      </w:r>
      <w:r>
        <w:t xml:space="preserve">    (a) jobs, reservations, bookings, or activities</w:t>
      </w:r>
      <w:r>
        <w:br/>
      </w:r>
      <w:r>
        <w:t xml:space="preserve">    (b) examples regarded as typical of their class</w:t>
      </w:r>
      <w:r>
        <w:br/>
      </w:r>
      <w:r>
        <w:t xml:space="preserve">    (c) males, females, or various trans categories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will take a few days for the effects to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apparent</w:t>
      </w:r>
      <w:r>
        <w:rPr>
          <w:b/>
          <w:bCs/>
        </w:rPr>
        <w:t xml:space="preserve">," he said.</w:t>
      </w:r>
      <w:r>
        <w:br/>
      </w:r>
      <w:r>
        <w:t xml:space="preserve">    (a) clear or obvious; or appearing as such but not necessarily so</w:t>
      </w:r>
      <w:r>
        <w:br/>
      </w:r>
      <w:r>
        <w:t xml:space="preserve">    (b) trustworthy with secrets or subtle (not attracting attention)</w:t>
      </w:r>
      <w:r>
        <w:br/>
      </w:r>
      <w:r>
        <w:t xml:space="preserve">    (c) related to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kept glancing over my shoulder as I ran, expecting him to swoop down on me, but there was no sign of him on the way home,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glimpse</w:t>
      </w:r>
      <w:r>
        <w:rPr>
          <w:b/>
          <w:bCs/>
        </w:rPr>
        <w:t xml:space="preserve"> </w:t>
      </w:r>
      <w:r>
        <w:rPr>
          <w:b/>
          <w:bCs/>
        </w:rPr>
        <w:t xml:space="preserve">or a smell or a sound.</w:t>
      </w:r>
      <w:r>
        <w:br/>
      </w:r>
      <w:r>
        <w:t xml:space="preserve">    (a) protect something or keep it as it is</w:t>
      </w:r>
      <w:r>
        <w:br/>
      </w:r>
      <w:r>
        <w:t xml:space="preserve">    (b) control (how something will turn out)</w:t>
      </w:r>
      <w:r>
        <w:br/>
      </w:r>
      <w:r>
        <w:t xml:space="preserve">    (c) a quick look or partial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Annie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a few poems.</w:t>
      </w:r>
      <w:r>
        <w:br/>
      </w:r>
      <w:r>
        <w:t xml:space="preserve">    (a) to say or read something aloud -- especially something previously memorized such as a poem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to say in detail -- especially a list of things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recommended or required what should be done  OR  (of a medical doctor) gave medical instructions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lingered</w:t>
      </w:r>
      <w:r>
        <w:rPr>
          <w:b/>
          <w:bCs/>
        </w:rPr>
        <w:t xml:space="preserve"> </w:t>
      </w:r>
      <w:r>
        <w:rPr>
          <w:b/>
          <w:bCs/>
        </w:rPr>
        <w:t xml:space="preserve">long enough.</w:t>
      </w:r>
      <w:r>
        <w:br/>
      </w:r>
      <w:r>
        <w:t xml:space="preserve">    (a) people of the second most populous denomination of Islam (over 10%)</w:t>
      </w:r>
      <w:r>
        <w:br/>
      </w:r>
      <w:r>
        <w:t xml:space="preserve">    (b) a serious intestinal infection caused by contaminated food or water</w:t>
      </w:r>
      <w:r>
        <w:br/>
      </w:r>
      <w:r>
        <w:t xml:space="preserve">    (c) to remain in a place or situation longer than necessary or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our neighbor over and handed Mom to him.</w:t>
      </w:r>
      <w:r>
        <w:br/>
      </w:r>
      <w:r>
        <w:t xml:space="preserve">    (a) showed something -- such as demonstrated, expressed, or represented</w:t>
      </w:r>
      <w:r>
        <w:br/>
      </w:r>
      <w:r>
        <w:t xml:space="preserve">    (b) provided evidence of something -- especially oral evidence in court</w:t>
      </w:r>
      <w:r>
        <w:br/>
      </w:r>
      <w:r>
        <w:t xml:space="preserve">    (c) called (to come by using a hand gesture or a nod)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chilling words didn't have half as much impact on me as the familiar voice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them.</w:t>
      </w:r>
      <w:r>
        <w:br/>
      </w:r>
      <w:r>
        <w:t xml:space="preserve">    (a) genetically changed through evolution</w:t>
      </w:r>
      <w:r>
        <w:br/>
      </w:r>
      <w:r>
        <w:t xml:space="preserve">    (b) said (or make a sound) with the voice</w:t>
      </w:r>
      <w:r>
        <w:br/>
      </w:r>
      <w:r>
        <w:t xml:space="preserve">    (c) controlled (how something turned out)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2026-07-31T17:56:53Z</dcterms:created>
  <dcterms:modified xsi:type="dcterms:W3CDTF">2026-07-31T17:56:53Z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