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2ede6713cc10307e89799b6d4321e97519fe93"/>
    <w:p>
      <w:pPr>
        <w:pStyle w:val="Heading1"/>
      </w:pPr>
      <w:r>
        <w:rPr>
          <w:b/>
          <w:bCs/>
        </w:rPr>
        <w:t xml:space="preserve">A Horseman in the Sky</w:t>
      </w:r>
      <w:r>
        <w:br/>
      </w:r>
      <w:r>
        <w:rPr>
          <w:i/>
          <w:iCs/>
        </w:rPr>
        <w:t xml:space="preserve">Ambrose Bierce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At the salient of that second angle was a large flat rock,</w:t>
      </w:r>
      <w:r>
        <w:rPr>
          <w:b/>
          <w:bCs/>
        </w:rPr>
        <w:t xml:space="preserve"> </w:t>
      </w:r>
      <w:r>
        <w:rPr>
          <w:b/>
          <w:bCs/>
          <w:u w:val="single"/>
        </w:rPr>
        <w:t xml:space="preserve">jutting out</w:t>
      </w:r>
      <w:r>
        <w:rPr>
          <w:b/>
          <w:bCs/>
        </w:rPr>
        <w:t xml:space="preserve"> </w:t>
      </w:r>
      <w:r>
        <w:rPr>
          <w:b/>
          <w:bCs/>
        </w:rPr>
        <w:t xml:space="preserve">northward, overlooking the deep valley from which the road ascended.</w:t>
      </w:r>
      <w:r>
        <w:br/>
      </w:r>
      <w:r>
        <w:t xml:space="preserve">    (a) bending down</w:t>
      </w:r>
      <w:r>
        <w:br/>
      </w:r>
      <w:r>
        <w:t xml:space="preserve">    (b) sticking out</w:t>
      </w:r>
      <w:r>
        <w:br/>
      </w:r>
      <w:r>
        <w:t xml:space="preserve">    (c) concentrates</w:t>
      </w:r>
    </w:p>
    <w:p>
      <w:pPr>
        <w:pStyle w:val="Compact"/>
        <w:numPr>
          <w:ilvl w:val="0"/>
          <w:numId w:val="1001"/>
        </w:numPr>
      </w:pPr>
      <w:r>
        <w:rPr>
          <w:b/>
          <w:bCs/>
        </w:rPr>
        <w:t xml:space="preserve">In case of failure, their position would be</w:t>
      </w:r>
      <w:r>
        <w:rPr>
          <w:b/>
          <w:bCs/>
        </w:rPr>
        <w:t xml:space="preserve"> </w:t>
      </w:r>
      <w:r>
        <w:rPr>
          <w:b/>
          <w:bCs/>
          <w:u w:val="single"/>
        </w:rPr>
        <w:t xml:space="preserve">perilous</w:t>
      </w:r>
      <w:r>
        <w:rPr>
          <w:b/>
          <w:bCs/>
        </w:rPr>
        <w:t xml:space="preserve"> </w:t>
      </w:r>
      <w:r>
        <w:rPr>
          <w:b/>
          <w:bCs/>
        </w:rPr>
        <w:t xml:space="preserve">in the extreme; and fail they surely would, should accident or vigilance apprise the enemy of the movement.</w:t>
      </w:r>
      <w:r>
        <w:br/>
      </w:r>
      <w:r>
        <w:t xml:space="preserve">    (a) dangerous</w:t>
      </w:r>
      <w:r>
        <w:br/>
      </w:r>
      <w:r>
        <w:t xml:space="preserve">    (b) stuck out</w:t>
      </w:r>
      <w:r>
        <w:br/>
      </w:r>
      <w:r>
        <w:t xml:space="preserve">    (c) bent down</w:t>
      </w:r>
    </w:p>
    <w:p>
      <w:pPr>
        <w:pStyle w:val="Compact"/>
        <w:numPr>
          <w:ilvl w:val="0"/>
          <w:numId w:val="1001"/>
        </w:numPr>
      </w:pPr>
      <w:r>
        <w:rPr>
          <w:b/>
          <w:bCs/>
        </w:rPr>
        <w:t xml:space="preserve">The sleeping</w:t>
      </w:r>
      <w:r>
        <w:rPr>
          <w:b/>
          <w:bCs/>
        </w:rPr>
        <w:t xml:space="preserve"> </w:t>
      </w:r>
      <w:r>
        <w:rPr>
          <w:b/>
          <w:bCs/>
          <w:u w:val="single"/>
        </w:rPr>
        <w:t xml:space="preserve">sentinel</w:t>
      </w:r>
      <w:r>
        <w:rPr>
          <w:b/>
          <w:bCs/>
        </w:rPr>
        <w:t xml:space="preserve"> </w:t>
      </w:r>
      <w:r>
        <w:rPr>
          <w:b/>
          <w:bCs/>
        </w:rPr>
        <w:t xml:space="preserve">in the clump of laurel was a young Virginian named Carter Druse.</w:t>
      </w:r>
      <w:r>
        <w:br/>
      </w:r>
      <w:r>
        <w:t xml:space="preserve">    (a) a person who stands guard or looks out for something</w:t>
      </w:r>
      <w:r>
        <w:br/>
      </w:r>
      <w:r>
        <w:t xml:space="preserve">    (b) to concentrate, look at; or the act of concentration</w:t>
      </w:r>
      <w:r>
        <w:br/>
      </w:r>
      <w:r>
        <w:t xml:space="preserve">    (c) make one's home in; or live in; or stay (in a place)</w:t>
      </w:r>
    </w:p>
    <w:p>
      <w:pPr>
        <w:pStyle w:val="Compact"/>
        <w:numPr>
          <w:ilvl w:val="0"/>
          <w:numId w:val="1001"/>
        </w:numPr>
      </w:pPr>
      <w:r>
        <w:rPr>
          <w:b/>
          <w:bCs/>
        </w:rPr>
        <w:t xml:space="preserve">He was the son of wealthy parents, an only child, and had known such ease and</w:t>
      </w:r>
      <w:r>
        <w:rPr>
          <w:b/>
          <w:bCs/>
        </w:rPr>
        <w:t xml:space="preserve"> </w:t>
      </w:r>
      <w:r>
        <w:rPr>
          <w:b/>
          <w:bCs/>
          <w:u w:val="single"/>
        </w:rPr>
        <w:t xml:space="preserve">cultivation</w:t>
      </w:r>
      <w:r>
        <w:rPr>
          <w:b/>
          <w:bCs/>
        </w:rPr>
        <w:t xml:space="preserve"> </w:t>
      </w:r>
      <w:r>
        <w:rPr>
          <w:b/>
          <w:bCs/>
        </w:rPr>
        <w:t xml:space="preserve">and high living as wealth and taste were able to command in the mountain country of Western Virginia.</w:t>
      </w:r>
      <w:r>
        <w:br/>
      </w:r>
      <w:r>
        <w:t xml:space="preserve">    (a) a power plant that produces energy by splitting atoms</w:t>
      </w:r>
      <w:r>
        <w:br/>
      </w:r>
      <w:r>
        <w:t xml:space="preserve">    (b) an unsettled state of mind (nervous or uncomfortable)</w:t>
      </w:r>
      <w:r>
        <w:br/>
      </w:r>
      <w:r>
        <w:t xml:space="preserve">    (c) development, growth, or preparation for growing crops</w:t>
      </w:r>
    </w:p>
    <w:p>
      <w:pPr>
        <w:pStyle w:val="Compact"/>
        <w:numPr>
          <w:ilvl w:val="0"/>
          <w:numId w:val="1001"/>
        </w:numPr>
      </w:pPr>
      <w:r>
        <w:rPr>
          <w:b/>
          <w:bCs/>
        </w:rPr>
        <w:t xml:space="preserve">So Carter Druse, bowing</w:t>
      </w:r>
      <w:r>
        <w:rPr>
          <w:b/>
          <w:bCs/>
        </w:rPr>
        <w:t xml:space="preserve"> </w:t>
      </w:r>
      <w:r>
        <w:rPr>
          <w:b/>
          <w:bCs/>
          <w:u w:val="single"/>
        </w:rPr>
        <w:t xml:space="preserve">reverently</w:t>
      </w:r>
      <w:r>
        <w:rPr>
          <w:b/>
          <w:bCs/>
        </w:rPr>
        <w:t xml:space="preserve"> </w:t>
      </w:r>
      <w:r>
        <w:rPr>
          <w:b/>
          <w:bCs/>
        </w:rPr>
        <w:t xml:space="preserve">to his father, who returned the salute with a stately courtesy which masked a breaking heart, left the home of his childhood to go soldiering.</w:t>
      </w:r>
      <w:r>
        <w:br/>
      </w:r>
      <w:r>
        <w:t xml:space="preserve">    (a) with feelings of deep respect and admiration -- sometimes with a mixture of wonder and awe or fear</w:t>
      </w:r>
      <w:r>
        <w:br/>
      </w:r>
      <w:r>
        <w:t xml:space="preserve">    (b) in a manner that is not appropriate or different than would be expected in size, amount, or degree</w:t>
      </w:r>
      <w:r>
        <w:br/>
      </w:r>
      <w:r>
        <w:t xml:space="preserve">    (c) with nervousness or discomfort felt by someone due to concern about what others will think of them</w:t>
      </w:r>
    </w:p>
    <w:p>
      <w:pPr>
        <w:pStyle w:val="Compact"/>
        <w:numPr>
          <w:ilvl w:val="0"/>
          <w:numId w:val="1001"/>
        </w:numPr>
      </w:pPr>
      <w:r>
        <w:rPr>
          <w:b/>
          <w:bCs/>
          <w:u w:val="single"/>
        </w:rPr>
        <w:t xml:space="preserve">Nevertheless</w:t>
      </w:r>
      <w:r>
        <w:rPr>
          <w:b/>
          <w:bCs/>
        </w:rPr>
        <w:t xml:space="preserve">, fatigue had been stronger than resolution, and he had fallen asleep.</w:t>
      </w:r>
      <w:r>
        <w:br/>
      </w:r>
      <w:r>
        <w:t xml:space="preserve">    (a) therefore (for that reason)</w:t>
      </w:r>
      <w:r>
        <w:br/>
      </w:r>
      <w:r>
        <w:t xml:space="preserve">    (b) in keeping with or in agreement with what was just stated</w:t>
      </w:r>
      <w:r>
        <w:br/>
      </w:r>
      <w:r>
        <w:t xml:space="preserve">    (c) despite that (used to connect contrasting ideas)</w:t>
      </w:r>
    </w:p>
    <w:p>
      <w:pPr>
        <w:pStyle w:val="Compact"/>
        <w:numPr>
          <w:ilvl w:val="0"/>
          <w:numId w:val="1001"/>
        </w:numPr>
      </w:pPr>
      <w:r>
        <w:rPr>
          <w:b/>
          <w:bCs/>
        </w:rPr>
        <w:t xml:space="preserve">Without a movement, without a sound, in the profound silence and the</w:t>
      </w:r>
      <w:r>
        <w:rPr>
          <w:b/>
          <w:bCs/>
        </w:rPr>
        <w:t xml:space="preserve"> </w:t>
      </w:r>
      <w:r>
        <w:rPr>
          <w:b/>
          <w:bCs/>
          <w:u w:val="single"/>
        </w:rPr>
        <w:t xml:space="preserve">languor</w:t>
      </w:r>
      <w:r>
        <w:rPr>
          <w:b/>
          <w:bCs/>
        </w:rPr>
        <w:t xml:space="preserve"> </w:t>
      </w:r>
      <w:r>
        <w:rPr>
          <w:b/>
          <w:bCs/>
        </w:rPr>
        <w:t xml:space="preserve">of the late afternoon, some invisible messenger of fate touched with unsealing finger the eyes of his consciousness—whispered into the ear of his spirit the mysterious awakening word which no human lips ever have spoken, no human memory ever has recalled.</w:t>
      </w:r>
      <w:r>
        <w:br/>
      </w:r>
      <w:r>
        <w:t xml:space="preserve">    (a) something accepted as true (without proof)</w:t>
      </w:r>
      <w:r>
        <w:br/>
      </w:r>
      <w:r>
        <w:t xml:space="preserve">    (b) relating to properties of sound or hearing</w:t>
      </w:r>
      <w:r>
        <w:br/>
      </w:r>
      <w:r>
        <w:t xml:space="preserve">    (c) lacking energy or relaxed or moving slowly</w:t>
      </w:r>
    </w:p>
    <w:p>
      <w:pPr>
        <w:pStyle w:val="Compact"/>
        <w:numPr>
          <w:ilvl w:val="0"/>
          <w:numId w:val="1001"/>
        </w:numPr>
      </w:pPr>
      <w:r>
        <w:rPr>
          <w:b/>
          <w:bCs/>
        </w:rPr>
        <w:t xml:space="preserve">In silhouette against the sky, the profile of the horse was cut with the sharpness of a cameo; it looked across the heights of air to the</w:t>
      </w:r>
      <w:r>
        <w:rPr>
          <w:b/>
          <w:bCs/>
        </w:rPr>
        <w:t xml:space="preserve"> </w:t>
      </w:r>
      <w:r>
        <w:rPr>
          <w:b/>
          <w:bCs/>
          <w:u w:val="single"/>
        </w:rPr>
        <w:t xml:space="preserve">confronting</w:t>
      </w:r>
      <w:r>
        <w:rPr>
          <w:b/>
          <w:bCs/>
        </w:rPr>
        <w:t xml:space="preserve"> </w:t>
      </w:r>
      <w:r>
        <w:rPr>
          <w:b/>
          <w:bCs/>
        </w:rPr>
        <w:t xml:space="preserve">cliffs beyond.</w:t>
      </w:r>
      <w:r>
        <w:br/>
      </w:r>
      <w:r>
        <w:t xml:space="preserve">    (a) hiding something by making it blend in with its surroundings; or materials used to hide something; or hiding the truth</w:t>
      </w:r>
      <w:r>
        <w:br/>
      </w:r>
      <w:r>
        <w:t xml:space="preserve">    (b) to deal directly with an unpleasant situation or person</w:t>
      </w:r>
      <w:r>
        <w:br/>
      </w:r>
      <w:r>
        <w:br/>
      </w:r>
      <w:r>
        <w:t xml:space="preserve">or:</w:t>
      </w:r>
      <w:r>
        <w:br/>
      </w:r>
      <w:r>
        <w:br/>
      </w:r>
      <w:r>
        <w:t xml:space="preserve">to challenge someone -- often by presenting evidence</w:t>
      </w:r>
      <w:r>
        <w:br/>
      </w:r>
      <w:r>
        <w:t xml:space="preserve">    (c) (of an injury) getting inflammation and creating pus  OR  (generally) getting worse -- especially through inattention</w:t>
      </w:r>
    </w:p>
    <w:p>
      <w:pPr>
        <w:pStyle w:val="Compact"/>
        <w:numPr>
          <w:ilvl w:val="0"/>
          <w:numId w:val="1001"/>
        </w:numPr>
      </w:pPr>
      <w:r>
        <w:rPr>
          <w:b/>
          <w:bCs/>
        </w:rPr>
        <w:t xml:space="preserve">Magnified by its lift against the sky and by the soldier's testifying sense of the</w:t>
      </w:r>
      <w:r>
        <w:rPr>
          <w:b/>
          <w:bCs/>
        </w:rPr>
        <w:t xml:space="preserve"> </w:t>
      </w:r>
      <w:r>
        <w:rPr>
          <w:b/>
          <w:bCs/>
          <w:u w:val="single"/>
        </w:rPr>
        <w:t xml:space="preserve">formidableness</w:t>
      </w:r>
      <w:r>
        <w:rPr>
          <w:b/>
          <w:bCs/>
        </w:rPr>
        <w:t xml:space="preserve"> </w:t>
      </w:r>
      <w:r>
        <w:rPr>
          <w:b/>
          <w:bCs/>
        </w:rPr>
        <w:t xml:space="preserve">of a near enemy, the group appeared of heroic, almost colossal, size.</w:t>
      </w:r>
      <w:r>
        <w:br/>
      </w:r>
      <w:r>
        <w:t xml:space="preserve">    (a) made by taking on as one's own</w:t>
      </w:r>
      <w:r>
        <w:br/>
      </w:r>
      <w:r>
        <w:t xml:space="preserve">    (b) a sensible view of a situation</w:t>
      </w:r>
      <w:r>
        <w:br/>
      </w:r>
      <w:r>
        <w:t xml:space="preserve">    (c) intimidation or impressiveness</w:t>
      </w:r>
    </w:p>
    <w:p>
      <w:pPr>
        <w:pStyle w:val="Compact"/>
        <w:numPr>
          <w:ilvl w:val="0"/>
          <w:numId w:val="1001"/>
        </w:numPr>
      </w:pPr>
      <w:r>
        <w:rPr>
          <w:b/>
          <w:bCs/>
        </w:rPr>
        <w:t xml:space="preserve">For an instant Druse had a strange, half-defined feeling that he had slept to the end of the war and was looking upon a noble work of art reared upon that commanding</w:t>
      </w:r>
      <w:r>
        <w:rPr>
          <w:b/>
          <w:bCs/>
        </w:rPr>
        <w:t xml:space="preserve"> </w:t>
      </w:r>
      <w:r>
        <w:rPr>
          <w:b/>
          <w:bCs/>
          <w:u w:val="single"/>
        </w:rPr>
        <w:t xml:space="preserve">eminence</w:t>
      </w:r>
      <w:r>
        <w:rPr>
          <w:b/>
          <w:bCs/>
        </w:rPr>
        <w:t xml:space="preserve"> </w:t>
      </w:r>
      <w:r>
        <w:rPr>
          <w:b/>
          <w:bCs/>
        </w:rPr>
        <w:t xml:space="preserve">to commemorate the deeds of an heroic past of which he had been an inglorious part.</w:t>
      </w:r>
      <w:r>
        <w:br/>
      </w:r>
      <w:r>
        <w:t xml:space="preserve">    (a) famous, respected, or important within a particular field or profession</w:t>
      </w:r>
      <w:r>
        <w:br/>
      </w:r>
      <w:r>
        <w:t xml:space="preserve">    (b) the process of thinking carefully and making a judgment about something</w:t>
      </w:r>
      <w:r>
        <w:br/>
      </w:r>
      <w:r>
        <w:t xml:space="preserve">    (c) the act of finding fault and telling others; or a description of faults</w:t>
      </w:r>
    </w:p>
    <w:p>
      <w:pPr>
        <w:pStyle w:val="Compact"/>
        <w:numPr>
          <w:ilvl w:val="0"/>
          <w:numId w:val="1001"/>
        </w:numPr>
      </w:pPr>
      <w:r>
        <w:rPr>
          <w:b/>
          <w:bCs/>
        </w:rPr>
        <w:t xml:space="preserve">For an instant Druse had a strange, half-defined feeling that he had slept to the end of the war and was looking upon a noble work of art reared upon that commanding eminence to</w:t>
      </w:r>
      <w:r>
        <w:rPr>
          <w:b/>
          <w:bCs/>
        </w:rPr>
        <w:t xml:space="preserve"> </w:t>
      </w:r>
      <w:r>
        <w:rPr>
          <w:b/>
          <w:bCs/>
          <w:u w:val="single"/>
        </w:rPr>
        <w:t xml:space="preserve">commemorate</w:t>
      </w:r>
      <w:r>
        <w:rPr>
          <w:b/>
          <w:bCs/>
        </w:rPr>
        <w:t xml:space="preserve"> </w:t>
      </w:r>
      <w:r>
        <w:rPr>
          <w:b/>
          <w:bCs/>
        </w:rPr>
        <w:t xml:space="preserve">the deeds of an heroic past of which he had been an inglorious part.</w:t>
      </w:r>
      <w:r>
        <w:br/>
      </w:r>
      <w:r>
        <w:t xml:space="preserve">    (a) move into position to work; or start</w:t>
      </w:r>
      <w:r>
        <w:br/>
      </w:r>
      <w:r>
        <w:t xml:space="preserve">    (b) to spread to other parts of the body</w:t>
      </w:r>
      <w:r>
        <w:br/>
      </w:r>
      <w:r>
        <w:t xml:space="preserve">    (c) mark by some ceremony or observation</w:t>
      </w:r>
    </w:p>
    <w:p>
      <w:pPr>
        <w:pStyle w:val="Compact"/>
        <w:numPr>
          <w:ilvl w:val="0"/>
          <w:numId w:val="1001"/>
        </w:numPr>
      </w:pPr>
      <w:r>
        <w:rPr>
          <w:b/>
          <w:bCs/>
        </w:rPr>
        <w:t xml:space="preserve">The feeling was</w:t>
      </w:r>
      <w:r>
        <w:rPr>
          <w:b/>
          <w:bCs/>
        </w:rPr>
        <w:t xml:space="preserve"> </w:t>
      </w:r>
      <w:r>
        <w:rPr>
          <w:b/>
          <w:bCs/>
          <w:u w:val="single"/>
        </w:rPr>
        <w:t xml:space="preserve">dispelled</w:t>
      </w:r>
      <w:r>
        <w:rPr>
          <w:b/>
          <w:bCs/>
        </w:rPr>
        <w:t xml:space="preserve"> </w:t>
      </w:r>
      <w:r>
        <w:rPr>
          <w:b/>
          <w:bCs/>
        </w:rPr>
        <w:t xml:space="preserve">by a slight movement of the group: the horse, without moving its feet, had drawn its body slightly backward from the verge; the man remained immobile as before.</w:t>
      </w:r>
      <w:r>
        <w:br/>
      </w:r>
      <w:r>
        <w:t xml:space="preserve">    (a) proposed that someone be offered a position, be a candidate, or receive an honor</w:t>
      </w:r>
      <w:r>
        <w:br/>
      </w:r>
      <w:r>
        <w:t xml:space="preserve">    (b) spoke in an ambiguous manner that did not clearly express an opinion or decision</w:t>
      </w:r>
      <w:r>
        <w:br/>
      </w:r>
      <w:r>
        <w:t xml:space="preserve">    (c) to drive away or put an end to something -- especially a feeling, idea, or doubt</w:t>
      </w:r>
    </w:p>
    <w:p>
      <w:pPr>
        <w:pStyle w:val="Compact"/>
        <w:numPr>
          <w:ilvl w:val="0"/>
          <w:numId w:val="1001"/>
        </w:numPr>
      </w:pPr>
      <w:r>
        <w:rPr>
          <w:b/>
          <w:bCs/>
        </w:rPr>
        <w:t xml:space="preserve">At that instant the horseman turned his head and looked in the direction of his concealed foeman—seemed to look into his very face, into his eyes, into his brave,</w:t>
      </w:r>
      <w:r>
        <w:rPr>
          <w:b/>
          <w:bCs/>
        </w:rPr>
        <w:t xml:space="preserve"> </w:t>
      </w:r>
      <w:r>
        <w:rPr>
          <w:b/>
          <w:bCs/>
          <w:u w:val="single"/>
        </w:rPr>
        <w:t xml:space="preserve">compassionate</w:t>
      </w:r>
      <w:r>
        <w:rPr>
          <w:b/>
          <w:bCs/>
        </w:rPr>
        <w:t xml:space="preserve"> </w:t>
      </w:r>
      <w:r>
        <w:rPr>
          <w:b/>
          <w:bCs/>
        </w:rPr>
        <w:t xml:space="preserve">heart.</w:t>
      </w:r>
      <w:r>
        <w:br/>
      </w:r>
      <w:r>
        <w:t xml:space="preserve">    (a) to support by providing money or other economic aid</w:t>
      </w:r>
      <w:r>
        <w:br/>
      </w:r>
      <w:r>
        <w:t xml:space="preserve">    (b) did not find a condition or substance to be present</w:t>
      </w:r>
      <w:r>
        <w:br/>
      </w:r>
      <w:r>
        <w:t xml:space="preserve">    (c) feeling or showing sympathy for another's suffering</w:t>
      </w:r>
    </w:p>
    <w:p>
      <w:pPr>
        <w:pStyle w:val="Compact"/>
        <w:numPr>
          <w:ilvl w:val="0"/>
          <w:numId w:val="1001"/>
        </w:numPr>
      </w:pPr>
      <w:r>
        <w:rPr>
          <w:b/>
          <w:bCs/>
        </w:rPr>
        <w:t xml:space="preserve">It was not for long; in another moment his face was raised from earth, his hands resumed their places on the rifle, his forefinger sought the trigger; mind, heart and eyes were clear,</w:t>
      </w:r>
      <w:r>
        <w:rPr>
          <w:b/>
          <w:bCs/>
        </w:rPr>
        <w:t xml:space="preserve"> </w:t>
      </w:r>
      <w:r>
        <w:rPr>
          <w:b/>
          <w:bCs/>
          <w:u w:val="single"/>
        </w:rPr>
        <w:t xml:space="preserve">conscience</w:t>
      </w:r>
      <w:r>
        <w:rPr>
          <w:b/>
          <w:bCs/>
        </w:rPr>
        <w:t xml:space="preserve"> </w:t>
      </w:r>
      <w:r>
        <w:rPr>
          <w:b/>
          <w:bCs/>
        </w:rPr>
        <w:t xml:space="preserve">and reason sound.</w:t>
      </w:r>
      <w:r>
        <w:br/>
      </w:r>
      <w:r>
        <w:t xml:space="preserve">    (a) feeling or appraisal of having personally behaved in a morally right or wrong manner</w:t>
      </w:r>
      <w:r>
        <w:br/>
      </w:r>
      <w:r>
        <w:t xml:space="preserve">    (b) a complex carbohydrate that is the chief constituent of all plant tissues and fibers</w:t>
      </w:r>
      <w:r>
        <w:br/>
      </w:r>
      <w:r>
        <w:t xml:space="preserve">    (c) not planning to kill a person, but then intentionally killing in the heat of passion</w:t>
      </w:r>
    </w:p>
    <w:p>
      <w:pPr>
        <w:pStyle w:val="Compact"/>
        <w:numPr>
          <w:ilvl w:val="0"/>
          <w:numId w:val="1001"/>
        </w:numPr>
      </w:pPr>
      <w:r>
        <w:rPr>
          <w:b/>
          <w:bCs/>
        </w:rPr>
        <w:t xml:space="preserve">His teeth were firmly but not rigidly closed; his nerves were as</w:t>
      </w:r>
      <w:r>
        <w:rPr>
          <w:b/>
          <w:bCs/>
        </w:rPr>
        <w:t xml:space="preserve"> </w:t>
      </w:r>
      <w:r>
        <w:rPr>
          <w:b/>
          <w:bCs/>
          <w:u w:val="single"/>
        </w:rPr>
        <w:t xml:space="preserve">tranquil</w:t>
      </w:r>
      <w:r>
        <w:rPr>
          <w:b/>
          <w:bCs/>
        </w:rPr>
        <w:t xml:space="preserve"> </w:t>
      </w:r>
      <w:r>
        <w:rPr>
          <w:b/>
          <w:bCs/>
        </w:rPr>
        <w:t xml:space="preserve">as a sleeping babe's—not a tremor affected any muscle of his body; his breathing, until suspended in the act of taking aim, was regular and slow.</w:t>
      </w:r>
      <w:r>
        <w:br/>
      </w:r>
      <w:r>
        <w:t xml:space="preserve">    (a) sincerity (realness)</w:t>
      </w:r>
      <w:r>
        <w:br/>
      </w:r>
      <w:r>
        <w:t xml:space="preserve">    (b) calm and undisturbed</w:t>
      </w:r>
      <w:r>
        <w:br/>
      </w:r>
      <w:r>
        <w:t xml:space="preserve">    (c) sensible and careful</w:t>
      </w:r>
    </w:p>
    <w:p>
      <w:pPr>
        <w:pStyle w:val="Compact"/>
        <w:numPr>
          <w:ilvl w:val="0"/>
          <w:numId w:val="1001"/>
        </w:numPr>
      </w:pPr>
      <w:r>
        <w:rPr>
          <w:b/>
          <w:bCs/>
        </w:rPr>
        <w:t xml:space="preserve">His hands were concealed in the cloud of the horse's lifted</w:t>
      </w:r>
      <w:r>
        <w:rPr>
          <w:b/>
          <w:bCs/>
        </w:rPr>
        <w:t xml:space="preserve"> </w:t>
      </w:r>
      <w:r>
        <w:rPr>
          <w:b/>
          <w:bCs/>
          <w:u w:val="single"/>
        </w:rPr>
        <w:t xml:space="preserve">mane</w:t>
      </w:r>
      <w:r>
        <w:rPr>
          <w:b/>
          <w:bCs/>
        </w:rPr>
        <w:t xml:space="preserve">.</w:t>
      </w:r>
      <w:r>
        <w:br/>
      </w:r>
      <w:r>
        <w:t xml:space="preserve">    (a) exchange, convert, or pay off</w:t>
      </w:r>
      <w:r>
        <w:br/>
      </w:r>
      <w:r>
        <w:t xml:space="preserve">    (b) select (on a computer screen)</w:t>
      </w:r>
      <w:r>
        <w:br/>
      </w:r>
      <w:r>
        <w:t xml:space="preserve">    (c) long coarse hair on an animal</w:t>
      </w:r>
    </w:p>
    <w:p>
      <w:pPr>
        <w:pStyle w:val="Compact"/>
        <w:numPr>
          <w:ilvl w:val="0"/>
          <w:numId w:val="1001"/>
        </w:numPr>
      </w:pPr>
      <w:r>
        <w:rPr>
          <w:b/>
          <w:bCs/>
        </w:rPr>
        <w:t xml:space="preserve">Its motions were those of a wild gallop, but even as the officer looked they</w:t>
      </w:r>
      <w:r>
        <w:rPr>
          <w:b/>
          <w:bCs/>
        </w:rPr>
        <w:t xml:space="preserve"> </w:t>
      </w:r>
      <w:r>
        <w:rPr>
          <w:b/>
          <w:bCs/>
          <w:u w:val="single"/>
        </w:rPr>
        <w:t xml:space="preserve">ceased</w:t>
      </w:r>
      <w:r>
        <w:rPr>
          <w:b/>
          <w:bCs/>
        </w:rPr>
        <w:t xml:space="preserve">, with all the legs thrown sharply forward as in the act of alighting from a leap.</w:t>
      </w:r>
      <w:r>
        <w:br/>
      </w:r>
      <w:r>
        <w:t xml:space="preserve">    (a) did in a particular way</w:t>
      </w:r>
      <w:r>
        <w:br/>
      </w:r>
      <w:r>
        <w:t xml:space="preserve">    (b) not taken on or adopted</w:t>
      </w:r>
      <w:r>
        <w:br/>
      </w:r>
      <w:r>
        <w:t xml:space="preserve">    (c) stopped or discontinued</w:t>
      </w:r>
    </w:p>
    <w:p>
      <w:pPr>
        <w:pStyle w:val="Compact"/>
        <w:numPr>
          <w:ilvl w:val="0"/>
          <w:numId w:val="1001"/>
        </w:numPr>
      </w:pPr>
      <w:r>
        <w:rPr>
          <w:b/>
          <w:bCs/>
        </w:rPr>
        <w:t xml:space="preserve">Filled with amazement and terror by this</w:t>
      </w:r>
      <w:r>
        <w:rPr>
          <w:b/>
          <w:bCs/>
        </w:rPr>
        <w:t xml:space="preserve"> </w:t>
      </w:r>
      <w:r>
        <w:rPr>
          <w:b/>
          <w:bCs/>
          <w:u w:val="single"/>
        </w:rPr>
        <w:t xml:space="preserve">apparition</w:t>
      </w:r>
      <w:r>
        <w:rPr>
          <w:b/>
          <w:bCs/>
        </w:rPr>
        <w:t xml:space="preserve"> </w:t>
      </w:r>
      <w:r>
        <w:rPr>
          <w:b/>
          <w:bCs/>
        </w:rPr>
        <w:t xml:space="preserve">of a horseman in the sky-half believing himself the chosen scribe of some new apocalypse, the officer was overcome by the intensity of his emotions; his legs failed him and he fell.</w:t>
      </w:r>
      <w:r>
        <w:br/>
      </w:r>
      <w:r>
        <w:t xml:space="preserve">    (a) a ghostlike figure or its appearance</w:t>
      </w:r>
      <w:r>
        <w:br/>
      </w:r>
      <w:r>
        <w:t xml:space="preserve">    (b) lacking experience or sophistication</w:t>
      </w:r>
      <w:r>
        <w:br/>
      </w:r>
      <w:r>
        <w:t xml:space="preserve">    (c) a Muslim religious teacher or leader</w:t>
      </w:r>
    </w:p>
    <w:p>
      <w:pPr>
        <w:pStyle w:val="Compact"/>
        <w:numPr>
          <w:ilvl w:val="0"/>
          <w:numId w:val="1001"/>
        </w:numPr>
      </w:pPr>
      <w:r>
        <w:rPr>
          <w:b/>
          <w:bCs/>
        </w:rPr>
        <w:t xml:space="preserve">Filled with amazement and terror by this apparition of a horseman in the sky-half believing himself the chosen scribe of some new</w:t>
      </w:r>
      <w:r>
        <w:rPr>
          <w:b/>
          <w:bCs/>
        </w:rPr>
        <w:t xml:space="preserve"> </w:t>
      </w:r>
      <w:r>
        <w:rPr>
          <w:b/>
          <w:bCs/>
          <w:u w:val="single"/>
        </w:rPr>
        <w:t xml:space="preserve">apocalypse</w:t>
      </w:r>
      <w:r>
        <w:rPr>
          <w:b/>
          <w:bCs/>
        </w:rPr>
        <w:t xml:space="preserve">, the officer was overcome by the intensity of his emotions; his legs failed him and he fell.</w:t>
      </w:r>
      <w:r>
        <w:br/>
      </w:r>
      <w:r>
        <w:t xml:space="preserve">    (a) something that causes ongoing suffering</w:t>
      </w:r>
      <w:r>
        <w:br/>
      </w:r>
      <w:r>
        <w:t xml:space="preserve">    (b) an event involving terrible destruction</w:t>
      </w:r>
      <w:r>
        <w:br/>
      </w:r>
      <w:r>
        <w:t xml:space="preserve">    (c) worry or concern about what will happen</w:t>
      </w:r>
    </w:p>
    <w:p>
      <w:pPr>
        <w:pStyle w:val="Compact"/>
        <w:numPr>
          <w:ilvl w:val="0"/>
          <w:numId w:val="1001"/>
        </w:numPr>
      </w:pPr>
      <w:r>
        <w:rPr>
          <w:b/>
          <w:bCs/>
        </w:rPr>
        <w:t xml:space="preserve">In the</w:t>
      </w:r>
      <w:r>
        <w:rPr>
          <w:b/>
          <w:bCs/>
        </w:rPr>
        <w:t xml:space="preserve"> </w:t>
      </w:r>
      <w:r>
        <w:rPr>
          <w:b/>
          <w:bCs/>
          <w:u w:val="single"/>
        </w:rPr>
        <w:t xml:space="preserve">fleeting</w:t>
      </w:r>
      <w:r>
        <w:rPr>
          <w:b/>
          <w:bCs/>
        </w:rPr>
        <w:t xml:space="preserve"> </w:t>
      </w:r>
      <w:r>
        <w:rPr>
          <w:b/>
          <w:bCs/>
        </w:rPr>
        <w:t xml:space="preserve">instant of his vision his imagination had been so wrought upon by the apparent grace and ease and intention of the marvelous performance that it did not occur to him that the line of march of aerial cavalry is directly downward, and that he could find the objects of his search at the very foot of the cliff.</w:t>
      </w:r>
      <w:r>
        <w:br/>
      </w:r>
      <w:r>
        <w:t xml:space="preserve">    (a) lasting a short time</w:t>
      </w:r>
      <w:r>
        <w:br/>
      </w:r>
      <w:r>
        <w:t xml:space="preserve">    (b) not demonstrative of</w:t>
      </w:r>
      <w:r>
        <w:br/>
      </w:r>
      <w:r>
        <w:t xml:space="preserve">    (c) sensible and careful</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2026-07-31T18:43:39Z</dcterms:created>
  <dcterms:modified xsi:type="dcterms:W3CDTF">2026-07-31T18:43:39Z</dcterms:modified>
</cp:coreProperties>
</file>

<file path=docProps/custom.xml><?xml version="1.0" encoding="utf-8"?>
<Properties xmlns="http://schemas.openxmlformats.org/officeDocument/2006/custom-properties" xmlns:vt="http://schemas.openxmlformats.org/officeDocument/2006/docPropsVTypes"/>
</file>