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ca2dca5ad5c9e1ef2e2d55fd1b4cd3be45a3f1"/>
    <w:p>
      <w:pPr>
        <w:pStyle w:val="Heading1"/>
      </w:pPr>
      <w:r>
        <w:rPr>
          <w:b/>
          <w:bCs/>
        </w:rPr>
        <w:t xml:space="preserve">A Hope in the Unseen</w:t>
      </w:r>
      <w:r>
        <w:br/>
      </w:r>
      <w:r>
        <w:rPr>
          <w:i/>
          <w:iCs/>
        </w:rPr>
        <w:t xml:space="preserve">Ron Suskind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Fortunately, his math class is the next doorway and he slips into the almost empty classroom, relieved to have avoided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.</w:t>
      </w:r>
      <w:r>
        <w:br/>
      </w:r>
      <w:r>
        <w:t xml:space="preserve">    (a) a particular understanding or explanation</w:t>
      </w:r>
      <w:r>
        <w:br/>
      </w:r>
      <w:r>
        <w:t xml:space="preserve">    (b) a noisy argument, confrontation, or fight</w:t>
      </w:r>
      <w:r>
        <w:br/>
      </w:r>
      <w:r>
        <w:t xml:space="preserve">    (c) the time during which something continues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Cedric Jennings gazes at the silvery mesh intercom speaker above the blackboard in Advanced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Physics</w:t>
      </w:r>
      <w:r>
        <w:rPr>
          <w:b/>
          <w:bCs/>
        </w:rPr>
        <w:t xml:space="preserve">.</w:t>
      </w:r>
      <w:r>
        <w:br/>
      </w:r>
      <w:r>
        <w:t xml:space="preserve">    (a) the science of matter and energy</w:t>
      </w:r>
      <w:r>
        <w:br/>
      </w:r>
      <w:r>
        <w:t xml:space="preserve">    (b) lacking things most people enjoy</w:t>
      </w:r>
      <w:r>
        <w:br/>
      </w:r>
      <w:r>
        <w:t xml:space="preserve">    (c) referring to any rocky mountains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it goes two weeks,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eviction</w:t>
      </w:r>
      <w:r>
        <w:rPr>
          <w:b/>
          <w:bCs/>
        </w:rPr>
        <w:t xml:space="preserve"> </w:t>
      </w:r>
      <w:r>
        <w:rPr>
          <w:b/>
          <w:bCs/>
        </w:rPr>
        <w:t xml:space="preserve">proceedings commence and legal fees swiftly pile up.</w:t>
      </w:r>
      <w:r>
        <w:br/>
      </w:r>
      <w:r>
        <w:t xml:space="preserve">    (a) opinion of what is good and bad about something</w:t>
      </w:r>
      <w:r>
        <w:br/>
      </w:r>
      <w:r>
        <w:t xml:space="preserve">    (b) the process of forcing someone to leave a place</w:t>
      </w:r>
      <w:r>
        <w:br/>
      </w:r>
      <w:r>
        <w:t xml:space="preserve">    (c) the majority denomination of Islam (almost 90%)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Among other things, it crowds out a vision that drove him all but crazy: the look on some MIT professor's face when he sees Cedric's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</w:t>
      </w:r>
      <w:r>
        <w:rPr>
          <w:b/>
          <w:bCs/>
        </w:rPr>
        <w:t xml:space="preserve"> </w:t>
      </w:r>
      <w:r>
        <w:rPr>
          <w:b/>
          <w:bCs/>
        </w:rPr>
        <w:t xml:space="preserve">score of 75 out of a possible 160 on the Preliminary Scholastic Aptitude Test, or PSAT.</w:t>
      </w:r>
      <w:r>
        <w:br/>
      </w:r>
      <w:r>
        <w:t xml:space="preserve">    (a) very bad</w:t>
      </w:r>
      <w:r>
        <w:br/>
      </w:r>
      <w:r>
        <w:t xml:space="preserve">    (b) absolute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pauses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recollection</w:t>
      </w:r>
      <w:r>
        <w:rPr>
          <w:b/>
          <w:bCs/>
        </w:rPr>
        <w:t xml:space="preserve"> </w:t>
      </w:r>
      <w:r>
        <w:rPr>
          <w:b/>
          <w:bCs/>
        </w:rPr>
        <w:t xml:space="preserve">for a moment, sits up, pillow propped against the cinder blocks, and gathers himself.</w:t>
      </w:r>
      <w:r>
        <w:br/>
      </w:r>
      <w:r>
        <w:t xml:space="preserve">    (a) memory</w:t>
      </w:r>
      <w:r>
        <w:br/>
      </w:r>
      <w:r>
        <w:t xml:space="preserve">    (b) battle</w:t>
      </w:r>
      <w:r>
        <w:br/>
      </w:r>
      <w:r>
        <w:t xml:space="preserve">    (c)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then it dawns on him that any prospect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parole</w:t>
      </w:r>
      <w:r>
        <w:rPr>
          <w:b/>
          <w:bCs/>
        </w:rPr>
        <w:t xml:space="preserve"> </w:t>
      </w:r>
      <w:r>
        <w:rPr>
          <w:b/>
          <w:bCs/>
        </w:rPr>
        <w:t xml:space="preserve">might be changed by this work/release cancellation.</w:t>
      </w:r>
      <w:r>
        <w:br/>
      </w:r>
      <w:r>
        <w:t xml:space="preserve">    (a) conditional early release from imprisonment in which a person is required to comply with special conditions</w:t>
      </w:r>
      <w:r>
        <w:br/>
      </w:r>
      <w:r>
        <w:t xml:space="preserve">    (b) "spiritually renew" (a person) in a Christian ceremony  OR  initiate or purify by a challenging experience</w:t>
      </w:r>
      <w:r>
        <w:br/>
      </w:r>
      <w:r>
        <w:t xml:space="preserve">    (c) treat something in an educated, intellectual way -- often excluding emotional or practical considerations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now a popular member of Ballou's mainstream, sporting his tough guy/clown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demeanor</w:t>
      </w:r>
      <w:r>
        <w:rPr>
          <w:b/>
          <w:bCs/>
        </w:rPr>
        <w:t xml:space="preserve"> </w:t>
      </w:r>
      <w:r>
        <w:rPr>
          <w:b/>
          <w:bCs/>
        </w:rPr>
        <w:t xml:space="preserve">and a new nickname he recently came up with, "Blunt," slang for a marijuana cigar.</w:t>
      </w:r>
      <w:r>
        <w:br/>
      </w:r>
      <w:r>
        <w:t xml:space="preserve">    (a) lacking experience or sophistication</w:t>
      </w:r>
      <w:r>
        <w:br/>
      </w:r>
      <w:r>
        <w:t xml:space="preserve">    (b) a Muslim religious teacher or leader</w:t>
      </w:r>
      <w:r>
        <w:br/>
      </w:r>
      <w:r>
        <w:t xml:space="preserve">    (c) the manner in which a person behaves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dance teacher applauds zestily as he finishes, and Phil, a blush appearing on his light skin,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indulges</w:t>
      </w:r>
      <w:r>
        <w:rPr>
          <w:b/>
          <w:bCs/>
        </w:rPr>
        <w:t xml:space="preserve"> </w:t>
      </w:r>
      <w:r>
        <w:rPr>
          <w:b/>
          <w:bCs/>
        </w:rPr>
        <w:t xml:space="preserve">a bow.</w:t>
      </w:r>
      <w:r>
        <w:br/>
      </w:r>
      <w:r>
        <w:t xml:space="preserve">    (a) enjoys to excess</w:t>
      </w:r>
      <w:r>
        <w:br/>
      </w:r>
      <w:r>
        <w:t xml:space="preserve">    (b) strongly desires</w:t>
      </w:r>
      <w:r>
        <w:br/>
      </w:r>
      <w:r>
        <w:t xml:space="preserve">    (c) lies or misleads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can't relate it to anything; he sees only strange terms in a foreign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context</w:t>
      </w:r>
      <w:r>
        <w:rPr>
          <w:b/>
          <w:bCs/>
        </w:rPr>
        <w:t xml:space="preserve">.</w:t>
      </w:r>
      <w:r>
        <w:br/>
      </w:r>
      <w:r>
        <w:t xml:space="preserve">    (a) the act of interacting or getting interested again</w:t>
      </w:r>
      <w:r>
        <w:br/>
      </w:r>
      <w:r>
        <w:t xml:space="preserve">    (b) an image (seen on a mirror or other shiny surface)</w:t>
      </w:r>
      <w:r>
        <w:br/>
      </w:r>
      <w:r>
        <w:t xml:space="preserve">    (c)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this crowd of assimilated, careerist black and Hispanic kids, it is he, Cedric-king of the Ballou nerds, bottom of the Southeast D.C. pecking order-who can claim a particular brand of racial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.</w:t>
      </w:r>
      <w:r>
        <w:br/>
      </w:r>
      <w:r>
        <w:t xml:space="preserve">    (a) not recognizable as different</w:t>
      </w:r>
      <w:r>
        <w:br/>
      </w:r>
      <w:r>
        <w:t xml:space="preserve">    (b) not mirroring back (an image)</w:t>
      </w:r>
      <w:r>
        <w:br/>
      </w:r>
      <w:r>
        <w:t xml:space="preserve">    (c) quality of being real or true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it is: Brown University,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Providence</w:t>
      </w:r>
      <w:r>
        <w:rPr>
          <w:b/>
          <w:bCs/>
        </w:rPr>
        <w:t xml:space="preserve">, Rhode Island.</w:t>
      </w:r>
      <w:r>
        <w:br/>
      </w:r>
      <w:r>
        <w:t xml:space="preserve">    (a) collection of star systems held together by gravity</w:t>
      </w:r>
      <w:r>
        <w:br/>
      </w:r>
      <w:r>
        <w:t xml:space="preserve">    (b) a particular way of seeing or thinking about things</w:t>
      </w:r>
      <w:r>
        <w:br/>
      </w:r>
      <w:r>
        <w:t xml:space="preserve">    (c) resulting from God's intervention or plan; or lucky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rarely felt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conspicuously</w:t>
      </w:r>
      <w:r>
        <w:rPr>
          <w:b/>
          <w:bCs/>
        </w:rPr>
        <w:t xml:space="preserve"> </w:t>
      </w:r>
      <w:r>
        <w:rPr>
          <w:b/>
          <w:bCs/>
        </w:rPr>
        <w:t xml:space="preserve">black.</w:t>
      </w:r>
      <w:r>
        <w:br/>
      </w:r>
      <w:r>
        <w:t xml:space="preserve">    (a) in a manner that explains or demonstrates an understanding of something in a particular way</w:t>
      </w:r>
      <w:r>
        <w:br/>
      </w:r>
      <w:r>
        <w:t xml:space="preserve">    (b) of mental activity of which one is not aware, but which can influence feelings and behavior</w:t>
      </w:r>
      <w:r>
        <w:br/>
      </w:r>
      <w:r>
        <w:t xml:space="preserve">    (c) easily noticed -- typically attracting attention such as by being large, flashy, or unusual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moment, Vida attempts to wrestle Cedric's point about shared values and common ground back to the preordained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</w:t>
      </w:r>
      <w:r>
        <w:rPr>
          <w:b/>
          <w:bCs/>
        </w:rPr>
        <w:t xml:space="preserve">.</w:t>
      </w:r>
      <w:r>
        <w:br/>
      </w:r>
      <w:r>
        <w:t xml:space="preserve">    (a) skill</w:t>
      </w:r>
      <w:r>
        <w:br/>
      </w:r>
      <w:r>
        <w:t xml:space="preserve">    (b) snake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it takes to eat well at Cafe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Paragon</w:t>
      </w:r>
      <w:r>
        <w:rPr>
          <w:b/>
          <w:bCs/>
        </w:rPr>
        <w:t xml:space="preserve"> </w:t>
      </w:r>
      <w:r>
        <w:rPr>
          <w:b/>
          <w:bCs/>
        </w:rPr>
        <w:t xml:space="preserve">on Thayer Street, where the eavesdropping is superb, is $10.</w:t>
      </w:r>
      <w:r>
        <w:br/>
      </w:r>
      <w:r>
        <w:t xml:space="preserve">    (a) stop interacting; or stop having interest</w:t>
      </w:r>
      <w:r>
        <w:br/>
      </w:r>
      <w:r>
        <w:t xml:space="preserve">    (b) treating thoughtlessly or without respect</w:t>
      </w:r>
      <w:r>
        <w:br/>
      </w:r>
      <w:r>
        <w:t xml:space="preserve">    (c) an ideal instance; or model of excellence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 trailblazing professor of education at the University of Illinois who often works at solving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dilemmas</w:t>
      </w:r>
      <w:r>
        <w:rPr>
          <w:b/>
          <w:bCs/>
        </w:rPr>
        <w:t xml:space="preserve"> </w:t>
      </w:r>
      <w:r>
        <w:rPr>
          <w:b/>
          <w:bCs/>
        </w:rPr>
        <w:t xml:space="preserve">of educating the urban poor.</w:t>
      </w:r>
      <w:r>
        <w:br/>
      </w:r>
      <w:r>
        <w:t xml:space="preserve">    (a) people of the south Asian Muslim republic that is the fifth most populous country</w:t>
      </w:r>
      <w:r>
        <w:br/>
      </w:r>
      <w:r>
        <w:t xml:space="preserve">    (b) situations in which difficult choices must be made between imperfect alternatives</w:t>
      </w:r>
      <w:r>
        <w:br/>
      </w:r>
      <w:r>
        <w:t xml:space="preserve">    (c) soccer:  unopposed kicks awarded to a team due an infraction by the opposing team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 trailblazing professor of education at the University of Illinois who often works at solving the dilemmas of educating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urban</w:t>
      </w:r>
      <w:r>
        <w:rPr>
          <w:b/>
          <w:bCs/>
        </w:rPr>
        <w:t xml:space="preserve"> </w:t>
      </w:r>
      <w:r>
        <w:rPr>
          <w:b/>
          <w:bCs/>
        </w:rPr>
        <w:t xml:space="preserve">poor.</w:t>
      </w:r>
      <w:r>
        <w:br/>
      </w:r>
      <w:r>
        <w:t xml:space="preserve">    (a) real</w:t>
      </w:r>
      <w:r>
        <w:br/>
      </w:r>
      <w:r>
        <w:t xml:space="preserve">    (b) wise</w:t>
      </w:r>
      <w:r>
        <w:br/>
      </w:r>
      <w:r>
        <w:t xml:space="preserve">    (c)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Donald excuses himself and moves to a central spot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living room to give a toast, holding out his crystal glass of white wine.</w:t>
      </w:r>
      <w:r>
        <w:br/>
      </w:r>
      <w:r>
        <w:t xml:space="preserve">    (a) the state or degree of having the ability to change for different situations</w:t>
      </w:r>
      <w:r>
        <w:br/>
      </w:r>
      <w:r>
        <w:t xml:space="preserve">    (b) the quality of behaving in an instinctive, uninhibited, and unplanned manner</w:t>
      </w:r>
      <w:r>
        <w:br/>
      </w:r>
      <w:r>
        <w:t xml:space="preserve">    (c) magnificent (impressively wonderful) -- often indicating something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looks across the room in this upper-level course and decides, then and there, that he'll sign up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discrete</w:t>
      </w:r>
      <w:r>
        <w:rPr>
          <w:b/>
          <w:bCs/>
        </w:rPr>
        <w:t xml:space="preserve"> </w:t>
      </w:r>
      <w:r>
        <w:rPr>
          <w:b/>
          <w:bCs/>
        </w:rPr>
        <w:t xml:space="preserve">math-and stick with all the other classes.</w:t>
      </w:r>
      <w:r>
        <w:br/>
      </w:r>
      <w:r>
        <w:t xml:space="preserve">    (a) not demonstrative of</w:t>
      </w:r>
      <w:r>
        <w:br/>
      </w:r>
      <w:r>
        <w:t xml:space="preserve">    (b) sincerity (realness)</w:t>
      </w:r>
      <w:r>
        <w:br/>
      </w:r>
      <w:r>
        <w:t xml:space="preserve">    (c) separate or distinct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needs to make his points and then back it all up with something other than his personal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perspective</w:t>
      </w:r>
      <w:r>
        <w:rPr>
          <w:b/>
          <w:bCs/>
        </w:rPr>
        <w:t xml:space="preserve"> </w:t>
      </w:r>
      <w:r>
        <w:rPr>
          <w:b/>
          <w:bCs/>
        </w:rPr>
        <w:t xml:space="preserve">or experiences.</w:t>
      </w:r>
      <w:r>
        <w:br/>
      </w:r>
      <w:r>
        <w:t xml:space="preserve">    (a) way of seeing and thinking about things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resulting from God's intervention or plan; or lucky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step is to agree that most people share the goal of true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diversity</w:t>
      </w:r>
      <w:r>
        <w:rPr>
          <w:b/>
          <w:bCs/>
        </w:rPr>
        <w:t xml:space="preserve">, with many races competing freely and successfully.</w:t>
      </w:r>
      <w:r>
        <w:br/>
      </w:r>
      <w:r>
        <w:t xml:space="preserve">    (a) classical music in which a theme is introduced and then extended and developed through some number of successive imitations</w:t>
      </w:r>
      <w:r>
        <w:br/>
      </w:r>
      <w:r>
        <w:t xml:space="preserve">    (b) the ability and tendency to determine what should be done and to start doing it without instruction; or to start something</w:t>
      </w:r>
      <w:r>
        <w:br/>
      </w:r>
      <w:r>
        <w:t xml:space="preserve">    (c) the condition of variety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2026-07-31T17:24:33Z</dcterms:created>
  <dcterms:modified xsi:type="dcterms:W3CDTF">2026-07-31T17:24:33Z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