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4a50ffb79e54b00c8cc3012c806d1d07b53e4be"/>
    <w:p>
      <w:pPr>
        <w:pStyle w:val="Heading1"/>
      </w:pPr>
      <w:r>
        <w:rPr>
          <w:b/>
          <w:bCs/>
        </w:rPr>
        <w:t xml:space="preserve">A Hologram for the King</w:t>
      </w:r>
      <w:r>
        <w:br/>
      </w:r>
      <w:r>
        <w:rPr>
          <w:i/>
          <w:iCs/>
        </w:rPr>
        <w:t xml:space="preserve">Dave Eggers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Still, he sent Alan pages,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passages</w:t>
      </w:r>
      <w:r>
        <w:rPr>
          <w:b/>
          <w:bCs/>
        </w:rPr>
        <w:t xml:space="preserve"> </w:t>
      </w:r>
      <w:r>
        <w:rPr>
          <w:b/>
          <w:bCs/>
        </w:rPr>
        <w:t xml:space="preserve">highlighted.</w:t>
      </w:r>
      <w:r>
        <w:br/>
      </w:r>
      <w:r>
        <w:t xml:space="preserve">    (a) circular movements around something</w:t>
      </w:r>
      <w:r>
        <w:br/>
      </w:r>
      <w:r>
        <w:t xml:space="preserve">    (b) short parts of longer written works</w:t>
      </w:r>
      <w:r>
        <w:br/>
      </w:r>
      <w:r>
        <w:t xml:space="preserve">    (c) creates, starts, or sets in a place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Who knew Saudi Arabia had a vast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pristine</w:t>
      </w:r>
      <w:r>
        <w:rPr>
          <w:b/>
          <w:bCs/>
        </w:rPr>
        <w:t xml:space="preserve"> </w:t>
      </w:r>
      <w:r>
        <w:rPr>
          <w:b/>
          <w:bCs/>
        </w:rPr>
        <w:t xml:space="preserve">coast?</w:t>
      </w:r>
      <w:r>
        <w:br/>
      </w:r>
      <w:r>
        <w:t xml:space="preserve">    (a) unspoiled or immaculately clean</w:t>
      </w:r>
      <w:r>
        <w:br/>
      </w:r>
      <w:r>
        <w:t xml:space="preserve">    (b) poor ability to make a decision</w:t>
      </w:r>
      <w:r>
        <w:br/>
      </w:r>
      <w:r>
        <w:t xml:space="preserve">    (c) non-traditional or non-standard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whole complex, fortressed from the road and sea, was free of content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context</w:t>
      </w:r>
      <w:r>
        <w:rPr>
          <w:b/>
          <w:bCs/>
        </w:rPr>
        <w:t xml:space="preserve">, devoid of even a pattern or two of Arabic origin.</w:t>
      </w:r>
      <w:r>
        <w:br/>
      </w:r>
      <w:r>
        <w:t xml:space="preserve">    (a) the act of interacting or getting interested again</w:t>
      </w:r>
      <w:r>
        <w:br/>
      </w:r>
      <w:r>
        <w:t xml:space="preserve">    (b) the setting or situation in which something occurs</w:t>
      </w:r>
      <w:r>
        <w:br/>
      </w:r>
      <w:r>
        <w:t xml:space="preserve">    (c) an image (seen on a mirror or other shiny surface)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By the time you published them they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irrelevant</w:t>
      </w:r>
      <w:r>
        <w:rPr>
          <w:b/>
          <w:bCs/>
        </w:rPr>
        <w:t xml:space="preserve">.</w:t>
      </w:r>
      <w:r>
        <w:br/>
      </w:r>
      <w:r>
        <w:t xml:space="preserve">    (a) not relevant (not related to the subject being considered, or not important enough to want to consider)</w:t>
      </w:r>
      <w:r>
        <w:br/>
      </w:r>
      <w:r>
        <w:t xml:space="preserve">    (b) the character or degree of bouncing back light (or more rarely: heat, sound, electromagnetic waves...)</w:t>
      </w:r>
      <w:r>
        <w:br/>
      </w:r>
      <w:r>
        <w:t xml:space="preserve">    (c) a person who works from within to destroy an established order; or relating to such destructive efforts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seemed a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prudent</w:t>
      </w:r>
      <w:r>
        <w:rPr>
          <w:b/>
          <w:bCs/>
        </w:rPr>
        <w:t xml:space="preserve"> </w:t>
      </w:r>
      <w:r>
        <w:rPr>
          <w:b/>
          <w:bCs/>
        </w:rPr>
        <w:t xml:space="preserve">course of action than riding with this man.</w:t>
      </w:r>
      <w:r>
        <w:br/>
      </w:r>
      <w:r>
        <w:t xml:space="preserve">    (a) not demonstrative of</w:t>
      </w:r>
      <w:r>
        <w:br/>
      </w:r>
      <w:r>
        <w:t xml:space="preserve">    (b) sensible and careful</w:t>
      </w:r>
      <w:r>
        <w:br/>
      </w:r>
      <w:r>
        <w:t xml:space="preserve">    (c) sincerity (realness)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kind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ludicrous</w:t>
      </w:r>
      <w:r>
        <w:rPr>
          <w:b/>
          <w:bCs/>
        </w:rPr>
        <w:t xml:space="preserve"> </w:t>
      </w:r>
      <w:r>
        <w:rPr>
          <w:b/>
          <w:bCs/>
        </w:rPr>
        <w:t xml:space="preserve">option available before children.</w:t>
      </w:r>
      <w:r>
        <w:br/>
      </w:r>
      <w:r>
        <w:t xml:space="preserve">    (a) able to take on or adopt</w:t>
      </w:r>
      <w:r>
        <w:br/>
      </w:r>
      <w:r>
        <w:t xml:space="preserve">    (b) absurd in an amusing way</w:t>
      </w:r>
      <w:r>
        <w:br/>
      </w:r>
      <w:r>
        <w:t xml:space="preserve">    (c) the state of being awake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architectural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renderings</w:t>
      </w:r>
      <w:r>
        <w:rPr>
          <w:b/>
          <w:bCs/>
        </w:rPr>
        <w:t xml:space="preserve"> </w:t>
      </w:r>
      <w:r>
        <w:rPr>
          <w:b/>
          <w:bCs/>
        </w:rPr>
        <w:t xml:space="preserve">he'd seen were magnificent.</w:t>
      </w:r>
      <w:r>
        <w:br/>
      </w:r>
      <w:r>
        <w:t xml:space="preserve">    (a) Christianity:  the original 12 disciples (followers) chosen by Jesus Christ to preach his gospel</w:t>
      </w:r>
      <w:r>
        <w:br/>
      </w:r>
      <w:r>
        <w:t xml:space="preserve">    (b) the Greeks who provided much of the foundation of Western Civilization (from about 750 to 146 BC)</w:t>
      </w:r>
      <w:r>
        <w:br/>
      </w:r>
      <w:r>
        <w:t xml:space="preserve">    (c) paintings or models created in a particular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Not such a difficult job, to sell something like that, something solid that would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integral</w:t>
      </w:r>
      <w:r>
        <w:rPr>
          <w:b/>
          <w:bCs/>
        </w:rPr>
        <w:t xml:space="preserve"> </w:t>
      </w:r>
      <w:r>
        <w:rPr>
          <w:b/>
          <w:bCs/>
        </w:rPr>
        <w:t xml:space="preserve">to a thousand childhood memories.</w:t>
      </w:r>
      <w:r>
        <w:br/>
      </w:r>
      <w:r>
        <w:t xml:space="preserve">    (a) extra</w:t>
      </w:r>
      <w:r>
        <w:br/>
      </w:r>
      <w:r>
        <w:t xml:space="preserve">    (b) unimportant</w:t>
      </w:r>
      <w:r>
        <w:br/>
      </w:r>
      <w:r>
        <w:t xml:space="preserve">    (c) an essential part or characteristic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Alan was startled, but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feigned</w:t>
      </w:r>
      <w:r>
        <w:rPr>
          <w:b/>
          <w:bCs/>
        </w:rPr>
        <w:t xml:space="preserve"> </w:t>
      </w:r>
      <w:r>
        <w:rPr>
          <w:b/>
          <w:bCs/>
        </w:rPr>
        <w:t xml:space="preserve">calm.</w:t>
      </w:r>
      <w:r>
        <w:br/>
      </w:r>
      <w:r>
        <w:t xml:space="preserve">    (a) pretended (made a pretense of)</w:t>
      </w:r>
      <w:r>
        <w:br/>
      </w:r>
      <w:r>
        <w:t xml:space="preserve">    (b) not hired, occupied, or booked</w:t>
      </w:r>
      <w:r>
        <w:br/>
      </w:r>
      <w:r>
        <w:t xml:space="preserve">    (c) developed or changed gradually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couldn't get Ron to shut up about the place, all of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innovations</w:t>
      </w:r>
      <w:r>
        <w:rPr>
          <w:b/>
          <w:bCs/>
        </w:rPr>
        <w:t xml:space="preserve">.</w:t>
      </w:r>
      <w:r>
        <w:br/>
      </w:r>
      <w:r>
        <w:t xml:space="preserve">    (a) a potentially life-threatening eating disorder that prevents people from eating enough food</w:t>
      </w:r>
      <w:r>
        <w:br/>
      </w:r>
      <w:r>
        <w:t xml:space="preserve">    (b) a connection where measuring one particle instantly affects another, regardless of distance</w:t>
      </w:r>
      <w:r>
        <w:br/>
      </w:r>
      <w:r>
        <w:t xml:space="preserve">    (c) the introduction of things that are new and different; or things that are new and different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tired, and he was drunk, he now knew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unequivocally</w:t>
      </w:r>
      <w:r>
        <w:rPr>
          <w:b/>
          <w:bCs/>
        </w:rPr>
        <w:t xml:space="preserve"> </w:t>
      </w:r>
      <w:r>
        <w:rPr>
          <w:b/>
          <w:bCs/>
        </w:rPr>
        <w:t xml:space="preserve">that he was drunk, and one should not call one's daughter in such a state, especially when trying to instill her with confidence about his ability to provide for her.</w:t>
      </w:r>
      <w:r>
        <w:br/>
      </w:r>
      <w:r>
        <w:t xml:space="preserve">    (a) in a manner that accepts as true (without proof)</w:t>
      </w:r>
      <w:r>
        <w:br/>
      </w:r>
      <w:r>
        <w:t xml:space="preserve">    (b) without ambiguity (in a completely clear manner)</w:t>
      </w:r>
      <w:r>
        <w:br/>
      </w:r>
      <w:r>
        <w:t xml:space="preserve">    (c) meticulously (with great care for small details)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Alan threaded his heavy arms through a clean shirt, feeling he was despoiling its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immaculate</w:t>
      </w:r>
      <w:r>
        <w:rPr>
          <w:b/>
          <w:bCs/>
        </w:rPr>
        <w:t xml:space="preserve"> </w:t>
      </w:r>
      <w:r>
        <w:rPr>
          <w:b/>
          <w:bCs/>
        </w:rPr>
        <w:t xml:space="preserve">cotton.</w:t>
      </w:r>
      <w:r>
        <w:br/>
      </w:r>
      <w:r>
        <w:t xml:space="preserve">    (a) not tending to find fault</w:t>
      </w:r>
      <w:r>
        <w:br/>
      </w:r>
      <w:r>
        <w:t xml:space="preserve">    (b) able to be disagreed with</w:t>
      </w:r>
      <w:r>
        <w:br/>
      </w:r>
      <w:r>
        <w:t xml:space="preserve">    (c) completely neat and clean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were gesturing, making big scooping motions, as if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conjuring</w:t>
      </w:r>
      <w:r>
        <w:rPr>
          <w:b/>
          <w:bCs/>
        </w:rPr>
        <w:t xml:space="preserve"> </w:t>
      </w:r>
      <w:r>
        <w:rPr>
          <w:b/>
          <w:bCs/>
        </w:rPr>
        <w:t xml:space="preserve">him from the underworld by urging him up, up, up.</w:t>
      </w:r>
      <w:r>
        <w:br/>
      </w:r>
      <w:r>
        <w:t xml:space="preserve">    (a) rising and falling pitch; or cheerful and lively</w:t>
      </w:r>
      <w:r>
        <w:br/>
      </w:r>
      <w:r>
        <w:t xml:space="preserve">    (b) summoning into action or bringing into existence</w:t>
      </w:r>
      <w:r>
        <w:br/>
      </w:r>
      <w:r>
        <w:t xml:space="preserve">    (c) regarding with feelings of respect and reverence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Grandeur</w:t>
      </w:r>
      <w:r>
        <w:rPr>
          <w:b/>
          <w:bCs/>
        </w:rPr>
        <w:t xml:space="preserve">, grandeur — that was the word he liked.</w:t>
      </w:r>
      <w:r>
        <w:br/>
      </w:r>
      <w:r>
        <w:t xml:space="preserve">    (a) a drawing or photograph</w:t>
      </w:r>
      <w:r>
        <w:br/>
      </w:r>
      <w:r>
        <w:t xml:space="preserve">    (b) interaction or interest</w:t>
      </w:r>
      <w:r>
        <w:br/>
      </w:r>
      <w:r>
        <w:t xml:space="preserve">    (c) impressive magnificence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Alan glanced at him as he set the tray on the bed, but the waiter's eyes seemed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benign</w:t>
      </w:r>
      <w:r>
        <w:rPr>
          <w:b/>
          <w:bCs/>
        </w:rPr>
        <w:t xml:space="preserve">.</w:t>
      </w:r>
      <w:r>
        <w:br/>
      </w:r>
      <w:r>
        <w:t xml:space="preserve">    (a) kindly, mild, or harmless</w:t>
      </w:r>
      <w:r>
        <w:br/>
      </w:r>
      <w:r>
        <w:br/>
      </w:r>
      <w:r>
        <w:t xml:space="preserve">(In medicine, a tumor that is not life-threatening, is called</w:t>
      </w:r>
      <w:r>
        <w:t xml:space="preserve"> </w:t>
      </w:r>
      <w:r>
        <w:rPr>
          <w:i/>
          <w:iCs/>
        </w:rPr>
        <w:t xml:space="preserve">benign</w:t>
      </w:r>
      <w:r>
        <w:t xml:space="preserve">.)</w:t>
      </w:r>
      <w:r>
        <w:br/>
      </w:r>
      <w:r>
        <w:t xml:space="preserve">    (b) a mental disorder characterized by alternating episodes of major depression and abnormally elevated mood</w:t>
      </w:r>
      <w:r>
        <w:br/>
      </w:r>
      <w:r>
        <w:t xml:space="preserve">    (c) acts to tendency to engage in acts that resist government authority or attempt to overthrow a government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Alan left the tent, running to the Black Box to see if he could get any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clarity</w:t>
      </w:r>
      <w:r>
        <w:rPr>
          <w:b/>
          <w:bCs/>
        </w:rPr>
        <w:t xml:space="preserve"> </w:t>
      </w:r>
      <w:r>
        <w:rPr>
          <w:b/>
          <w:bCs/>
        </w:rPr>
        <w:t xml:space="preserve">about the timing of the visit.</w:t>
      </w:r>
      <w:r>
        <w:br/>
      </w:r>
      <w:r>
        <w:t xml:space="preserve">    (a) seen, expressed, or understood clearly; or a degree of transparency such as the quality of clear water</w:t>
      </w:r>
      <w:r>
        <w:br/>
      </w:r>
      <w:r>
        <w:t xml:space="preserve">    (b) the process of assigning a value on or judging the worth of something; or the result of such a process</w:t>
      </w:r>
      <w:r>
        <w:br/>
      </w:r>
      <w:r>
        <w:t xml:space="preserve">    (c) a collection of things on public display  OR  a detailed explanation or background of a specific topic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so they shared their frustrations of being at the mercy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factors</w:t>
      </w:r>
      <w:r>
        <w:rPr>
          <w:b/>
          <w:bCs/>
        </w:rPr>
        <w:t xml:space="preserve"> </w:t>
      </w:r>
      <w:r>
        <w:rPr>
          <w:b/>
          <w:bCs/>
        </w:rPr>
        <w:t xml:space="preserve">out of their control, too many to count.</w:t>
      </w:r>
      <w:r>
        <w:br/>
      </w:r>
      <w:r>
        <w:t xml:space="preserve">    (a) things that affect a result or outcome</w:t>
      </w:r>
      <w:r>
        <w:br/>
      </w:r>
      <w:r>
        <w:t xml:space="preserve">    (b) People who are of lower rank or status</w:t>
      </w:r>
      <w:r>
        <w:br/>
      </w:r>
      <w:r>
        <w:t xml:space="preserve">    (c) theories on the origin of the universe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Quickly he was in a room in Boston, meeting with Eric Ingvall, who was asking what went wrong, why he hadn't anticipated this,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factored</w:t>
      </w:r>
      <w:r>
        <w:rPr>
          <w:b/>
          <w:bCs/>
        </w:rPr>
        <w:t xml:space="preserve"> </w:t>
      </w:r>
      <w:r>
        <w:rPr>
          <w:b/>
          <w:bCs/>
        </w:rPr>
        <w:t xml:space="preserve">in that.</w:t>
      </w:r>
      <w:r>
        <w:br/>
      </w:r>
      <w:r>
        <w:t xml:space="preserve">    (a) held together (connected or united) or wrapped</w:t>
      </w:r>
      <w:r>
        <w:br/>
      </w:r>
      <w:r>
        <w:t xml:space="preserve">    (b) considered (for affect on a result or outcome)</w:t>
      </w:r>
      <w:r>
        <w:br/>
      </w:r>
      <w:r>
        <w:t xml:space="preserve">    (c) moved to a worse or less prestigious situation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Now that he was Ruby's defender, he had become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mediator</w:t>
      </w:r>
      <w:r>
        <w:rPr>
          <w:b/>
          <w:bCs/>
        </w:rPr>
        <w:t xml:space="preserve"> </w:t>
      </w:r>
      <w:r>
        <w:rPr>
          <w:b/>
          <w:bCs/>
        </w:rPr>
        <w:t xml:space="preserve">between all children and their mystifying parents — was that it?</w:t>
      </w:r>
      <w:r>
        <w:br/>
      </w:r>
      <w:r>
        <w:t xml:space="preserve">    (a) someone who helps others to settle a disagreement</w:t>
      </w:r>
      <w:r>
        <w:br/>
      </w:r>
      <w:r>
        <w:t xml:space="preserve">    (b) people who control, prevent, or make less intense</w:t>
      </w:r>
      <w:r>
        <w:br/>
      </w:r>
      <w:r>
        <w:t xml:space="preserve">    (c) one who seizes or takes control without authority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It</w:t>
      </w:r>
      <w:r>
        <w:rPr>
          <w:b/>
          <w:bCs/>
        </w:rPr>
        <w:t xml:space="preserve"> </w:t>
      </w:r>
      <w:r>
        <w:rPr>
          <w:b/>
          <w:bCs/>
        </w:rPr>
        <w:t xml:space="preserve">was Karim al-Ahmad, who informed him, regretfully, that the contract to provide IT to the new city had gone to another firm...</w:t>
      </w:r>
      <w:r>
        <w:br/>
      </w:r>
      <w:r>
        <w:t xml:space="preserve">    (a) an eating disorder in which overeating is followed by guilt and unhealthy attempts at correction -- especially self-induced vomiting</w:t>
      </w:r>
      <w:r>
        <w:br/>
      </w:r>
      <w:r>
        <w:t xml:space="preserve">    (b) the process of putting someone into a state of hypnosis (a trance-like state of focused concentration and heightened suggestibility)</w:t>
      </w:r>
      <w:r>
        <w:br/>
      </w:r>
      <w:r>
        <w:t xml:space="preserve">    (c) Information Technology (computer and telecommunications)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2026-07-31T20:06:53Z</dcterms:created>
  <dcterms:modified xsi:type="dcterms:W3CDTF">2026-07-31T20:06:53Z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