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8694491bccc985a7cc9bc06f2d2bb9eec41d4a"/>
    <w:p>
      <w:pPr>
        <w:pStyle w:val="Heading1"/>
      </w:pPr>
      <w:r>
        <w:rPr>
          <w:b/>
          <w:bCs/>
        </w:rPr>
        <w:t xml:space="preserve">A Great and Terrible Beauty</w:t>
      </w:r>
      <w:r>
        <w:br/>
      </w:r>
      <w:r>
        <w:rPr>
          <w:i/>
          <w:iCs/>
        </w:rPr>
        <w:t xml:space="preserve">Libba Bray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Mustn't let them think we British ladies are so petty as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indulge</w:t>
      </w:r>
      <w:r>
        <w:rPr>
          <w:b/>
          <w:bCs/>
        </w:rPr>
        <w:t xml:space="preserve"> </w:t>
      </w:r>
      <w:r>
        <w:rPr>
          <w:b/>
          <w:bCs/>
        </w:rPr>
        <w:t xml:space="preserve">in arguments on the streets.</w:t>
      </w:r>
      <w:r>
        <w:br/>
      </w:r>
      <w:r>
        <w:t xml:space="preserve">    (a) think carefully</w:t>
      </w:r>
      <w:r>
        <w:br/>
      </w:r>
      <w:r>
        <w:t xml:space="preserve">    (b) enjoy to excess</w:t>
      </w:r>
      <w:r>
        <w:br/>
      </w:r>
      <w:r>
        <w:t xml:space="preserve">    (c) work or operate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Why did I act like such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petulant</w:t>
      </w:r>
      <w:r>
        <w:rPr>
          <w:b/>
          <w:bCs/>
        </w:rPr>
        <w:t xml:space="preserve"> </w:t>
      </w:r>
      <w:r>
        <w:rPr>
          <w:b/>
          <w:bCs/>
        </w:rPr>
        <w:t xml:space="preserve">brat?</w:t>
      </w:r>
      <w:r>
        <w:br/>
      </w:r>
      <w:r>
        <w:t xml:space="preserve">    (a) the degree to which something is able to change or is different</w:t>
      </w:r>
      <w:r>
        <w:br/>
      </w:r>
      <w:r>
        <w:t xml:space="preserve">    (b) unreasonably annoyed or upset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easily annoyed or upset</w:t>
      </w:r>
      <w:r>
        <w:br/>
      </w:r>
      <w:r>
        <w:t xml:space="preserve">    (c) not trustworthy, or improper, or attracting unwelcome attention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No. This is all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hideous</w:t>
      </w:r>
      <w:r>
        <w:rPr>
          <w:b/>
          <w:bCs/>
        </w:rPr>
        <w:t xml:space="preserve"> </w:t>
      </w:r>
      <w:r>
        <w:rPr>
          <w:b/>
          <w:bCs/>
        </w:rPr>
        <w:t xml:space="preserve">dream.</w:t>
      </w:r>
      <w:r>
        <w:br/>
      </w:r>
      <w:r>
        <w:t xml:space="preserve">    (a) the characteristic of demonstrating something</w:t>
      </w:r>
      <w:r>
        <w:br/>
      </w:r>
      <w:r>
        <w:t xml:space="preserve">    (b) extremely ugly, offensive, and/or frightening</w:t>
      </w:r>
      <w:r>
        <w:br/>
      </w:r>
      <w:r>
        <w:t xml:space="preserve">    (c) the quality of not being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Try not to look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dour</w:t>
      </w:r>
      <w:r>
        <w:rPr>
          <w:b/>
          <w:bCs/>
        </w:rPr>
        <w:t xml:space="preserve">, Gemma.</w:t>
      </w:r>
      <w:r>
        <w:br/>
      </w:r>
      <w:r>
        <w:t xml:space="preserve">    (a) very serious, stern, and unfriendly -- often in a gloomy or harsh way</w:t>
      </w:r>
      <w:r>
        <w:br/>
      </w:r>
      <w:r>
        <w:t xml:space="preserve">    (b) [of food] able to be prepared in a manner that keeps it from spoiling</w:t>
      </w:r>
      <w:r>
        <w:br/>
      </w:r>
      <w:r>
        <w:t xml:space="preserve">    (c) relating to understanding or explaining something in a particular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can just make out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gist</w:t>
      </w:r>
      <w:r>
        <w:rPr>
          <w:b/>
          <w:bCs/>
        </w:rPr>
        <w:t xml:space="preserve"> </w:t>
      </w:r>
      <w:r>
        <w:rPr>
          <w:b/>
          <w:bCs/>
        </w:rPr>
        <w:t xml:space="preserve">of it, something about the "scandalous secrets of girls' boarding schools!"</w:t>
      </w:r>
      <w:r>
        <w:br/>
      </w:r>
      <w:r>
        <w:t xml:space="preserve">    (a) something that helps clarify or demonstrate</w:t>
      </w:r>
      <w:r>
        <w:br/>
      </w:r>
      <w:r>
        <w:t xml:space="preserve">    (b) the act of taking something on as one's own</w:t>
      </w:r>
      <w:r>
        <w:br/>
      </w:r>
      <w:r>
        <w:t xml:space="preserve">    (c) the main point(s) of a more detailed matter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Felicity stops, turns to me, that pale face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taunting</w:t>
      </w:r>
      <w:r>
        <w:rPr>
          <w:b/>
          <w:bCs/>
        </w:rPr>
        <w:t xml:space="preserve">.</w:t>
      </w:r>
      <w:r>
        <w:br/>
      </w:r>
      <w:r>
        <w:t xml:space="preserve">    (a) intentionally angering, challenging, or upsetting</w:t>
      </w:r>
      <w:r>
        <w:br/>
      </w:r>
      <w:r>
        <w:t xml:space="preserve">    (b) giving an opinion of what is wrong with something</w:t>
      </w:r>
      <w:r>
        <w:br/>
      </w:r>
      <w:r>
        <w:t xml:space="preserve">    (c) keeping people and goods from reaching a location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So, what is this secret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initiation</w:t>
      </w:r>
      <w:r>
        <w:rPr>
          <w:b/>
          <w:bCs/>
        </w:rPr>
        <w:t xml:space="preserve">?</w:t>
      </w:r>
      <w:r>
        <w:br/>
      </w:r>
      <w:r>
        <w:t xml:space="preserve">    (a) a government policy in which significantly less money is spent than normal; or any notable absence of luxury, comfort, or decoration</w:t>
      </w:r>
      <w:r>
        <w:br/>
      </w:r>
      <w:r>
        <w:t xml:space="preserve">    (b) submissiveness -- often an attitude of someone who is so submissive or eager to serve and please that they seem to lack self-respect</w:t>
      </w:r>
      <w:r>
        <w:br/>
      </w:r>
      <w:r>
        <w:t xml:space="preserve">    (c) process or ceremony (to accept new members)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then I'm off to sleep,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banishing</w:t>
      </w:r>
      <w:r>
        <w:rPr>
          <w:b/>
          <w:bCs/>
        </w:rPr>
        <w:t xml:space="preserve"> </w:t>
      </w:r>
      <w:r>
        <w:rPr>
          <w:b/>
          <w:bCs/>
        </w:rPr>
        <w:t xml:space="preserve">it from my mind.</w:t>
      </w:r>
      <w:r>
        <w:br/>
      </w:r>
      <w:r>
        <w:t xml:space="preserve">    (a) treating as if of low worth</w:t>
      </w:r>
      <w:r>
        <w:br/>
      </w:r>
      <w:r>
        <w:t xml:space="preserve">    (b) expelling or getting rid of</w:t>
      </w:r>
      <w:r>
        <w:br/>
      </w:r>
      <w:r>
        <w:t xml:space="preserve">    (c) coming together to form 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did you manage it?</w:t>
      </w:r>
      <w:r>
        <w:br/>
      </w:r>
      <w:r>
        <w:t xml:space="preserve">    (a) people who are good at or spend much time studying, thinking, and reasoning</w:t>
      </w:r>
      <w:r>
        <w:br/>
      </w:r>
      <w:r>
        <w:t xml:space="preserve">    (b) to whatever degree (regardless of how much; or whatever unspecified amount)</w:t>
      </w:r>
      <w:r>
        <w:br/>
      </w:r>
      <w:r>
        <w:t xml:space="preserve">    (c) aka analysis -- psychiatric treatment; or a theory of psychiatric treatment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Pippa is having none of it,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.</w:t>
      </w:r>
      <w:r>
        <w:br/>
      </w:r>
      <w:r>
        <w:t xml:space="preserve">    (a) therefore (for that reason)</w:t>
      </w:r>
      <w:r>
        <w:br/>
      </w:r>
      <w:r>
        <w:t xml:space="preserve">    (b) a word used to connect contrasting ideas as when using "though", "in spite of that", "in contrast", "nevertheless", etc.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a solid hike through the trees, beyond the boathouse and the lake, and along a deep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ravine</w:t>
      </w:r>
      <w:r>
        <w:rPr>
          <w:b/>
          <w:bCs/>
        </w:rPr>
        <w:t xml:space="preserve">.</w:t>
      </w:r>
      <w:r>
        <w:br/>
      </w:r>
      <w:r>
        <w:t xml:space="preserve">    (a) deep, narrow, steep-sided valley</w:t>
      </w:r>
      <w:r>
        <w:br/>
      </w:r>
      <w:r>
        <w:t xml:space="preserve">    (b) describing someone as antisocial</w:t>
      </w:r>
      <w:r>
        <w:br/>
      </w:r>
      <w:r>
        <w:t xml:space="preserve">    (c) another battle with the same foe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"I'm afraid we cannot divulge any of the secrets of our Order," Felicity says, giving me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furtive</w:t>
      </w:r>
      <w:r>
        <w:rPr>
          <w:b/>
          <w:bCs/>
        </w:rPr>
        <w:t xml:space="preserve"> </w:t>
      </w:r>
      <w:r>
        <w:rPr>
          <w:b/>
          <w:bCs/>
        </w:rPr>
        <w:t xml:space="preserve">glance.</w:t>
      </w:r>
      <w:r>
        <w:br/>
      </w:r>
      <w:r>
        <w:t xml:space="preserve">    (a) taking pains to avoid being observed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in a manner indicating nervousness (being cautious or appearing suspicious)</w:t>
      </w:r>
      <w:r>
        <w:br/>
      </w:r>
      <w:r>
        <w:t xml:space="preserve">    (b) involving an unwelcome intrusion -- possibly a physical attack into another's territory or involvement in personal matters</w:t>
      </w:r>
      <w:r>
        <w:br/>
      </w:r>
      <w:r>
        <w:t xml:space="preserve">    (c) intended for an entire religion rather than for a selected group with distinct beliefs -- typically the Christian religion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"Come now," Felicity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chides</w:t>
      </w:r>
      <w:r>
        <w:rPr>
          <w:b/>
          <w:bCs/>
        </w:rPr>
        <w:t xml:space="preserve">.</w:t>
      </w:r>
      <w:r>
        <w:br/>
      </w:r>
      <w:r>
        <w:t xml:space="preserve">    (a) boundaries or limits</w:t>
      </w:r>
      <w:r>
        <w:br/>
      </w:r>
      <w:r>
        <w:t xml:space="preserve">    (b) scolds or criticizes</w:t>
      </w:r>
      <w:r>
        <w:br/>
      </w:r>
      <w:r>
        <w:t xml:space="preserve">    (c) gains advantage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"Avert your eyes!" she says in near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hysteria</w:t>
      </w:r>
      <w:r>
        <w:rPr>
          <w:b/>
          <w:bCs/>
        </w:rPr>
        <w:t xml:space="preserve">, trying desperately to cover herself with the bit of lace and cloth.</w:t>
      </w:r>
      <w:r>
        <w:br/>
      </w:r>
      <w:r>
        <w:t xml:space="preserve">    (a) found a condition or substance to be present</w:t>
      </w:r>
      <w:r>
        <w:br/>
      </w:r>
      <w:r>
        <w:t xml:space="preserve">    (b) Nazi organization for children aged 10 to 18</w:t>
      </w:r>
      <w:r>
        <w:br/>
      </w:r>
      <w:r>
        <w:t xml:space="preserve">    (c) a state of excessive, uncontrollable emotion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are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implying</w:t>
      </w:r>
      <w:r>
        <w:rPr>
          <w:b/>
          <w:bCs/>
        </w:rPr>
        <w:t xml:space="preserve">?</w:t>
      </w:r>
      <w:r>
        <w:br/>
      </w:r>
      <w:r>
        <w:t xml:space="preserve">    (a) suggesting (saying indirectly)</w:t>
      </w:r>
      <w:r>
        <w:br/>
      </w:r>
      <w:r>
        <w:t xml:space="preserve">    (b) going back to a previous state</w:t>
      </w:r>
      <w:r>
        <w:br/>
      </w:r>
      <w:r>
        <w:t xml:space="preserve">    (c) acting in an official capacity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 a sexually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depraved</w:t>
      </w:r>
      <w:r>
        <w:rPr>
          <w:b/>
          <w:bCs/>
        </w:rPr>
        <w:t xml:space="preserve"> </w:t>
      </w:r>
      <w:r>
        <w:rPr>
          <w:b/>
          <w:bCs/>
        </w:rPr>
        <w:t xml:space="preserve">fiend who preys on young girls.</w:t>
      </w:r>
      <w:r>
        <w:br/>
      </w:r>
      <w:r>
        <w:t xml:space="preserve">    (a) not examined in an attempt to improve understanding</w:t>
      </w:r>
      <w:r>
        <w:br/>
      </w:r>
      <w:r>
        <w:t xml:space="preserve">    (b) completely immoral or evil; or made immoral or evil</w:t>
      </w:r>
      <w:r>
        <w:br/>
      </w:r>
      <w:r>
        <w:t xml:space="preserve">    (c) moved again into position to work; or started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she weren't doing this, Sally Carny would be on the streets, having to pay her way through far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odious</w:t>
      </w:r>
      <w:r>
        <w:rPr>
          <w:b/>
          <w:bCs/>
        </w:rPr>
        <w:t xml:space="preserve">, soul-crushing means.</w:t>
      </w:r>
      <w:r>
        <w:br/>
      </w:r>
      <w:r>
        <w:t xml:space="preserve">    (a) extremely unpleasant, disgusting, dislikable, or worthy of hate</w:t>
      </w:r>
      <w:r>
        <w:br/>
      </w:r>
      <w:r>
        <w:t xml:space="preserve">    (b) the degree to which something is able to change or is different</w:t>
      </w:r>
      <w:r>
        <w:br/>
      </w:r>
      <w:r>
        <w:t xml:space="preserve">    (c) not trustworthy, or improper, or attracting unwelcome attention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looking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directly</w:t>
      </w:r>
      <w:r>
        <w:rPr>
          <w:b/>
          <w:bCs/>
        </w:rPr>
        <w:t xml:space="preserve"> </w:t>
      </w:r>
      <w:r>
        <w:rPr>
          <w:b/>
          <w:bCs/>
        </w:rPr>
        <w:t xml:space="preserve">into the camera with her wise, penetrating eyes—eyes I've known my whole life.</w:t>
      </w:r>
      <w:r>
        <w:br/>
      </w:r>
      <w:r>
        <w:t xml:space="preserve">    (a) in a manner that is not sexually attractive, or persuasively tempting</w:t>
      </w:r>
      <w:r>
        <w:br/>
      </w:r>
      <w:r>
        <w:t xml:space="preserve">    (b) straight (exactly where stated; used for emphasis)</w:t>
      </w:r>
      <w:r>
        <w:br/>
      </w:r>
      <w:r>
        <w:t xml:space="preserve">    (c) in a manner that is appropriate or related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simple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</w:t>
      </w:r>
      <w:r>
        <w:rPr>
          <w:b/>
          <w:bCs/>
        </w:rPr>
        <w:t xml:space="preserve">, with none of the nonsense about God calling home an angel too young and who are we to question his mysterious ways.</w:t>
      </w:r>
      <w:r>
        <w:br/>
      </w:r>
      <w:r>
        <w:t xml:space="preserve">    (a) meticulousness (care for small details)</w:t>
      </w:r>
      <w:r>
        <w:br/>
      </w:r>
      <w:r>
        <w:t xml:space="preserve">    (b) straightforward (clear and uncomplicated)</w:t>
      </w:r>
      <w:r>
        <w:br/>
      </w:r>
      <w:r>
        <w:t xml:space="preserve">    (c) the state or degree of being very large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Mrs. Nightwing has already taken the idea and shaped it into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exoneration</w:t>
      </w:r>
      <w:r>
        <w:rPr>
          <w:b/>
          <w:bCs/>
        </w:rPr>
        <w:t xml:space="preserve"> </w:t>
      </w:r>
      <w:r>
        <w:rPr>
          <w:b/>
          <w:bCs/>
        </w:rPr>
        <w:t xml:space="preserve">for us, for Spence, and for herself.</w:t>
      </w:r>
      <w:r>
        <w:br/>
      </w:r>
      <w:r>
        <w:t xml:space="preserve">    (a) relating to the south Asian Muslim republic that is the fifth most populous country</w:t>
      </w:r>
      <w:r>
        <w:br/>
      </w:r>
      <w:r>
        <w:t xml:space="preserve">    (b) connected by blood or marriage; or a  plant or animal related by origin or grouping</w:t>
      </w:r>
      <w:r>
        <w:br/>
      </w:r>
      <w:r>
        <w:t xml:space="preserve">    (c) to free someone from blame</w:t>
      </w:r>
      <w:r>
        <w:br/>
      </w:r>
      <w:r>
        <w:br/>
      </w:r>
      <w:r>
        <w:t xml:space="preserve">or more rarely:</w:t>
      </w:r>
      <w:r>
        <w:br/>
      </w:r>
      <w:r>
        <w:br/>
      </w:r>
      <w:r>
        <w:t xml:space="preserve">to free someone from an obligation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2026-07-31T17:59:02Z</dcterms:created>
  <dcterms:modified xsi:type="dcterms:W3CDTF">2026-07-31T17:59:02Z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