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3f486f84d5714a05e71f8d3653f2dec01da103"/>
    <w:p>
      <w:pPr>
        <w:pStyle w:val="Heading1"/>
      </w:pPr>
      <w:r>
        <w:rPr>
          <w:b/>
          <w:bCs/>
        </w:rPr>
        <w:t xml:space="preserve">A Grace Given in Sorrow</w:t>
      </w:r>
      <w:r>
        <w:br/>
      </w:r>
      <w:r>
        <w:rPr>
          <w:i/>
          <w:iCs/>
        </w:rPr>
        <w:t xml:space="preserve">Homer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Murderous Akhilleus has your willing help— a man who shows no decency,</w:t>
      </w:r>
      <w:r>
        <w:rPr>
          <w:b/>
          <w:bCs/>
        </w:rPr>
        <w:t xml:space="preserve"> </w:t>
      </w:r>
      <w:r>
        <w:rPr>
          <w:b/>
          <w:bCs/>
          <w:u w:val="single"/>
        </w:rPr>
        <w:t xml:space="preserve">implacable</w:t>
      </w:r>
      <w:r>
        <w:rPr>
          <w:b/>
          <w:bCs/>
        </w:rPr>
        <w:t xml:space="preserve">, barbarous in his ways as a wild lion whose power and intrepid heart sway him to raid the flocks of men for meat.</w:t>
      </w:r>
      <w:r>
        <w:br/>
      </w:r>
      <w:r>
        <w:t xml:space="preserve">    (a) diminishing</w:t>
      </w:r>
      <w:r>
        <w:br/>
      </w:r>
      <w:r>
        <w:t xml:space="preserve">    (b) increasing</w:t>
      </w:r>
      <w:r>
        <w:br/>
      </w:r>
      <w:r>
        <w:t xml:space="preserve">    (c) unyielding</w:t>
      </w:r>
    </w:p>
    <w:p>
      <w:pPr>
        <w:pStyle w:val="Compact"/>
        <w:numPr>
          <w:ilvl w:val="0"/>
          <w:numId w:val="1001"/>
        </w:numPr>
      </w:pPr>
      <w:r>
        <w:rPr>
          <w:b/>
          <w:bCs/>
        </w:rPr>
        <w:t xml:space="preserve">The man has lost all mercy; he has no shame—that gift that</w:t>
      </w:r>
      <w:r>
        <w:rPr>
          <w:b/>
          <w:bCs/>
        </w:rPr>
        <w:t xml:space="preserve"> </w:t>
      </w:r>
      <w:r>
        <w:rPr>
          <w:b/>
          <w:bCs/>
          <w:u w:val="single"/>
        </w:rPr>
        <w:t xml:space="preserve">hinders</w:t>
      </w:r>
      <w:r>
        <w:rPr>
          <w:b/>
          <w:bCs/>
        </w:rPr>
        <w:t xml:space="preserve"> </w:t>
      </w:r>
      <w:r>
        <w:rPr>
          <w:b/>
          <w:bCs/>
        </w:rPr>
        <w:t xml:space="preserve">mortals but helps them, too.</w:t>
      </w:r>
      <w:r>
        <w:br/>
      </w:r>
      <w:r>
        <w:t xml:space="preserve">    (a) interacts, interests, or attracts</w:t>
      </w:r>
      <w:r>
        <w:br/>
      </w:r>
      <w:r>
        <w:t xml:space="preserve">    (b) helps or grants favors to someone</w:t>
      </w:r>
      <w:r>
        <w:br/>
      </w:r>
      <w:r>
        <w:t xml:space="preserve">    (c) slows down or causes problems for</w:t>
      </w:r>
    </w:p>
    <w:p>
      <w:pPr>
        <w:pStyle w:val="Compact"/>
        <w:numPr>
          <w:ilvl w:val="0"/>
          <w:numId w:val="1001"/>
        </w:numPr>
      </w:pPr>
      <w:r>
        <w:rPr>
          <w:b/>
          <w:bCs/>
        </w:rPr>
        <w:t xml:space="preserve">Soon Iris came on Thetis in a cave, surrounded by a company of Nereids lolling there, while she bewailed the fate of her magnificent son, now soon to</w:t>
      </w:r>
      <w:r>
        <w:rPr>
          <w:b/>
          <w:bCs/>
        </w:rPr>
        <w:t xml:space="preserve"> </w:t>
      </w:r>
      <w:r>
        <w:rPr>
          <w:b/>
          <w:bCs/>
          <w:u w:val="single"/>
        </w:rPr>
        <w:t xml:space="preserve">perish</w:t>
      </w:r>
      <w:r>
        <w:rPr>
          <w:b/>
          <w:bCs/>
        </w:rPr>
        <w:t xml:space="preserve"> </w:t>
      </w:r>
      <w:r>
        <w:rPr>
          <w:b/>
          <w:bCs/>
        </w:rPr>
        <w:t xml:space="preserve">on Troy's rich earth, far from his fatherland.</w:t>
      </w:r>
      <w:r>
        <w:br/>
      </w:r>
      <w:r>
        <w:t xml:space="preserve">    (a) move into position to work; or start</w:t>
      </w:r>
      <w:r>
        <w:br/>
      </w:r>
      <w:r>
        <w:t xml:space="preserve">    (b) to spread to other parts of the body</w:t>
      </w:r>
      <w:r>
        <w:br/>
      </w:r>
      <w:r>
        <w:t xml:space="preserve">    (c) die, be destroyed, or cease to exist</w:t>
      </w:r>
    </w:p>
    <w:p>
      <w:pPr>
        <w:pStyle w:val="Compact"/>
        <w:numPr>
          <w:ilvl w:val="0"/>
          <w:numId w:val="1001"/>
        </w:numPr>
      </w:pPr>
      <w:r>
        <w:rPr>
          <w:b/>
          <w:bCs/>
        </w:rPr>
        <w:t xml:space="preserve">Why does the great one call me to him now, when I am shy of mingling with</w:t>
      </w:r>
      <w:r>
        <w:rPr>
          <w:b/>
          <w:bCs/>
        </w:rPr>
        <w:t xml:space="preserve"> </w:t>
      </w:r>
      <w:r>
        <w:rPr>
          <w:b/>
          <w:bCs/>
          <w:u w:val="single"/>
        </w:rPr>
        <w:t xml:space="preserve">immortals</w:t>
      </w:r>
      <w:r>
        <w:rPr>
          <w:b/>
          <w:bCs/>
        </w:rPr>
        <w:t xml:space="preserve">, being so heavyhearted?</w:t>
      </w:r>
      <w:r>
        <w:br/>
      </w:r>
      <w:r>
        <w:t xml:space="preserve">    (a) tiles designed to affect noise -- typically to decrease noise</w:t>
      </w:r>
      <w:r>
        <w:br/>
      </w:r>
      <w:r>
        <w:t xml:space="preserve">    (b) people who live forever  OR  people famous throughout history</w:t>
      </w:r>
      <w:r>
        <w:br/>
      </w:r>
      <w:r>
        <w:t xml:space="preserve">    (c) instances of taking on or adopting of power or responsibility</w:t>
      </w:r>
    </w:p>
    <w:p>
      <w:pPr>
        <w:pStyle w:val="Compact"/>
        <w:numPr>
          <w:ilvl w:val="0"/>
          <w:numId w:val="1001"/>
        </w:numPr>
      </w:pPr>
      <w:r>
        <w:rPr>
          <w:b/>
          <w:bCs/>
        </w:rPr>
        <w:t xml:space="preserve">He is no madman, no blind brute, nor one to</w:t>
      </w:r>
      <w:r>
        <w:rPr>
          <w:b/>
          <w:bCs/>
        </w:rPr>
        <w:t xml:space="preserve"> </w:t>
      </w:r>
      <w:r>
        <w:rPr>
          <w:b/>
          <w:bCs/>
          <w:u w:val="single"/>
        </w:rPr>
        <w:t xml:space="preserve">flout</w:t>
      </w:r>
      <w:r>
        <w:rPr>
          <w:b/>
          <w:bCs/>
        </w:rPr>
        <w:t xml:space="preserve"> </w:t>
      </w:r>
      <w:r>
        <w:rPr>
          <w:b/>
          <w:bCs/>
        </w:rPr>
        <w:t xml:space="preserve">the gods, but dutiful toward men who beg his mercy.</w:t>
      </w:r>
      <w:r>
        <w:br/>
      </w:r>
      <w:r>
        <w:t xml:space="preserve">    (a) openly disregard</w:t>
      </w:r>
      <w:r>
        <w:br/>
      </w:r>
      <w:r>
        <w:t xml:space="preserve">    (b) make more varied</w:t>
      </w:r>
      <w:r>
        <w:br/>
      </w:r>
      <w:r>
        <w:t xml:space="preserve">    (c) take on or adopt</w:t>
      </w:r>
    </w:p>
    <w:p>
      <w:pPr>
        <w:pStyle w:val="Compact"/>
        <w:numPr>
          <w:ilvl w:val="0"/>
          <w:numId w:val="1001"/>
        </w:numPr>
      </w:pPr>
      <w:r>
        <w:rPr>
          <w:b/>
          <w:bCs/>
        </w:rPr>
        <w:t xml:space="preserve">Then Iris at his bidding ran on the rainy winds to bear the word of Zeus, until she came to Priam's house and heard voices in</w:t>
      </w:r>
      <w:r>
        <w:rPr>
          <w:b/>
          <w:bCs/>
        </w:rPr>
        <w:t xml:space="preserve"> </w:t>
      </w:r>
      <w:r>
        <w:rPr>
          <w:b/>
          <w:bCs/>
          <w:u w:val="single"/>
        </w:rPr>
        <w:t xml:space="preserve">lamentation</w:t>
      </w:r>
      <w:r>
        <w:rPr>
          <w:b/>
          <w:bCs/>
        </w:rPr>
        <w:t xml:space="preserve">.</w:t>
      </w:r>
      <w:r>
        <w:br/>
      </w:r>
      <w:r>
        <w:t xml:space="preserve">    (a) a range of things between two boundaries</w:t>
      </w:r>
      <w:r>
        <w:br/>
      </w:r>
      <w:r>
        <w:t xml:space="preserve">    (b) dreamlike state of altered consciousness</w:t>
      </w:r>
      <w:r>
        <w:br/>
      </w:r>
      <w:r>
        <w:t xml:space="preserve">    (c) passionate expression of grief or sorrow</w:t>
      </w:r>
    </w:p>
    <w:p>
      <w:pPr>
        <w:pStyle w:val="Compact"/>
        <w:numPr>
          <w:ilvl w:val="0"/>
          <w:numId w:val="1001"/>
        </w:numPr>
      </w:pPr>
      <w:r>
        <w:rPr>
          <w:b/>
          <w:bCs/>
        </w:rPr>
        <w:t xml:space="preserve">And go alone: no soldier may go with you, only some crier, some old man, to drive your wagon team and guide the</w:t>
      </w:r>
      <w:r>
        <w:rPr>
          <w:b/>
          <w:bCs/>
        </w:rPr>
        <w:t xml:space="preserve"> </w:t>
      </w:r>
      <w:r>
        <w:rPr>
          <w:b/>
          <w:bCs/>
          <w:u w:val="single"/>
        </w:rPr>
        <w:t xml:space="preserve">nimble</w:t>
      </w:r>
      <w:r>
        <w:rPr>
          <w:b/>
          <w:bCs/>
        </w:rPr>
        <w:t xml:space="preserve"> </w:t>
      </w:r>
      <w:r>
        <w:rPr>
          <w:b/>
          <w:bCs/>
        </w:rPr>
        <w:t xml:space="preserve">wagon, and afterward to carry home the body of him that Prince Akhilleus overcame.</w:t>
      </w:r>
      <w:r>
        <w:br/>
      </w:r>
      <w:r>
        <w:t xml:space="preserve">    (a) material wealth</w:t>
      </w:r>
      <w:r>
        <w:br/>
      </w:r>
      <w:r>
        <w:t xml:space="preserve">    (b) strongly biased</w:t>
      </w:r>
      <w:r>
        <w:br/>
      </w:r>
      <w:r>
        <w:t xml:space="preserve">    (c) quick and agile</w:t>
      </w:r>
    </w:p>
    <w:p>
      <w:pPr>
        <w:pStyle w:val="Compact"/>
        <w:numPr>
          <w:ilvl w:val="0"/>
          <w:numId w:val="1001"/>
        </w:numPr>
      </w:pPr>
      <w:r>
        <w:rPr>
          <w:b/>
          <w:bCs/>
        </w:rPr>
        <w:t xml:space="preserve">If any man on earth had urged this on me— reader of altar smoke, prophet or priest— we'd say it was a lie, and hold</w:t>
      </w:r>
      <w:r>
        <w:rPr>
          <w:b/>
          <w:bCs/>
        </w:rPr>
        <w:t xml:space="preserve"> </w:t>
      </w:r>
      <w:r>
        <w:rPr>
          <w:b/>
          <w:bCs/>
          <w:u w:val="single"/>
        </w:rPr>
        <w:t xml:space="preserve">aloof</w:t>
      </w:r>
      <w:r>
        <w:rPr>
          <w:b/>
          <w:bCs/>
        </w:rPr>
        <w:t xml:space="preserve">.</w:t>
      </w:r>
      <w:r>
        <w:br/>
      </w:r>
      <w:r>
        <w:t xml:space="preserve">    (a) indicating approval or agreement</w:t>
      </w:r>
      <w:r>
        <w:br/>
      </w:r>
      <w:r>
        <w:t xml:space="preserve">    (b) not clear or easily identifiable</w:t>
      </w:r>
      <w:r>
        <w:br/>
      </w:r>
      <w:r>
        <w:t xml:space="preserve">    (c) socially distant or uninterested</w:t>
      </w:r>
    </w:p>
    <w:p>
      <w:pPr>
        <w:pStyle w:val="Compact"/>
        <w:numPr>
          <w:ilvl w:val="0"/>
          <w:numId w:val="1001"/>
        </w:numPr>
      </w:pPr>
      <w:r>
        <w:rPr>
          <w:b/>
          <w:bCs/>
        </w:rPr>
        <w:t xml:space="preserve">So the impatient king and his sage crier had their animals yoked in the palace yard when Hekabe in her</w:t>
      </w:r>
      <w:r>
        <w:rPr>
          <w:b/>
          <w:bCs/>
        </w:rPr>
        <w:t xml:space="preserve"> </w:t>
      </w:r>
      <w:r>
        <w:rPr>
          <w:b/>
          <w:bCs/>
          <w:u w:val="single"/>
        </w:rPr>
        <w:t xml:space="preserve">agitation</w:t>
      </w:r>
      <w:r>
        <w:rPr>
          <w:b/>
          <w:bCs/>
        </w:rPr>
        <w:t xml:space="preserve"> </w:t>
      </w:r>
      <w:r>
        <w:rPr>
          <w:b/>
          <w:bCs/>
        </w:rPr>
        <w:t xml:space="preserve">joined them, carrying in her right hand a golden cup of honeyed wine, with which, before they left, they might make offering.</w:t>
      </w:r>
      <w:r>
        <w:br/>
      </w:r>
      <w:r>
        <w:t xml:space="preserve">    (a) the act of stirring up (emotionally or physically); or a state of emotional unrest</w:t>
      </w:r>
      <w:r>
        <w:br/>
      </w:r>
      <w:r>
        <w:t xml:space="preserve">    (b) formula (a mathematical expression that describe a relationship between variables)</w:t>
      </w:r>
      <w:r>
        <w:br/>
      </w:r>
      <w:r>
        <w:t xml:space="preserve">    (c) officially telling someone about something; or something that contains the message</w:t>
      </w:r>
    </w:p>
    <w:p>
      <w:pPr>
        <w:pStyle w:val="Compact"/>
        <w:numPr>
          <w:ilvl w:val="0"/>
          <w:numId w:val="1001"/>
        </w:numPr>
      </w:pPr>
      <w:r>
        <w:rPr>
          <w:b/>
          <w:bCs/>
        </w:rPr>
        <w:t xml:space="preserve">It is an excellent thing and salutary to lift our hands to Zeus,</w:t>
      </w:r>
      <w:r>
        <w:rPr>
          <w:b/>
          <w:bCs/>
        </w:rPr>
        <w:t xml:space="preserve"> </w:t>
      </w:r>
      <w:r>
        <w:rPr>
          <w:b/>
          <w:bCs/>
          <w:u w:val="single"/>
        </w:rPr>
        <w:t xml:space="preserve">invoking</w:t>
      </w:r>
      <w:r>
        <w:rPr>
          <w:b/>
          <w:bCs/>
        </w:rPr>
        <w:t xml:space="preserve"> </w:t>
      </w:r>
      <w:r>
        <w:rPr>
          <w:b/>
          <w:bCs/>
        </w:rPr>
        <w:t xml:space="preserve">mercy.</w:t>
      </w:r>
      <w:r>
        <w:br/>
      </w:r>
      <w:r>
        <w:t xml:space="preserve">    (a) questioning</w:t>
      </w:r>
      <w:r>
        <w:br/>
      </w:r>
      <w:r>
        <w:t xml:space="preserve">    (b) calling upon</w:t>
      </w:r>
      <w:r>
        <w:br/>
      </w:r>
      <w:r>
        <w:t xml:space="preserve">    (c) demanding</w:t>
      </w:r>
    </w:p>
    <w:p>
      <w:pPr>
        <w:pStyle w:val="Compact"/>
        <w:numPr>
          <w:ilvl w:val="0"/>
          <w:numId w:val="1001"/>
        </w:numPr>
      </w:pPr>
      <w:r>
        <w:rPr>
          <w:b/>
          <w:bCs/>
        </w:rPr>
        <w:t xml:space="preserve">Or can you be abandoning Ilion in fear, after he perished, that great one who never</w:t>
      </w:r>
      <w:r>
        <w:rPr>
          <w:b/>
          <w:bCs/>
        </w:rPr>
        <w:t xml:space="preserve"> </w:t>
      </w:r>
      <w:r>
        <w:rPr>
          <w:b/>
          <w:bCs/>
          <w:u w:val="single"/>
        </w:rPr>
        <w:t xml:space="preserve">shirked</w:t>
      </w:r>
      <w:r>
        <w:rPr>
          <w:b/>
          <w:bCs/>
        </w:rPr>
        <w:t xml:space="preserve"> </w:t>
      </w:r>
      <w:r>
        <w:rPr>
          <w:b/>
          <w:bCs/>
        </w:rPr>
        <w:t xml:space="preserve">a battle, your own princely son?</w:t>
      </w:r>
      <w:r>
        <w:br/>
      </w:r>
      <w:r>
        <w:t xml:space="preserve">    (a) forgave</w:t>
      </w:r>
      <w:r>
        <w:br/>
      </w:r>
      <w:r>
        <w:t xml:space="preserve">    (b) avoided</w:t>
      </w:r>
      <w:r>
        <w:br/>
      </w:r>
      <w:r>
        <w:t xml:space="preserve">    (c) changed</w:t>
      </w:r>
    </w:p>
    <w:p>
      <w:pPr>
        <w:pStyle w:val="Compact"/>
        <w:numPr>
          <w:ilvl w:val="0"/>
          <w:numId w:val="1001"/>
        </w:numPr>
      </w:pPr>
      <w:r>
        <w:rPr>
          <w:b/>
          <w:bCs/>
        </w:rPr>
        <w:t xml:space="preserve">When I cast lots among them, my lot fell to join the</w:t>
      </w:r>
      <w:r>
        <w:rPr>
          <w:b/>
          <w:bCs/>
        </w:rPr>
        <w:t xml:space="preserve"> </w:t>
      </w:r>
      <w:r>
        <w:rPr>
          <w:b/>
          <w:bCs/>
          <w:u w:val="single"/>
        </w:rPr>
        <w:t xml:space="preserve">siege</w:t>
      </w:r>
      <w:r>
        <w:rPr>
          <w:b/>
          <w:bCs/>
        </w:rPr>
        <w:t xml:space="preserve"> </w:t>
      </w:r>
      <w:r>
        <w:rPr>
          <w:b/>
          <w:bCs/>
        </w:rPr>
        <w:t xml:space="preserve">against Troy citadel.</w:t>
      </w:r>
      <w:r>
        <w:br/>
      </w:r>
      <w:r>
        <w:t xml:space="preserve">    (a) the act of forcing into an undesired activity or situation -- such as legally sentencing someone to punishment  OR  the act of finding guilty -- especially in court</w:t>
      </w:r>
      <w:r>
        <w:br/>
      </w:r>
      <w:r>
        <w:t xml:space="preserve">    (b) a military tactic in which a fortified place is surrounded and isolated while it is attacked over time</w:t>
      </w:r>
      <w:r>
        <w:br/>
      </w:r>
      <w:r>
        <w:br/>
      </w:r>
      <w:r>
        <w:t xml:space="preserve">or:</w:t>
      </w:r>
      <w:r>
        <w:br/>
      </w:r>
      <w:r>
        <w:br/>
      </w:r>
      <w:r>
        <w:t xml:space="preserve">any prolonged attack, effort, or period of trouble</w:t>
      </w:r>
      <w:r>
        <w:br/>
      </w:r>
      <w:r>
        <w:t xml:space="preserve">    (c) a workplace where people do scientific or medical research, or produce drugs or chemicals (also used figuratively)  OR  (as an adjective) related to such a place</w:t>
      </w:r>
    </w:p>
    <w:p>
      <w:pPr>
        <w:pStyle w:val="Compact"/>
        <w:numPr>
          <w:ilvl w:val="0"/>
          <w:numId w:val="1001"/>
        </w:numPr>
      </w:pPr>
      <w:r>
        <w:rPr>
          <w:b/>
          <w:bCs/>
        </w:rPr>
        <w:t xml:space="preserve">When I cast lots among them, my lot fell to join the siege against Troy</w:t>
      </w:r>
      <w:r>
        <w:rPr>
          <w:b/>
          <w:bCs/>
        </w:rPr>
        <w:t xml:space="preserve"> </w:t>
      </w:r>
      <w:r>
        <w:rPr>
          <w:b/>
          <w:bCs/>
          <w:u w:val="single"/>
        </w:rPr>
        <w:t xml:space="preserve">citadel</w:t>
      </w:r>
      <w:r>
        <w:rPr>
          <w:b/>
          <w:bCs/>
        </w:rPr>
        <w:t xml:space="preserve">.</w:t>
      </w:r>
      <w:r>
        <w:br/>
      </w:r>
      <w:r>
        <w:t xml:space="preserve">    (a) a stronghold or fortress</w:t>
      </w:r>
      <w:r>
        <w:br/>
      </w:r>
      <w:r>
        <w:t xml:space="preserve">    (b) island (that is made of a coral reef)</w:t>
      </w:r>
      <w:r>
        <w:br/>
      </w:r>
      <w:r>
        <w:t xml:space="preserve">    (c) dense, rainy forest with many species</w:t>
      </w:r>
    </w:p>
    <w:p>
      <w:pPr>
        <w:pStyle w:val="Compact"/>
        <w:numPr>
          <w:ilvl w:val="0"/>
          <w:numId w:val="1001"/>
        </w:numPr>
      </w:pPr>
      <w:r>
        <w:rPr>
          <w:b/>
          <w:bCs/>
        </w:rPr>
        <w:t xml:space="preserve">No cutthroat ever will</w:t>
      </w:r>
      <w:r>
        <w:rPr>
          <w:b/>
          <w:bCs/>
        </w:rPr>
        <w:t xml:space="preserve"> </w:t>
      </w:r>
      <w:r>
        <w:rPr>
          <w:b/>
          <w:bCs/>
          <w:u w:val="single"/>
        </w:rPr>
        <w:t xml:space="preserve">disdain</w:t>
      </w:r>
      <w:r>
        <w:rPr>
          <w:b/>
          <w:bCs/>
        </w:rPr>
        <w:t xml:space="preserve"> </w:t>
      </w:r>
      <w:r>
        <w:rPr>
          <w:b/>
          <w:bCs/>
        </w:rPr>
        <w:t xml:space="preserve">your guide.</w:t>
      </w:r>
      <w:r>
        <w:br/>
      </w:r>
      <w:r>
        <w:t xml:space="preserve">    (a) a lack of respect</w:t>
      </w:r>
      <w:r>
        <w:br/>
      </w:r>
      <w:r>
        <w:t xml:space="preserve">    (b) differ; or change</w:t>
      </w:r>
      <w:r>
        <w:br/>
      </w:r>
      <w:r>
        <w:t xml:space="preserve">    (c) influence opinion</w:t>
      </w:r>
    </w:p>
    <w:p>
      <w:pPr>
        <w:pStyle w:val="Compact"/>
        <w:numPr>
          <w:ilvl w:val="0"/>
          <w:numId w:val="1001"/>
        </w:numPr>
      </w:pPr>
      <w:r>
        <w:rPr>
          <w:b/>
          <w:bCs/>
        </w:rPr>
        <w:t xml:space="preserve">Noble sons I fathered here, but</w:t>
      </w:r>
      <w:r>
        <w:rPr>
          <w:b/>
          <w:bCs/>
        </w:rPr>
        <w:t xml:space="preserve"> </w:t>
      </w:r>
      <w:r>
        <w:rPr>
          <w:b/>
          <w:bCs/>
          <w:u w:val="single"/>
        </w:rPr>
        <w:t xml:space="preserve">scarce</w:t>
      </w:r>
      <w:r>
        <w:rPr>
          <w:b/>
          <w:bCs/>
        </w:rPr>
        <w:t xml:space="preserve"> </w:t>
      </w:r>
      <w:r>
        <w:rPr>
          <w:b/>
          <w:bCs/>
        </w:rPr>
        <w:t xml:space="preserve">one man is left me.</w:t>
      </w:r>
      <w:r>
        <w:br/>
      </w:r>
      <w:r>
        <w:t xml:space="preserve">    (a) the state of not being aware or concerned about something</w:t>
      </w:r>
      <w:r>
        <w:br/>
      </w:r>
      <w:r>
        <w:t xml:space="preserve">    (b) in short supply  OR  barely or hardly (by a small margin)</w:t>
      </w:r>
      <w:r>
        <w:br/>
      </w:r>
      <w:r>
        <w:t xml:space="preserve">    (c) a state similar to sleep where one is unaware of anything</w:t>
      </w:r>
    </w:p>
    <w:p>
      <w:pPr>
        <w:pStyle w:val="Compact"/>
        <w:numPr>
          <w:ilvl w:val="0"/>
          <w:numId w:val="1001"/>
        </w:numPr>
      </w:pPr>
      <w:r>
        <w:rPr>
          <w:b/>
          <w:bCs/>
        </w:rPr>
        <w:t xml:space="preserve">Raging</w:t>
      </w:r>
      <w:r>
        <w:rPr>
          <w:b/>
          <w:bCs/>
        </w:rPr>
        <w:t xml:space="preserve"> </w:t>
      </w:r>
      <w:r>
        <w:rPr>
          <w:b/>
          <w:bCs/>
          <w:u w:val="single"/>
        </w:rPr>
        <w:t xml:space="preserve">Ares</w:t>
      </w:r>
      <w:r>
        <w:rPr>
          <w:b/>
          <w:bCs/>
        </w:rPr>
        <w:t xml:space="preserve"> </w:t>
      </w:r>
      <w:r>
        <w:rPr>
          <w:b/>
          <w:bCs/>
        </w:rPr>
        <w:t xml:space="preserve">cut their knees from under them.</w:t>
      </w:r>
      <w:r>
        <w:br/>
      </w:r>
      <w:r>
        <w:t xml:space="preserve">    (a) largest of the Depression era relief measures that put millions to work</w:t>
      </w:r>
      <w:r>
        <w:br/>
      </w:r>
      <w:r>
        <w:t xml:space="preserve">    (b) Greek mythology:  god of war</w:t>
      </w:r>
      <w:r>
        <w:br/>
      </w:r>
      <w:r>
        <w:t xml:space="preserve">    (c) relating to or characteristic of Greece or classical Greek civilization</w:t>
      </w:r>
    </w:p>
    <w:p>
      <w:pPr>
        <w:pStyle w:val="Compact"/>
        <w:numPr>
          <w:ilvl w:val="0"/>
          <w:numId w:val="1001"/>
        </w:numPr>
      </w:pPr>
      <w:r>
        <w:rPr>
          <w:b/>
          <w:bCs/>
        </w:rPr>
        <w:t xml:space="preserve">Akhilleus, be</w:t>
      </w:r>
      <w:r>
        <w:rPr>
          <w:b/>
          <w:bCs/>
        </w:rPr>
        <w:t xml:space="preserve"> </w:t>
      </w:r>
      <w:r>
        <w:rPr>
          <w:b/>
          <w:bCs/>
          <w:u w:val="single"/>
        </w:rPr>
        <w:t xml:space="preserve">reverent</w:t>
      </w:r>
      <w:r>
        <w:rPr>
          <w:b/>
          <w:bCs/>
        </w:rPr>
        <w:t xml:space="preserve"> </w:t>
      </w:r>
      <w:r>
        <w:rPr>
          <w:b/>
          <w:bCs/>
        </w:rPr>
        <w:t xml:space="preserve">toward the great gods!</w:t>
      </w:r>
      <w:r>
        <w:br/>
      </w:r>
      <w:r>
        <w:t xml:space="preserve">    (a) the quality of being sensible and careful</w:t>
      </w:r>
      <w:r>
        <w:br/>
      </w:r>
      <w:r>
        <w:t xml:space="preserve">    (b) without purpose, job, or natural activity</w:t>
      </w:r>
      <w:r>
        <w:br/>
      </w:r>
      <w:r>
        <w:t xml:space="preserve">    (c) feeling or showing respect and admiration</w:t>
      </w:r>
    </w:p>
    <w:p>
      <w:pPr>
        <w:pStyle w:val="Compact"/>
        <w:numPr>
          <w:ilvl w:val="0"/>
          <w:numId w:val="1001"/>
        </w:numPr>
      </w:pPr>
      <w:r>
        <w:rPr>
          <w:b/>
          <w:bCs/>
        </w:rPr>
        <w:t xml:space="preserve">This is the way the gods ordained the destiny of men, to bear such burdens in our lives, while they feel no</w:t>
      </w:r>
      <w:r>
        <w:rPr>
          <w:b/>
          <w:bCs/>
        </w:rPr>
        <w:t xml:space="preserve"> </w:t>
      </w:r>
      <w:r>
        <w:rPr>
          <w:b/>
          <w:bCs/>
          <w:u w:val="single"/>
        </w:rPr>
        <w:t xml:space="preserve">affliction</w:t>
      </w:r>
      <w:r>
        <w:rPr>
          <w:b/>
          <w:bCs/>
        </w:rPr>
        <w:t xml:space="preserve">.</w:t>
      </w:r>
      <w:r>
        <w:br/>
      </w:r>
      <w:r>
        <w:t xml:space="preserve">    (a) the study of the origin of the universe</w:t>
      </w:r>
      <w:r>
        <w:br/>
      </w:r>
      <w:r>
        <w:t xml:space="preserve">    (b) worry or concern about what will happen</w:t>
      </w:r>
      <w:r>
        <w:br/>
      </w:r>
      <w:r>
        <w:t xml:space="preserve">    (c) something that causes ongoing suffering</w:t>
      </w:r>
    </w:p>
    <w:p>
      <w:pPr>
        <w:pStyle w:val="Compact"/>
        <w:numPr>
          <w:ilvl w:val="0"/>
          <w:numId w:val="1001"/>
        </w:numPr>
      </w:pPr>
      <w:r>
        <w:rPr>
          <w:b/>
          <w:bCs/>
        </w:rPr>
        <w:t xml:space="preserve">He took the old man's right hand by the wrist and held it, to</w:t>
      </w:r>
      <w:r>
        <w:rPr>
          <w:b/>
          <w:bCs/>
        </w:rPr>
        <w:t xml:space="preserve"> </w:t>
      </w:r>
      <w:r>
        <w:rPr>
          <w:b/>
          <w:bCs/>
          <w:u w:val="single"/>
        </w:rPr>
        <w:t xml:space="preserve">allay</w:t>
      </w:r>
      <w:r>
        <w:rPr>
          <w:b/>
          <w:bCs/>
        </w:rPr>
        <w:t xml:space="preserve"> </w:t>
      </w:r>
      <w:r>
        <w:rPr>
          <w:b/>
          <w:bCs/>
        </w:rPr>
        <w:t xml:space="preserve">his fear.</w:t>
      </w:r>
      <w:r>
        <w:br/>
      </w:r>
      <w:r>
        <w:t xml:space="preserve">    (a) reduce the intensity of; or calm</w:t>
      </w:r>
      <w:r>
        <w:br/>
      </w:r>
      <w:r>
        <w:t xml:space="preserve">    (b) interact again or interest again</w:t>
      </w:r>
      <w:r>
        <w:br/>
      </w:r>
      <w:r>
        <w:t xml:space="preserve">    (c) genetic change through evolution</w:t>
      </w:r>
    </w:p>
    <w:p>
      <w:pPr>
        <w:pStyle w:val="Compact"/>
        <w:numPr>
          <w:ilvl w:val="0"/>
          <w:numId w:val="1001"/>
        </w:numPr>
      </w:pPr>
      <w:r>
        <w:rPr>
          <w:b/>
          <w:bCs/>
        </w:rPr>
        <w:t xml:space="preserve">When Dawn that lights the world of mortals came for the tenth day, they carried greathearted Hektor out at last, and all in tears placed his dead body high upon its</w:t>
      </w:r>
      <w:r>
        <w:rPr>
          <w:b/>
          <w:bCs/>
        </w:rPr>
        <w:t xml:space="preserve"> </w:t>
      </w:r>
      <w:r>
        <w:rPr>
          <w:b/>
          <w:bCs/>
          <w:u w:val="single"/>
        </w:rPr>
        <w:t xml:space="preserve">pyre</w:t>
      </w:r>
      <w:r>
        <w:rPr>
          <w:b/>
          <w:bCs/>
        </w:rPr>
        <w:t xml:space="preserve">, then cast a torch below.</w:t>
      </w:r>
      <w:r>
        <w:br/>
      </w:r>
      <w:r>
        <w:t xml:space="preserve">    (a) meticulousness (care about small details)</w:t>
      </w:r>
      <w:r>
        <w:br/>
      </w:r>
      <w:r>
        <w:t xml:space="preserve">    (b) a particular understanding or explanation</w:t>
      </w:r>
      <w:r>
        <w:br/>
      </w:r>
      <w:r>
        <w:t xml:space="preserve">    (c) a pile of wood or other burnable material</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2026-05-20T13:47:29Z</dcterms:created>
  <dcterms:modified xsi:type="dcterms:W3CDTF">2026-05-20T13:47:29Z</dcterms:modified>
</cp:coreProperties>
</file>

<file path=docProps/custom.xml><?xml version="1.0" encoding="utf-8"?>
<Properties xmlns="http://schemas.openxmlformats.org/officeDocument/2006/custom-properties" xmlns:vt="http://schemas.openxmlformats.org/officeDocument/2006/docPropsVTypes"/>
</file>