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636fe60106cea32d47a8c0762c312bc1e25e73"/>
    <w:p>
      <w:pPr>
        <w:pStyle w:val="Heading1"/>
      </w:pPr>
      <w:r>
        <w:rPr>
          <w:b/>
          <w:bCs/>
        </w:rPr>
        <w:t xml:space="preserve">A Good Man is Hard to Find AND OTHER STORIES</w:t>
      </w:r>
      <w:r>
        <w:br/>
      </w:r>
      <w:r>
        <w:rPr>
          <w:i/>
          <w:iCs/>
        </w:rPr>
        <w:t xml:space="preserve">Flannery O'Connor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migraines since childhood.</w:t>
      </w:r>
      <w:r>
        <w:br/>
      </w:r>
      <w:r>
        <w:t xml:space="preserve">    (a) surprised by</w:t>
      </w:r>
      <w:r>
        <w:br/>
      </w:r>
      <w:r>
        <w:t xml:space="preserve">    (b) made to suffer</w:t>
      </w:r>
      <w:r>
        <w:br/>
      </w:r>
      <w:r>
        <w:t xml:space="preserve">    (c) worried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often see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amble</w:t>
      </w:r>
      <w:r>
        <w:rPr>
          <w:b/>
          <w:bCs/>
        </w:rPr>
        <w:t xml:space="preserve"> </w:t>
      </w:r>
      <w:r>
        <w:rPr>
          <w:b/>
          <w:bCs/>
        </w:rPr>
        <w:t xml:space="preserve">along the beach at sunset.</w:t>
      </w:r>
      <w:r>
        <w:br/>
      </w:r>
      <w:r>
        <w:t xml:space="preserve">    (a) power walk</w:t>
      </w:r>
      <w:r>
        <w:br/>
      </w:r>
      <w:r>
        <w:t xml:space="preserve">    (b) jog</w:t>
      </w:r>
      <w:r>
        <w:br/>
      </w:r>
      <w:r>
        <w:t xml:space="preserve">    (c) walk leisurely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took place at the local church on Sunday.</w:t>
      </w:r>
      <w:r>
        <w:br/>
      </w:r>
      <w:r>
        <w:t xml:space="preserve">    (a) first birthday party</w:t>
      </w:r>
      <w:r>
        <w:br/>
      </w:r>
      <w:r>
        <w:t xml:space="preserve">    (b) religious ceremony</w:t>
      </w:r>
      <w:r>
        <w:br/>
      </w:r>
      <w:r>
        <w:t xml:space="preserve">    (c) doctor's appointment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displaced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hurricane.</w:t>
      </w:r>
      <w:r>
        <w:br/>
      </w:r>
      <w:r>
        <w:t xml:space="preserve">    (a) injured</w:t>
      </w:r>
      <w:r>
        <w:br/>
      </w:r>
      <w:r>
        <w:t xml:space="preserve">    (b) put to work</w:t>
      </w:r>
      <w:r>
        <w:br/>
      </w:r>
      <w:r>
        <w:t xml:space="preserve">    (c) forced to 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 a sense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foreboding</w:t>
      </w:r>
      <w:r>
        <w:rPr>
          <w:b/>
          <w:bCs/>
        </w:rPr>
        <w:t xml:space="preserve"> </w:t>
      </w:r>
      <w:r>
        <w:rPr>
          <w:b/>
          <w:bCs/>
        </w:rPr>
        <w:t xml:space="preserve">as she approached the abandoned house.</w:t>
      </w:r>
      <w:r>
        <w:br/>
      </w:r>
      <w:r>
        <w:t xml:space="preserve">    (a) dread of what's coming</w:t>
      </w:r>
      <w:r>
        <w:br/>
      </w:r>
      <w:r>
        <w:t xml:space="preserve">    (b) wave of sudden relief</w:t>
      </w:r>
      <w:r>
        <w:br/>
      </w:r>
      <w:r>
        <w:t xml:space="preserve">    (c) memory of past 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disrespectfully bold</w:t>
      </w:r>
      <w:r>
        <w:br/>
      </w:r>
      <w:r>
        <w:t xml:space="preserve">    (c) thoughtfully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without interest</w:t>
      </w:r>
      <w:r>
        <w:br/>
      </w:r>
      <w:r>
        <w:t xml:space="preserve">    (b) with anger</w:t>
      </w:r>
      <w:r>
        <w:br/>
      </w:r>
      <w:r>
        <w:t xml:space="preserve">    (c) with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defensive about being suspected</w:t>
      </w:r>
      <w:r>
        <w:br/>
      </w:r>
      <w:r>
        <w:t xml:space="preserve">    (b) annoyed at something unjust</w:t>
      </w:r>
      <w:r>
        <w:br/>
      </w:r>
      <w:r>
        <w:t xml:space="preserve">    (c) surprised at the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walked down the street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jaunty</w:t>
      </w:r>
      <w:r>
        <w:rPr>
          <w:b/>
          <w:bCs/>
        </w:rPr>
        <w:t xml:space="preserve"> </w:t>
      </w:r>
      <w:r>
        <w:rPr>
          <w:b/>
          <w:bCs/>
        </w:rPr>
        <w:t xml:space="preserve">stride, whistling a tune.</w:t>
      </w:r>
      <w:r>
        <w:br/>
      </w:r>
      <w:r>
        <w:t xml:space="preserve">    (a) slow and weary</w:t>
      </w:r>
      <w:r>
        <w:br/>
      </w:r>
      <w:r>
        <w:t xml:space="preserve">    (b) stiff and formal</w:t>
      </w:r>
      <w:r>
        <w:br/>
      </w:r>
      <w:r>
        <w:t xml:space="preserve">    (c) lively and cheerful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accident happened at a busy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junction</w:t>
      </w:r>
      <w:r>
        <w:rPr>
          <w:b/>
          <w:bCs/>
        </w:rPr>
        <w:t xml:space="preserve"> </w:t>
      </w:r>
      <w:r>
        <w:rPr>
          <w:b/>
          <w:bCs/>
        </w:rPr>
        <w:t xml:space="preserve">downtown.</w:t>
      </w:r>
      <w:r>
        <w:br/>
      </w:r>
      <w:r>
        <w:t xml:space="preserve">    (a) an intersection</w:t>
      </w:r>
      <w:r>
        <w:br/>
      </w:r>
      <w:r>
        <w:t xml:space="preserve">    (b) an empty field</w:t>
      </w:r>
      <w:r>
        <w:br/>
      </w:r>
      <w:r>
        <w:t xml:space="preserve">    (c) a deep tunnel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tripped on a thick tree root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 out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muddy path.</w:t>
      </w:r>
      <w:r>
        <w:br/>
      </w:r>
      <w:r>
        <w:t xml:space="preserve">    (a) curled up</w:t>
      </w:r>
      <w:r>
        <w:br/>
      </w:r>
      <w:r>
        <w:t xml:space="preserve">    (b) washed away</w:t>
      </w:r>
      <w:r>
        <w:br/>
      </w:r>
      <w:r>
        <w:t xml:space="preserve">    (c) stuck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</w:t>
      </w:r>
      <w:r>
        <w:rPr>
          <w:b/>
          <w:bCs/>
        </w:rPr>
        <w:t xml:space="preserve"> </w:t>
      </w:r>
      <w:r>
        <w:rPr>
          <w:b/>
          <w:bCs/>
        </w:rPr>
        <w:t xml:space="preserve">to forget something that important.</w:t>
      </w:r>
      <w:r>
        <w:br/>
      </w:r>
      <w:r>
        <w:t xml:space="preserve">    (a) the state or degree of being less than zero</w:t>
      </w:r>
      <w:r>
        <w:br/>
      </w:r>
      <w:r>
        <w:t xml:space="preserve">    (b) the state or degree of being bad or harmful</w:t>
      </w:r>
      <w:r>
        <w:br/>
      </w:r>
      <w:r>
        <w:t xml:space="preserve">    (c) likely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lead can be harmful to children.</w:t>
      </w:r>
      <w:r>
        <w:br/>
      </w:r>
      <w:r>
        <w:t xml:space="preserve">    (a) 60 seconds</w:t>
      </w:r>
      <w:r>
        <w:br/>
      </w:r>
      <w:r>
        <w:t xml:space="preserve">    (b) large</w:t>
      </w:r>
      <w:r>
        <w:br/>
      </w:r>
      <w:r>
        <w:t xml:space="preserve">    (c) tiny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quickly eliminated</w:t>
      </w:r>
      <w:r>
        <w:br/>
      </w:r>
      <w:r>
        <w:t xml:space="preserve">    (b) available from prior research</w:t>
      </w:r>
      <w:r>
        <w:br/>
      </w:r>
      <w:r>
        <w:t xml:space="preserve">    (c) including even small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 family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obligation</w:t>
      </w:r>
      <w:r>
        <w:rPr>
          <w:b/>
          <w:bCs/>
        </w:rPr>
        <w:t xml:space="preserve"> </w:t>
      </w:r>
      <w:r>
        <w:rPr>
          <w:b/>
          <w:bCs/>
        </w:rPr>
        <w:t xml:space="preserve">Saturday afternoon.</w:t>
      </w:r>
      <w:r>
        <w:br/>
      </w:r>
      <w:r>
        <w:t xml:space="preserve">    (a) emergency</w:t>
      </w:r>
      <w:r>
        <w:br/>
      </w:r>
      <w:r>
        <w:t xml:space="preserve">    (b) meeting</w:t>
      </w:r>
      <w:r>
        <w:br/>
      </w:r>
      <w:r>
        <w:t xml:space="preserve">    (c) duty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clouds looking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I'm afraid there will be a bad storm.</w:t>
      </w:r>
      <w:r>
        <w:br/>
      </w:r>
      <w:r>
        <w:t xml:space="preserve">    (a) fast-moving</w:t>
      </w:r>
      <w:r>
        <w:br/>
      </w:r>
      <w:r>
        <w:t xml:space="preserve">    (b) huge</w:t>
      </w:r>
      <w:r>
        <w:br/>
      </w:r>
      <w:r>
        <w:t xml:space="preserve">    (c) threatening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dislikes and avoids</w:t>
      </w:r>
      <w:r>
        <w:br/>
      </w:r>
      <w:r>
        <w:t xml:space="preserve">    (b) thoroughly enjoys</w:t>
      </w:r>
      <w:r>
        <w:br/>
      </w:r>
      <w:r>
        <w:t xml:space="preserve">    (c) deeply 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faced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from independent reviewers.</w:t>
      </w:r>
      <w:r>
        <w:br/>
      </w:r>
      <w:r>
        <w:t xml:space="preserve">    (a) careful examination</w:t>
      </w:r>
      <w:r>
        <w:br/>
      </w:r>
      <w:r>
        <w:t xml:space="preserve">    (b) strong support</w:t>
      </w:r>
      <w:r>
        <w:br/>
      </w:r>
      <w:r>
        <w:t xml:space="preserve">    (c) quick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dressed in dark colors</w:t>
      </w:r>
      <w:r>
        <w:br/>
      </w:r>
      <w:r>
        <w:t xml:space="preserve">    (b) teary eyed</w:t>
      </w:r>
      <w:r>
        <w:br/>
      </w:r>
      <w:r>
        <w:t xml:space="preserve">    (c) serious and dignified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sulked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rest of the week when she learned she would not make the starting team.</w:t>
      </w:r>
      <w:r>
        <w:br/>
      </w:r>
      <w:r>
        <w:t xml:space="preserve">    (a) was angry and lashed out</w:t>
      </w:r>
      <w:r>
        <w:br/>
      </w:r>
      <w:r>
        <w:t xml:space="preserve">    (b) worked tirelessly to improve</w:t>
      </w:r>
      <w:r>
        <w:br/>
      </w:r>
      <w:r>
        <w:t xml:space="preserve">    (c) was unhappy and unsociable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2026-07-31T17:52:41Z</dcterms:created>
  <dcterms:modified xsi:type="dcterms:W3CDTF">2026-07-31T17:52:41Z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