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b89a10508837f5b294ae65d488b5fee44c738f"/>
    <w:p>
      <w:pPr>
        <w:pStyle w:val="Heading1"/>
      </w:pPr>
      <w:r>
        <w:rPr>
          <w:b/>
          <w:bCs/>
        </w:rPr>
        <w:t xml:space="preserve">A Feast For Crows</w:t>
      </w:r>
      <w:r>
        <w:br/>
      </w:r>
      <w:r>
        <w:rPr>
          <w:i/>
          <w:iCs/>
        </w:rPr>
        <w:t xml:space="preserve">George R. R. Martin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am no thief," he had told the man who called himself the alchemist, "I am a novice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."</w:t>
      </w:r>
      <w:r>
        <w:br/>
      </w:r>
      <w:r>
        <w:t xml:space="preserve">    (a) island (that is made of a coral reef)</w:t>
      </w:r>
      <w:r>
        <w:br/>
      </w:r>
      <w:r>
        <w:t xml:space="preserve">    (b) dense, rainy forest with many species</w:t>
      </w:r>
      <w:r>
        <w:br/>
      </w:r>
      <w:r>
        <w:t xml:space="preserve">    (c) a stronghold or fortress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Men spoke of seeing him down in the undercity, in rat pits and black brothels,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consorting</w:t>
      </w:r>
      <w:r>
        <w:rPr>
          <w:b/>
          <w:bCs/>
        </w:rPr>
        <w:t xml:space="preserve"> </w:t>
      </w:r>
      <w:r>
        <w:rPr>
          <w:b/>
          <w:bCs/>
        </w:rPr>
        <w:t xml:space="preserve">with mummers, singers, sellswords, even beggars.</w:t>
      </w:r>
      <w:r>
        <w:br/>
      </w:r>
      <w:r>
        <w:t xml:space="preserve">    (a) spending time with</w:t>
      </w:r>
      <w:r>
        <w:br/>
      </w:r>
      <w:r>
        <w:t xml:space="preserve">    (b) helping make clear</w:t>
      </w:r>
      <w:r>
        <w:br/>
      </w:r>
      <w:r>
        <w:t xml:space="preserve">    (c) leaping or jumping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queen must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</w:t>
      </w:r>
      <w:r>
        <w:rPr>
          <w:b/>
          <w:bCs/>
        </w:rPr>
        <w:t xml:space="preserve">.</w:t>
      </w:r>
      <w:r>
        <w:br/>
      </w:r>
      <w:r>
        <w:t xml:space="preserve">    (a) a ceiling designed to affect noise -- typically to decrease noise</w:t>
      </w:r>
      <w:r>
        <w:br/>
      </w:r>
      <w:r>
        <w:t xml:space="preserve">    (b) spouse</w:t>
      </w:r>
      <w:r>
        <w:br/>
      </w:r>
      <w:r>
        <w:t xml:space="preserve">    (c) a person (often a writer or artist) living an unconventional 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scorned</w:t>
      </w:r>
      <w:r>
        <w:rPr>
          <w:b/>
          <w:bCs/>
        </w:rPr>
        <w:t xml:space="preserve"> </w:t>
      </w:r>
      <w:r>
        <w:rPr>
          <w:b/>
          <w:bCs/>
        </w:rPr>
        <w:t xml:space="preserve">by Balon the Brave than beloved of Euron Crow's Eye.</w:t>
      </w:r>
      <w:r>
        <w:br/>
      </w:r>
      <w:r>
        <w:t xml:space="preserve">    (a) disrespected or rejected</w:t>
      </w:r>
      <w:r>
        <w:br/>
      </w:r>
      <w:r>
        <w:t xml:space="preserve">    (b) quoted (to make a point)</w:t>
      </w:r>
      <w:r>
        <w:br/>
      </w:r>
      <w:r>
        <w:t xml:space="preserve">    (c) mirrored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his age and girth, he was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nimble</w:t>
      </w:r>
      <w:r>
        <w:rPr>
          <w:b/>
          <w:bCs/>
        </w:rPr>
        <w:t xml:space="preserve"> </w:t>
      </w:r>
      <w:r>
        <w:rPr>
          <w:b/>
          <w:bCs/>
        </w:rPr>
        <w:t xml:space="preserve">enough, and clever as they came, but meek.</w:t>
      </w:r>
      <w:r>
        <w:br/>
      </w:r>
      <w:r>
        <w:t xml:space="preserve">    (a) quick and agile</w:t>
      </w:r>
      <w:r>
        <w:br/>
      </w:r>
      <w:r>
        <w:t xml:space="preserve">    (b) material wealth</w:t>
      </w:r>
      <w:r>
        <w:br/>
      </w:r>
      <w:r>
        <w:t xml:space="preserve">    (c) strongly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when Tommen had no further need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, the Lady of Casterly Rock would remain a power in the land.</w:t>
      </w:r>
      <w:r>
        <w:br/>
      </w:r>
      <w:r>
        <w:t xml:space="preserve">    (a) someone appointed to a position of temporary or delegated authority -- such as a temporarily while the king or queen is too young, too sick, or away; or a member of a governing board</w:t>
      </w:r>
      <w:r>
        <w:br/>
      </w:r>
      <w:r>
        <w:t xml:space="preserve">    (b) someone who walks slowly without definite direction  OR  someone who writes or talks without definite direction (changing subjects or rambling rather than in a purposeful direct way)</w:t>
      </w:r>
      <w:r>
        <w:br/>
      </w:r>
      <w:r>
        <w:t xml:space="preserve">    (c) relating to an artistic movement pioneered by Pablo Picasso and Georges Braque that featured surfaces of geometrical planes to depict three-dimensional organic forms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breastplate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as well, and his head in his crested halfhelm.</w:t>
      </w:r>
      <w:r>
        <w:br/>
      </w:r>
      <w:r>
        <w:t xml:space="preserve">    (a) examine in detail to better understand</w:t>
      </w:r>
      <w:r>
        <w:br/>
      </w:r>
      <w:r>
        <w:t xml:space="preserve">    (b) made of a type of high-quality metal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sieges</w:t>
      </w:r>
      <w:r>
        <w:rPr>
          <w:b/>
          <w:bCs/>
        </w:rPr>
        <w:t xml:space="preserve"> </w:t>
      </w:r>
      <w:r>
        <w:rPr>
          <w:b/>
          <w:bCs/>
        </w:rPr>
        <w:t xml:space="preserve">have their dangers," she murmured.</w:t>
      </w:r>
      <w:r>
        <w:br/>
      </w:r>
      <w:r>
        <w:t xml:space="preserve">    (a)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(b) melodies that, after a short interval, are exactly repeated by a different instrument or voice to create competing melodic lines (instances of strict counterpoint)</w:t>
      </w:r>
      <w:r>
        <w:br/>
      </w:r>
      <w:r>
        <w:t xml:space="preserve">    (c) a military tactic in which a fortified place is surrounded and isolated while it is attacked over time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 prolonged attack, effort, or period of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Brienne let the bread fall from her hands and wiped the crumbs off on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breeches</w:t>
      </w:r>
      <w:r>
        <w:rPr>
          <w:b/>
          <w:bCs/>
        </w:rPr>
        <w:t xml:space="preserve">.</w:t>
      </w:r>
      <w:r>
        <w:br/>
      </w:r>
      <w:r>
        <w:t xml:space="preserve">    (a) names</w:t>
      </w:r>
      <w:r>
        <w:br/>
      </w:r>
      <w:r>
        <w:t xml:space="preserve">    (b) views</w:t>
      </w:r>
      <w:r>
        <w:br/>
      </w:r>
      <w:r>
        <w:t xml:space="preserve">    (c) pants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auburn</w:t>
      </w:r>
      <w:r>
        <w:rPr>
          <w:b/>
          <w:bCs/>
        </w:rPr>
        <w:t xml:space="preserve"> </w:t>
      </w:r>
      <w:r>
        <w:rPr>
          <w:b/>
          <w:bCs/>
        </w:rPr>
        <w:t xml:space="preserve">hair, thick and soft ...the red in it would shine like copper in the light of the torches.</w:t>
      </w:r>
      <w:r>
        <w:br/>
      </w:r>
      <w:r>
        <w:t xml:space="preserve">    (a) reddish-brown</w:t>
      </w:r>
      <w:r>
        <w:br/>
      </w:r>
      <w:r>
        <w:t xml:space="preserve">    (b) challengeable</w:t>
      </w:r>
      <w:r>
        <w:br/>
      </w:r>
      <w:r>
        <w:t xml:space="preserve">    (c) painted white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Marillion by contrast looked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elegant</w:t>
      </w:r>
      <w:r>
        <w:rPr>
          <w:b/>
          <w:bCs/>
        </w:rPr>
        <w:t xml:space="preserve">.</w:t>
      </w:r>
      <w:r>
        <w:br/>
      </w:r>
      <w:r>
        <w:t xml:space="preserve">    (a) graceful and refined</w:t>
      </w:r>
      <w:r>
        <w:br/>
      </w:r>
      <w:r>
        <w:t xml:space="preserve">    (b) sincerity (realness)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sheer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elegance</w:t>
      </w:r>
      <w:r>
        <w:rPr>
          <w:b/>
          <w:bCs/>
        </w:rPr>
        <w:t xml:space="preserve"> </w:t>
      </w:r>
      <w:r>
        <w:rPr>
          <w:b/>
          <w:bCs/>
        </w:rPr>
        <w:t xml:space="preserve">of it that pleased her most.</w:t>
      </w:r>
      <w:r>
        <w:br/>
      </w:r>
      <w:r>
        <w:t xml:space="preserve">    (a) a person who believes that God created the universe, but that he doesn't interfere with how it runs</w:t>
      </w:r>
      <w:r>
        <w:br/>
      </w:r>
      <w:r>
        <w:t xml:space="preserve">    (b) an architectural feature at the top of a roof, usually dome-shaped and opened by windows or columns</w:t>
      </w:r>
      <w:r>
        <w:br/>
      </w:r>
      <w:r>
        <w:t xml:space="preserve">    (c) simplicity and effectiveness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Terrence Toyne's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 </w:t>
      </w:r>
      <w:r>
        <w:rPr>
          <w:b/>
          <w:bCs/>
        </w:rPr>
        <w:t xml:space="preserve">and the deceits of Lucamore the Lusty were recorded in the White Book, but there was no hint of a woman on Prince Lewyn's page.</w:t>
      </w:r>
      <w:r>
        <w:br/>
      </w:r>
      <w:r>
        <w:t xml:space="preserve">    (a) untied or released</w:t>
      </w:r>
      <w:r>
        <w:br/>
      </w:r>
      <w:r>
        <w:t xml:space="preserve">    (b) an act of betrayal</w:t>
      </w:r>
      <w:r>
        <w:br/>
      </w:r>
      <w:r>
        <w:t xml:space="preserve">    (c)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Stinking Goose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yields</w:t>
      </w:r>
      <w:r>
        <w:rPr>
          <w:b/>
          <w:bCs/>
        </w:rPr>
        <w:t xml:space="preserve"> </w:t>
      </w:r>
      <w:r>
        <w:rPr>
          <w:b/>
          <w:bCs/>
        </w:rPr>
        <w:t xml:space="preserve">nothing, I will take passage on a ship, she decided.</w:t>
      </w:r>
      <w:r>
        <w:br/>
      </w:r>
      <w:r>
        <w:t xml:space="preserve">    (a) formally gives up power, as of monarchs and emperors</w:t>
      </w:r>
      <w:r>
        <w:br/>
      </w:r>
      <w:r>
        <w:t xml:space="preserve">    (b) produces or gives</w:t>
      </w:r>
      <w:r>
        <w:br/>
      </w:r>
      <w:r>
        <w:t xml:space="preserve">    (c) complains or verbally attacks in a loud, excited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, my princess," the captain called, "else we must slay all but the child and yourself, by your father's word."</w:t>
      </w:r>
      <w:r>
        <w:br/>
      </w:r>
      <w:r>
        <w:t xml:space="preserve">    (a) give up (surrender), give in, or give way</w:t>
      </w:r>
      <w:r>
        <w:br/>
      </w:r>
      <w:r>
        <w:t xml:space="preserve">    (b) an involuntary vomiting spasm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boats instead of horses, and their mummers play out written stories instead of just making up the usual stupid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farces</w:t>
      </w:r>
      <w:r>
        <w:rPr>
          <w:b/>
          <w:bCs/>
        </w:rPr>
        <w:t xml:space="preserve">.</w:t>
      </w:r>
      <w:r>
        <w:br/>
      </w:r>
      <w:r>
        <w:t xml:space="preserve">    (a) forces into an undesired activity or situation -- such as legally sentencing someone to punishment  OR  finds guilty -- especially in court  OR  provides the means of finding guilty</w:t>
      </w:r>
      <w:r>
        <w:br/>
      </w:r>
      <w:r>
        <w:t xml:space="preserve">    (b) treats in a manner that demonstrates a sense of superiority, but is supposed to seem kind  OR  the actions of a patron (supports someone or something; or is a customer)</w:t>
      </w:r>
      <w:r>
        <w:br/>
      </w:r>
      <w:r>
        <w:t xml:space="preserve">    (c) a ridiculous, exaggerated situation too absurd to be taken seriously; or a type of comedy that relies on absurd humor, using physical slapstick, unlikely situations, and deliberate misunderstandings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jousting</w:t>
      </w:r>
      <w:r>
        <w:rPr>
          <w:b/>
          <w:bCs/>
        </w:rPr>
        <w:t xml:space="preserve"> </w:t>
      </w:r>
      <w:r>
        <w:rPr>
          <w:b/>
          <w:bCs/>
        </w:rPr>
        <w:t xml:space="preserve">days are done, he thought as he dismounted ...but all the same, he stopped to watch a while.</w:t>
      </w:r>
      <w:r>
        <w:br/>
      </w:r>
      <w:r>
        <w:t xml:space="preserve">    (a) "spiritual renewing" a person in a Christian ceremony  OR  initiating or purifying by a challenging experience</w:t>
      </w:r>
      <w:r>
        <w:br/>
      </w:r>
      <w:r>
        <w:t xml:space="preserve">    (b) turning in the opposite position -- such as upside down, inside out, or (of two things) switching their position</w:t>
      </w:r>
      <w:r>
        <w:br/>
      </w:r>
      <w:r>
        <w:t xml:space="preserve">    (c) competing in a contest to knock each other off horses with blunted lances  OR  competing in any kind of contest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"No," the king muttered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sullenly</w:t>
      </w:r>
      <w:r>
        <w:rPr>
          <w:b/>
          <w:bCs/>
        </w:rPr>
        <w:t xml:space="preserve">.</w:t>
      </w:r>
      <w:r>
        <w:br/>
      </w:r>
      <w:r>
        <w:t xml:space="preserve">    (a) in a manner that involves betrayal</w:t>
      </w:r>
      <w:r>
        <w:br/>
      </w:r>
      <w:r>
        <w:t xml:space="preserve">    (b) in a manner that calls or attracts</w:t>
      </w:r>
      <w:r>
        <w:br/>
      </w:r>
      <w:r>
        <w:t xml:space="preserve">    (c) in an unhappy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Ahead loomed the Great Sept of Baelor, with its magnificent dome and seven shining towers, but between her and the marble steps lay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sea of humanity, brown and ragged and unwashed.</w:t>
      </w:r>
      <w:r>
        <w:br/>
      </w:r>
      <w:r>
        <w:t xml:space="preserve">    (a) sticks out</w:t>
      </w:r>
      <w:r>
        <w:br/>
      </w:r>
      <w:r>
        <w:t xml:space="preserve">    (b) translates</w:t>
      </w:r>
      <w:r>
        <w:br/>
      </w:r>
      <w:r>
        <w:t xml:space="preserve">    (c)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Blue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played for us, and Ser Tallad showed us how to fight with a staff the way the smallfolk do.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someone who composes and recites or sings poems about important events and people; or (as a proper noun) Shakespeare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2026-07-31T19:32:47Z</dcterms:created>
  <dcterms:modified xsi:type="dcterms:W3CDTF">2026-07-31T19:32:47Z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