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3d731335c2dc0ace8537002b23862ecade669f0"/>
    <w:p>
      <w:pPr>
        <w:pStyle w:val="Heading1"/>
      </w:pPr>
      <w:r>
        <w:rPr>
          <w:b/>
          <w:bCs/>
        </w:rPr>
        <w:t xml:space="preserve">A Farewell to Arms</w:t>
      </w:r>
      <w:r>
        <w:br/>
      </w:r>
      <w:r>
        <w:rPr>
          <w:i/>
          <w:iCs/>
        </w:rPr>
        <w:t xml:space="preserve">Ernest Hemingway</w:t>
      </w:r>
      <w:r>
        <w:br/>
      </w:r>
      <w:r>
        <w:rPr>
          <w:b/>
          <w:bCs/>
        </w:rPr>
        <w:t xml:space="preserve">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didn’t call herself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anarchist</w:t>
      </w:r>
      <w:r>
        <w:rPr>
          <w:b/>
          <w:bCs/>
        </w:rPr>
        <w:t xml:space="preserve">, but she refused to follow rules she saw as unfair.</w:t>
      </w:r>
      <w:r>
        <w:br/>
      </w:r>
      <w:r>
        <w:t xml:space="preserve">    (a) someone against authority</w:t>
      </w:r>
      <w:r>
        <w:br/>
      </w:r>
      <w:r>
        <w:t xml:space="preserve">    (b) someone who gives advice</w:t>
      </w:r>
      <w:r>
        <w:br/>
      </w:r>
      <w:r>
        <w:t xml:space="preserve">    (c) someone with anxiety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hunter cleaned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breech</w:t>
      </w:r>
      <w:r>
        <w:rPr>
          <w:b/>
          <w:bCs/>
        </w:rPr>
        <w:t xml:space="preserve"> </w:t>
      </w:r>
      <w:r>
        <w:rPr>
          <w:b/>
          <w:bCs/>
        </w:rPr>
        <w:t xml:space="preserve">after firing several rounds at the target.</w:t>
      </w:r>
      <w:r>
        <w:br/>
      </w:r>
      <w:r>
        <w:t xml:space="preserve">    (a) back of a firearm</w:t>
      </w:r>
      <w:r>
        <w:br/>
      </w:r>
      <w:r>
        <w:t xml:space="preserve">    (b) tip of an arrow</w:t>
      </w:r>
      <w:r>
        <w:br/>
      </w:r>
      <w:r>
        <w:t xml:space="preserve">    (c) edge of a blade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conceit</w:t>
      </w:r>
      <w:r>
        <w:rPr>
          <w:b/>
          <w:bCs/>
        </w:rPr>
        <w:t xml:space="preserve"> </w:t>
      </w:r>
      <w:r>
        <w:rPr>
          <w:b/>
          <w:bCs/>
        </w:rPr>
        <w:t xml:space="preserve">showed in the way she interrupted others and assumed she was always the smartest person in the room.</w:t>
      </w:r>
      <w:r>
        <w:br/>
      </w:r>
      <w:r>
        <w:t xml:space="preserve">    (a) arrogance</w:t>
      </w:r>
      <w:r>
        <w:br/>
      </w:r>
      <w:r>
        <w:t xml:space="preserve">    (b) ignorance</w:t>
      </w:r>
      <w:r>
        <w:br/>
      </w:r>
      <w:r>
        <w:t xml:space="preserve">    (c) encouragement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There was quite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contrast</w:t>
      </w:r>
      <w:r>
        <w:rPr>
          <w:b/>
          <w:bCs/>
        </w:rPr>
        <w:t xml:space="preserve"> </w:t>
      </w:r>
      <w:r>
        <w:rPr>
          <w:b/>
          <w:bCs/>
        </w:rPr>
        <w:t xml:space="preserve">between the styles of the two teachers.</w:t>
      </w:r>
      <w:r>
        <w:br/>
      </w:r>
      <w:r>
        <w:t xml:space="preserve">    (a) notable difference</w:t>
      </w:r>
      <w:r>
        <w:br/>
      </w:r>
      <w:r>
        <w:t xml:space="preserve">    (b) covering of all styles</w:t>
      </w:r>
      <w:r>
        <w:br/>
      </w:r>
      <w:r>
        <w:t xml:space="preserve">    (c) notable similarity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India has twenty-two officially recognized languages and thousands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dialects</w:t>
      </w:r>
      <w:r>
        <w:rPr>
          <w:b/>
          <w:bCs/>
        </w:rPr>
        <w:t xml:space="preserve">.</w:t>
      </w:r>
      <w:r>
        <w:br/>
      </w:r>
      <w:r>
        <w:t xml:space="preserve">    (a) words shared by different languages</w:t>
      </w:r>
      <w:r>
        <w:br/>
      </w:r>
      <w:r>
        <w:t xml:space="preserve">    (b) regional varieties of languages</w:t>
      </w:r>
      <w:r>
        <w:br/>
      </w:r>
      <w:r>
        <w:t xml:space="preserve">    (c) different ethnic groups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When she graduated from college the job market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dismal</w:t>
      </w:r>
      <w:r>
        <w:rPr>
          <w:b/>
          <w:bCs/>
        </w:rPr>
        <w:t xml:space="preserve">.</w:t>
      </w:r>
      <w:r>
        <w:br/>
      </w:r>
      <w:r>
        <w:t xml:space="preserve">    (a) terrible or depressing</w:t>
      </w:r>
      <w:r>
        <w:br/>
      </w:r>
      <w:r>
        <w:t xml:space="preserve">    (b) promising but unusual</w:t>
      </w:r>
      <w:r>
        <w:br/>
      </w:r>
      <w:r>
        <w:t xml:space="preserve">    (c) especially good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thought it was just a sprain, but after the swelling didn’t go down for a week, the X-ray showed a hairline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fracture</w:t>
      </w:r>
      <w:r>
        <w:rPr>
          <w:b/>
          <w:bCs/>
        </w:rPr>
        <w:t xml:space="preserve"> </w:t>
      </w:r>
      <w:r>
        <w:rPr>
          <w:b/>
          <w:bCs/>
        </w:rPr>
        <w:t xml:space="preserve">in her ankle.</w:t>
      </w:r>
      <w:r>
        <w:br/>
      </w:r>
      <w:r>
        <w:t xml:space="preserve">    (a) crack</w:t>
      </w:r>
      <w:r>
        <w:br/>
      </w:r>
      <w:r>
        <w:t xml:space="preserve">    (b) bruise</w:t>
      </w:r>
      <w:r>
        <w:br/>
      </w:r>
      <w:r>
        <w:t xml:space="preserve">    (c) twist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Don Quixote looked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gaunt</w:t>
      </w:r>
      <w:r>
        <w:rPr>
          <w:b/>
          <w:bCs/>
        </w:rPr>
        <w:t xml:space="preserve"> </w:t>
      </w:r>
      <w:r>
        <w:rPr>
          <w:b/>
          <w:bCs/>
        </w:rPr>
        <w:t xml:space="preserve">and tired.</w:t>
      </w:r>
      <w:r>
        <w:br/>
      </w:r>
      <w:r>
        <w:t xml:space="preserve">    (a) very worried</w:t>
      </w:r>
      <w:r>
        <w:br/>
      </w:r>
      <w:r>
        <w:t xml:space="preserve">    (b) very bored</w:t>
      </w:r>
      <w:r>
        <w:br/>
      </w:r>
      <w:r>
        <w:t xml:space="preserve">    (c) very thin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died of a brain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hemorrhage</w:t>
      </w:r>
      <w:r>
        <w:rPr>
          <w:b/>
          <w:bCs/>
        </w:rPr>
        <w:t xml:space="preserve"> </w:t>
      </w:r>
      <w:r>
        <w:rPr>
          <w:b/>
          <w:bCs/>
        </w:rPr>
        <w:t xml:space="preserve">caused by "blunt impact" to her head.</w:t>
      </w:r>
      <w:r>
        <w:br/>
      </w:r>
      <w:r>
        <w:t xml:space="preserve">    (a) severe bleeding</w:t>
      </w:r>
      <w:r>
        <w:br/>
      </w:r>
      <w:r>
        <w:t xml:space="preserve">    (b) severe pain</w:t>
      </w:r>
      <w:r>
        <w:br/>
      </w:r>
      <w:r>
        <w:t xml:space="preserve">    (c) severe swelling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doctor said the redness around the cut was caused by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inflammation</w:t>
      </w:r>
      <w:r>
        <w:rPr>
          <w:b/>
          <w:bCs/>
        </w:rPr>
        <w:t xml:space="preserve">.</w:t>
      </w:r>
      <w:r>
        <w:br/>
      </w:r>
      <w:r>
        <w:t xml:space="preserve">    (a) steady heartbeat</w:t>
      </w:r>
      <w:r>
        <w:br/>
      </w:r>
      <w:r>
        <w:t xml:space="preserve">    (b) broken bone</w:t>
      </w:r>
      <w:r>
        <w:br/>
      </w:r>
      <w:r>
        <w:t xml:space="preserve">    (c) tissue swelling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have a family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obligation</w:t>
      </w:r>
      <w:r>
        <w:rPr>
          <w:b/>
          <w:bCs/>
        </w:rPr>
        <w:t xml:space="preserve"> </w:t>
      </w:r>
      <w:r>
        <w:rPr>
          <w:b/>
          <w:bCs/>
        </w:rPr>
        <w:t xml:space="preserve">Saturday afternoon.</w:t>
      </w:r>
      <w:r>
        <w:br/>
      </w:r>
      <w:r>
        <w:t xml:space="preserve">    (a) emergency</w:t>
      </w:r>
      <w:r>
        <w:br/>
      </w:r>
      <w:r>
        <w:t xml:space="preserve">    (b) duty</w:t>
      </w:r>
      <w:r>
        <w:br/>
      </w:r>
      <w:r>
        <w:t xml:space="preserve">    (c) meeting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1932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peasant</w:t>
      </w:r>
      <w:r>
        <w:rPr>
          <w:b/>
          <w:bCs/>
        </w:rPr>
        <w:t xml:space="preserve"> </w:t>
      </w:r>
      <w:r>
        <w:rPr>
          <w:b/>
          <w:bCs/>
        </w:rPr>
        <w:t xml:space="preserve">revolt in Su County, China stopped collection of the poppy tax.</w:t>
      </w:r>
      <w:r>
        <w:br/>
      </w:r>
      <w:r>
        <w:t xml:space="preserve">    (a) city dweller</w:t>
      </w:r>
      <w:r>
        <w:br/>
      </w:r>
      <w:r>
        <w:t xml:space="preserve">    (b) poor farmer</w:t>
      </w:r>
      <w:r>
        <w:br/>
      </w:r>
      <w:r>
        <w:t xml:space="preserve">    (c) young person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committee will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probe</w:t>
      </w:r>
      <w:r>
        <w:rPr>
          <w:b/>
          <w:bCs/>
        </w:rPr>
        <w:t xml:space="preserve"> </w:t>
      </w:r>
      <w:r>
        <w:rPr>
          <w:b/>
          <w:bCs/>
        </w:rPr>
        <w:t xml:space="preserve">the cause of the failure.</w:t>
      </w:r>
      <w:r>
        <w:br/>
      </w:r>
      <w:r>
        <w:t xml:space="preserve">    (a) investigate</w:t>
      </w:r>
      <w:r>
        <w:br/>
      </w:r>
      <w:r>
        <w:t xml:space="preserve">    (b) make better</w:t>
      </w:r>
      <w:r>
        <w:br/>
      </w:r>
      <w:r>
        <w:t xml:space="preserve">    (c) make worse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Finally, there was an end to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protracted</w:t>
      </w:r>
      <w:r>
        <w:rPr>
          <w:b/>
          <w:bCs/>
        </w:rPr>
        <w:t xml:space="preserve"> </w:t>
      </w:r>
      <w:r>
        <w:rPr>
          <w:b/>
          <w:bCs/>
        </w:rPr>
        <w:t xml:space="preserve">conflict.</w:t>
      </w:r>
      <w:r>
        <w:br/>
      </w:r>
      <w:r>
        <w:t xml:space="preserve">    (a) long</w:t>
      </w:r>
      <w:r>
        <w:br/>
      </w:r>
      <w:r>
        <w:t xml:space="preserve">    (b) needless</w:t>
      </w:r>
      <w:r>
        <w:br/>
      </w:r>
      <w:r>
        <w:t xml:space="preserve">    (c) violent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expressed my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remorse</w:t>
      </w:r>
      <w:r>
        <w:rPr>
          <w:b/>
          <w:bCs/>
        </w:rPr>
        <w:t xml:space="preserve"> </w:t>
      </w:r>
      <w:r>
        <w:rPr>
          <w:b/>
          <w:bCs/>
        </w:rPr>
        <w:t xml:space="preserve">at having let them down.</w:t>
      </w:r>
      <w:r>
        <w:br/>
      </w:r>
      <w:r>
        <w:t xml:space="preserve">    (a) regret</w:t>
      </w:r>
      <w:r>
        <w:br/>
      </w:r>
      <w:r>
        <w:t xml:space="preserve">    (b) frustration</w:t>
      </w:r>
      <w:r>
        <w:br/>
      </w:r>
      <w:r>
        <w:t xml:space="preserve">    (c) worry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Societies calling themselves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socialist</w:t>
      </w:r>
      <w:r>
        <w:rPr>
          <w:b/>
          <w:bCs/>
        </w:rPr>
        <w:t xml:space="preserve"> </w:t>
      </w:r>
      <w:r>
        <w:rPr>
          <w:b/>
          <w:bCs/>
        </w:rPr>
        <w:t xml:space="preserve">range from Western-style democracies to dictatorships.</w:t>
      </w:r>
      <w:r>
        <w:br/>
      </w:r>
      <w:r>
        <w:t xml:space="preserve">    (a) with an economic system that has a complete absence of political authority</w:t>
      </w:r>
      <w:r>
        <w:br/>
      </w:r>
      <w:r>
        <w:t xml:space="preserve">    (b) with an economic system based on private ownership of property and businesses</w:t>
      </w:r>
      <w:r>
        <w:br/>
      </w:r>
      <w:r>
        <w:t xml:space="preserve">    (c) with an economic system based on government control of all important companies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clothesline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taut</w:t>
      </w:r>
      <w:r>
        <w:rPr>
          <w:b/>
          <w:bCs/>
        </w:rPr>
        <w:t xml:space="preserve"> </w:t>
      </w:r>
      <w:r>
        <w:rPr>
          <w:b/>
          <w:bCs/>
        </w:rPr>
        <w:t xml:space="preserve">between the two trees in the yard.</w:t>
      </w:r>
      <w:r>
        <w:br/>
      </w:r>
      <w:r>
        <w:t xml:space="preserve">    (a) tight</w:t>
      </w:r>
      <w:r>
        <w:br/>
      </w:r>
      <w:r>
        <w:t xml:space="preserve">    (b) noisy</w:t>
      </w:r>
      <w:r>
        <w:br/>
      </w:r>
      <w:r>
        <w:t xml:space="preserve">    (c) shiny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 booster shot is recommended every ten years to protect against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tetanus</w:t>
      </w:r>
      <w:r>
        <w:rPr>
          <w:b/>
          <w:bCs/>
        </w:rPr>
        <w:t xml:space="preserve">.</w:t>
      </w:r>
      <w:r>
        <w:br/>
      </w:r>
      <w:r>
        <w:t xml:space="preserve">    (a) a sexually transmitted infection</w:t>
      </w:r>
      <w:r>
        <w:br/>
      </w:r>
      <w:r>
        <w:t xml:space="preserve">    (b) viral infection from mosquito bites</w:t>
      </w:r>
      <w:r>
        <w:br/>
      </w:r>
      <w:r>
        <w:t xml:space="preserve">    (c) bacterial infection from puncture wounds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has served her country with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valor</w:t>
      </w:r>
      <w:r>
        <w:rPr>
          <w:b/>
          <w:bCs/>
        </w:rPr>
        <w:t xml:space="preserve">.</w:t>
      </w:r>
      <w:r>
        <w:br/>
      </w:r>
      <w:r>
        <w:t xml:space="preserve">    (a) wisdom</w:t>
      </w:r>
      <w:r>
        <w:br/>
      </w:r>
      <w:r>
        <w:t xml:space="preserve">    (b) enthusiasm</w:t>
      </w:r>
      <w:r>
        <w:br/>
      </w:r>
      <w:r>
        <w:t xml:space="preserve">    (c) courage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restaurant has a beautiful ocean view. You can almost always waves breaking on shore as well as distant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whitecaps</w:t>
      </w:r>
      <w:r>
        <w:rPr>
          <w:b/>
          <w:bCs/>
        </w:rPr>
        <w:t xml:space="preserve">.</w:t>
      </w:r>
      <w:r>
        <w:br/>
      </w:r>
      <w:r>
        <w:t xml:space="preserve">    (a) seagulls with a gray body &amp; white head</w:t>
      </w:r>
      <w:r>
        <w:br/>
      </w:r>
      <w:r>
        <w:t xml:space="preserve">    (b) wind-blown waves with white foam at their crest</w:t>
      </w:r>
      <w:r>
        <w:br/>
      </w:r>
      <w:r>
        <w:t xml:space="preserve">    (c) snow-covered mountains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2026-07-31T15:17:15Z</dcterms:created>
  <dcterms:modified xsi:type="dcterms:W3CDTF">2026-07-31T15:17:15Z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