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edf2dee66333677e023d961a64d57b0ae0971e"/>
    <w:p>
      <w:pPr>
        <w:pStyle w:val="Heading1"/>
      </w:pPr>
      <w:r>
        <w:rPr>
          <w:b/>
          <w:bCs/>
        </w:rPr>
        <w:t xml:space="preserve">A Farewell to Arms</w:t>
      </w:r>
      <w:r>
        <w:br/>
      </w:r>
      <w:r>
        <w:rPr>
          <w:i/>
          <w:iCs/>
        </w:rPr>
        <w:t xml:space="preserve">Ernest Hemingway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doesn't want to see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peasants</w:t>
      </w:r>
      <w:r>
        <w:rPr>
          <w:b/>
          <w:bCs/>
        </w:rPr>
        <w:t xml:space="preserve">. Let him go to centres of culture and civilization.</w:t>
      </w:r>
      <w:r>
        <w:br/>
      </w:r>
      <w:r>
        <w:t xml:space="preserve">    (a) uneducated farmers</w:t>
      </w:r>
      <w:r>
        <w:br/>
      </w:r>
      <w:r>
        <w:t xml:space="preserve">    (b) organisms in the early stages of growth prior to birth, hatching, or sprouting; in humans organisms during the first eight weeks of development (prior to the fetal stage)</w:t>
      </w:r>
      <w:r>
        <w:br/>
      </w:r>
      <w:r>
        <w:t xml:space="preserve">    (c) members of an artistic movement pioneered by Pablo Picasso and Georges Braque that featured surfaces of geometrical planes to depict three-dimensional organic forms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Rinaldi took the note, folded it without rising from the bed and slid it in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breeches</w:t>
      </w:r>
      <w:r>
        <w:rPr>
          <w:b/>
          <w:bCs/>
        </w:rPr>
        <w:t xml:space="preserve"> </w:t>
      </w:r>
      <w:r>
        <w:rPr>
          <w:b/>
          <w:bCs/>
        </w:rPr>
        <w:t xml:space="preserve">pocket.</w:t>
      </w:r>
      <w:r>
        <w:br/>
      </w:r>
      <w:r>
        <w:t xml:space="preserve">    (a) names</w:t>
      </w:r>
      <w:r>
        <w:br/>
      </w:r>
      <w:r>
        <w:t xml:space="preserve">    (b) pants</w:t>
      </w:r>
      <w:r>
        <w:br/>
      </w:r>
      <w:r>
        <w:t xml:space="preserve">    (c) views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course some of the bonds were not accounted for but the priest had all of the three per cent bonds and several local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obligations</w:t>
      </w:r>
      <w:r>
        <w:rPr>
          <w:b/>
          <w:bCs/>
        </w:rPr>
        <w:t xml:space="preserve">, I forget exactly what they were.</w:t>
      </w:r>
      <w:r>
        <w:br/>
      </w:r>
      <w:r>
        <w:t xml:space="preserve">    (a) copies</w:t>
      </w:r>
      <w:r>
        <w:br/>
      </w:r>
      <w:r>
        <w:t xml:space="preserve">    (b) a duty</w:t>
      </w:r>
      <w:r>
        <w:br/>
      </w:r>
      <w:r>
        <w:t xml:space="preserve">    (c) snakes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said there was so much dirt blown into the wound that there had not been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hemorrhage</w:t>
      </w:r>
      <w:r>
        <w:rPr>
          <w:b/>
          <w:bCs/>
        </w:rPr>
        <w:t xml:space="preserve">.</w:t>
      </w:r>
      <w:r>
        <w:br/>
      </w:r>
      <w:r>
        <w:t xml:space="preserve">    (a) bleeding</w:t>
      </w:r>
      <w:r>
        <w:br/>
      </w:r>
      <w:r>
        <w:t xml:space="preserve">    (b) a regular payment to a person that is intended to allow them to have an income without working</w:t>
      </w:r>
      <w:r>
        <w:br/>
      </w:r>
      <w:r>
        <w:t xml:space="preserve">    (c) (noun) a strip of hair made lighter in color  OR  (verb) making strips of hair lighter in color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Lacerations of the scalp (he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probed</w:t>
      </w:r>
      <w:r>
        <w:rPr>
          <w:b/>
          <w:bCs/>
        </w:rPr>
        <w:t xml:space="preserve"> </w:t>
      </w:r>
      <w:r>
        <w:rPr>
          <w:b/>
          <w:bCs/>
        </w:rPr>
        <w:t xml:space="preserve">Does that hurt?)</w:t>
      </w:r>
      <w:r>
        <w:br/>
      </w:r>
      <w:r>
        <w:t xml:space="preserve">    (a) concentrated</w:t>
      </w:r>
      <w:r>
        <w:br/>
      </w:r>
      <w:r>
        <w:t xml:space="preserve">    (b) investigated (explored the wound with a medical instrument)</w:t>
      </w:r>
      <w:r>
        <w:br/>
      </w:r>
      <w:r>
        <w:t xml:space="preserve">    (c) bounced back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you've got a fracture you don't want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inflammation</w:t>
      </w:r>
      <w:r>
        <w:rPr>
          <w:b/>
          <w:bCs/>
        </w:rPr>
        <w:t xml:space="preserve">.</w:t>
      </w:r>
      <w:r>
        <w:br/>
      </w:r>
      <w:r>
        <w:t xml:space="preserve">    (a) basic rule or belief</w:t>
      </w:r>
      <w:r>
        <w:br/>
      </w:r>
      <w:r>
        <w:t xml:space="preserve">    (b) the act of forgiving</w:t>
      </w:r>
      <w:r>
        <w:br/>
      </w:r>
      <w:r>
        <w:t xml:space="preserve">    (c) swelling and redness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bandaged, his hands moving very fast and the bandage coming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taut</w:t>
      </w:r>
      <w:r>
        <w:rPr>
          <w:b/>
          <w:bCs/>
        </w:rPr>
        <w:t xml:space="preserve"> </w:t>
      </w:r>
      <w:r>
        <w:rPr>
          <w:b/>
          <w:bCs/>
        </w:rPr>
        <w:t xml:space="preserve">and sure.</w:t>
      </w:r>
      <w:r>
        <w:br/>
      </w:r>
      <w:r>
        <w:t xml:space="preserve">    (a) the state or degree of being pessimistic or disagreeable</w:t>
      </w:r>
      <w:r>
        <w:br/>
      </w:r>
      <w:r>
        <w:t xml:space="preserve">    (b) relating to logical examination to improve understanding</w:t>
      </w:r>
      <w:r>
        <w:br/>
      </w:r>
      <w:r>
        <w:t xml:space="preserve">    (c) pulled or drawn tight;</w:t>
      </w:r>
      <w:r>
        <w:br/>
      </w:r>
      <w:r>
        <w:t xml:space="preserve">or: subjected to great tension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Get some more of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Antitetanus</w:t>
      </w:r>
      <w:r>
        <w:rPr>
          <w:b/>
          <w:bCs/>
        </w:rPr>
        <w:t xml:space="preserve">.</w:t>
      </w:r>
      <w:r>
        <w:br/>
      </w:r>
      <w:r>
        <w:t xml:space="preserve">    (a) an agent that works against a bacterial infection that is typically contracted through a puncture wound with a dirty object</w:t>
      </w:r>
      <w:r>
        <w:br/>
      </w:r>
      <w:r>
        <w:t xml:space="preserve">    (b) main character of Mark Twain's classic novel about Huck and Jim's journey down the Mississippi River to find freedom (1884)</w:t>
      </w:r>
      <w:r>
        <w:br/>
      </w:r>
      <w:r>
        <w:t xml:space="preserve">    (c) a baseball pitcher who throws knuckleballs -- a pitch thrown with little spin (so that it moves in an unpredictable manner)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haven't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fracture</w:t>
      </w:r>
      <w:r>
        <w:rPr>
          <w:b/>
          <w:bCs/>
        </w:rPr>
        <w:t xml:space="preserve">.</w:t>
      </w:r>
      <w:r>
        <w:br/>
      </w:r>
      <w:r>
        <w:t xml:space="preserve">    (a) to release from slavery or servitude; or (metaphorically) from social restraints</w:t>
      </w:r>
      <w:r>
        <w:br/>
      </w:r>
      <w:r>
        <w:t xml:space="preserve">    (b) portray or create in a particular way  OR  interpret, translate, or extract from</w:t>
      </w:r>
      <w:r>
        <w:br/>
      </w:r>
      <w:r>
        <w:t xml:space="preserve">    (c) crack (in the bone)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has been proposed for the silver medal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valor</w:t>
      </w:r>
      <w:r>
        <w:rPr>
          <w:b/>
          <w:bCs/>
        </w:rPr>
        <w:t xml:space="preserve">.</w:t>
      </w:r>
      <w:r>
        <w:br/>
      </w:r>
      <w:r>
        <w:t xml:space="preserve">    (a) exceptional or heroic courage when facing danger</w:t>
      </w:r>
      <w:r>
        <w:br/>
      </w:r>
      <w:r>
        <w:t xml:space="preserve">    (b) exceedingly powerful bomb whose energy comes from the splitting of atoms</w:t>
      </w:r>
      <w:r>
        <w:br/>
      </w:r>
      <w:r>
        <w:t xml:space="preserve">    (c) a long race that is shorter than the typical long race of about 26 miles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wouldn't mind him if he wasn't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conceited</w:t>
      </w:r>
      <w:r>
        <w:rPr>
          <w:b/>
          <w:bCs/>
        </w:rPr>
        <w:t xml:space="preserve"> </w:t>
      </w:r>
      <w:r>
        <w:rPr>
          <w:b/>
          <w:bCs/>
        </w:rPr>
        <w:t xml:space="preserve">and...</w:t>
      </w:r>
      <w:r>
        <w:br/>
      </w:r>
      <w:r>
        <w:t xml:space="preserve">    (a) not judged in a negative way</w:t>
      </w:r>
      <w:r>
        <w:br/>
      </w:r>
      <w:r>
        <w:t xml:space="preserve">    (b) calculated or judged too low</w:t>
      </w:r>
      <w:r>
        <w:br/>
      </w:r>
      <w:r>
        <w:t xml:space="preserve">    (c) excessively proud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very tall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gaunt</w:t>
      </w:r>
      <w:r>
        <w:rPr>
          <w:b/>
          <w:bCs/>
        </w:rPr>
        <w:t xml:space="preserve"> </w:t>
      </w:r>
      <w:r>
        <w:rPr>
          <w:b/>
          <w:bCs/>
        </w:rPr>
        <w:t xml:space="preserve">captain of artillery with a red scar along his jaw.</w:t>
      </w:r>
      <w:r>
        <w:br/>
      </w:r>
      <w:r>
        <w:t xml:space="preserve">    (a) not having the characteristic of or relating to bouncing back light/heat/sound...</w:t>
      </w:r>
      <w:r>
        <w:br/>
      </w:r>
      <w:r>
        <w:t xml:space="preserve">    (b) able to qualify for regular payments that permit having an income without working</w:t>
      </w:r>
      <w:r>
        <w:br/>
      </w:r>
      <w:r>
        <w:t xml:space="preserve">    (c) very thin and bony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remorse</w:t>
      </w:r>
      <w:r>
        <w:rPr>
          <w:b/>
          <w:bCs/>
        </w:rPr>
        <w:t xml:space="preserve"> </w:t>
      </w:r>
      <w:r>
        <w:rPr>
          <w:b/>
          <w:bCs/>
        </w:rPr>
        <w:t xml:space="preserve">you will have a better time.</w:t>
      </w:r>
      <w:r>
        <w:br/>
      </w:r>
      <w:r>
        <w:t xml:space="preserve">    (a) two successive lines of poetry; usually rhymed</w:t>
      </w:r>
      <w:r>
        <w:br/>
      </w:r>
      <w:r>
        <w:t xml:space="preserve">    (b) the main building (or buildings) of government</w:t>
      </w:r>
      <w:r>
        <w:br/>
      </w:r>
      <w:r>
        <w:t xml:space="preserve">    (c) regret for doing something that was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girl who looked at me said something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dialect</w:t>
      </w:r>
      <w:r>
        <w:rPr>
          <w:b/>
          <w:bCs/>
        </w:rPr>
        <w:t xml:space="preserve"> </w:t>
      </w:r>
      <w:r>
        <w:rPr>
          <w:b/>
          <w:bCs/>
        </w:rPr>
        <w:t xml:space="preserve">I could not understand a word of.</w:t>
      </w:r>
      <w:r>
        <w:br/>
      </w:r>
      <w:r>
        <w:t xml:space="preserve">    (a) a type of small portable radio</w:t>
      </w:r>
      <w:r>
        <w:br/>
      </w:r>
      <w:r>
        <w:t xml:space="preserve">    (b) regional variety of a language</w:t>
      </w:r>
      <w:r>
        <w:br/>
      </w:r>
      <w:r>
        <w:t xml:space="preserve">    (c) a change; or a changed version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you really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anarchists</w:t>
      </w:r>
      <w:r>
        <w:rPr>
          <w:b/>
          <w:bCs/>
        </w:rPr>
        <w:t xml:space="preserve">?</w:t>
      </w:r>
      <w:r>
        <w:br/>
      </w:r>
      <w:r>
        <w:t xml:space="preserve">    (a) unborn children (or other unborn or unhatched vertebrates)</w:t>
      </w:r>
      <w:r>
        <w:br/>
      </w:r>
      <w:r>
        <w:t xml:space="preserve">    (b) people who favor eliminating all government</w:t>
      </w:r>
      <w:r>
        <w:br/>
      </w:r>
      <w:r>
        <w:t xml:space="preserve">    (c) people who share professional opinions in a specific field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Everybody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socialist</w:t>
      </w:r>
      <w:r>
        <w:rPr>
          <w:b/>
          <w:bCs/>
        </w:rPr>
        <w:t xml:space="preserve">.</w:t>
      </w:r>
      <w:r>
        <w:br/>
      </w:r>
      <w:r>
        <w:t xml:space="preserve">    (a) relating to an artistic movement pioneered by Pablo Picasso and Georges Braque that featured surfaces of geometrical planes to depict three-dimensional organic forms</w:t>
      </w:r>
      <w:r>
        <w:br/>
      </w:r>
      <w:r>
        <w:t xml:space="preserve">    (b) relating to the 20th century movement of artists and writers who used impossible or unlikely images to represent unconscious thoughts and dreams</w:t>
      </w:r>
      <w:r>
        <w:br/>
      </w:r>
      <w:r>
        <w:t xml:space="preserve">    (c) a person who wants an economic system based on government ownership or control of all important companies -- with the ideal of equal benefits to all people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daylight and the country was wet, low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dismal</w:t>
      </w:r>
      <w:r>
        <w:rPr>
          <w:b/>
          <w:bCs/>
        </w:rPr>
        <w:t xml:space="preserve"> </w:t>
      </w:r>
      <w:r>
        <w:rPr>
          <w:b/>
          <w:bCs/>
        </w:rPr>
        <w:t xml:space="preserve">looking.</w:t>
      </w:r>
      <w:r>
        <w:br/>
      </w:r>
      <w:r>
        <w:t xml:space="preserve">    (a) important or significant</w:t>
      </w:r>
      <w:r>
        <w:br/>
      </w:r>
      <w:r>
        <w:t xml:space="preserve">    (b) irrelevant or unimportant</w:t>
      </w:r>
      <w:r>
        <w:br/>
      </w:r>
      <w:r>
        <w:t xml:space="preserve">    (c) depressing or gloomy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living to be one hundred years old and played a smoothly fluent game of billiards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contrasted</w:t>
      </w:r>
      <w:r>
        <w:rPr>
          <w:b/>
          <w:bCs/>
        </w:rPr>
        <w:t xml:space="preserve"> </w:t>
      </w:r>
      <w:r>
        <w:rPr>
          <w:b/>
          <w:bCs/>
        </w:rPr>
        <w:t xml:space="preserve">with his own ninety-four-year-old brittleness.</w:t>
      </w:r>
      <w:r>
        <w:br/>
      </w:r>
      <w:r>
        <w:t xml:space="preserve">    (a) not said</w:t>
      </w:r>
      <w:r>
        <w:br/>
      </w:r>
      <w:r>
        <w:t xml:space="preserve">    (b) collided</w:t>
      </w:r>
      <w:r>
        <w:br/>
      </w:r>
      <w:r>
        <w:t xml:space="preserve">    (c) differed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wind was still blowing outside up the lake and we could see the tops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whitecaps</w:t>
      </w:r>
      <w:r>
        <w:rPr>
          <w:b/>
          <w:bCs/>
        </w:rPr>
        <w:t xml:space="preserve"> </w:t>
      </w:r>
      <w:r>
        <w:rPr>
          <w:b/>
          <w:bCs/>
        </w:rPr>
        <w:t xml:space="preserve">going away from us and up the lake.</w:t>
      </w:r>
      <w:r>
        <w:br/>
      </w:r>
      <w:r>
        <w:t xml:space="preserve">    (a) general feelings of not being as good as others</w:t>
      </w:r>
      <w:r>
        <w:br/>
      </w:r>
      <w:r>
        <w:t xml:space="preserve">    (b) acts of interacting or getting interested again</w:t>
      </w:r>
      <w:r>
        <w:br/>
      </w:r>
      <w:r>
        <w:t xml:space="preserve">    (c) wind-blown waves with white foam at their crest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first labor is usually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protracted</w:t>
      </w:r>
      <w:r>
        <w:rPr>
          <w:b/>
          <w:bCs/>
        </w:rPr>
        <w:t xml:space="preserve">.</w:t>
      </w:r>
      <w:r>
        <w:br/>
      </w:r>
      <w:r>
        <w:t xml:space="preserve">    (a) (verb) created, started, settled, or set in a place  OR  (adjective) existing, or familiar</w:t>
      </w:r>
      <w:r>
        <w:br/>
      </w:r>
      <w:r>
        <w:t xml:space="preserve">    (b) persuaded someone to want something (often sex or love) by tempting with something desired</w:t>
      </w:r>
      <w:r>
        <w:br/>
      </w:r>
      <w:r>
        <w:t xml:space="preserve">    (c) long-lasting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2026-07-31T15:17:16Z</dcterms:created>
  <dcterms:modified xsi:type="dcterms:W3CDTF">2026-07-31T15:17:16Z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