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3288a684acff830683d303fa68e144fc82f132"/>
    <w:p>
      <w:pPr>
        <w:pStyle w:val="Heading1"/>
      </w:pPr>
      <w:r>
        <w:rPr>
          <w:b/>
          <w:bCs/>
        </w:rPr>
        <w:t xml:space="preserve">A Farewell to Arms</w:t>
      </w:r>
      <w:r>
        <w:br/>
      </w:r>
      <w:r>
        <w:rPr>
          <w:i/>
          <w:iCs/>
        </w:rPr>
        <w:t xml:space="preserve">Ernest Hemingway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window was open, my bed was made up with blankets and my things hung on the wall, the gas mask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oblong</w:t>
      </w:r>
      <w:r>
        <w:rPr>
          <w:b/>
          <w:bCs/>
        </w:rPr>
        <w:t xml:space="preserve"> </w:t>
      </w:r>
      <w:r>
        <w:rPr>
          <w:b/>
          <w:bCs/>
        </w:rPr>
        <w:t xml:space="preserve">tin can, the steel helmet on the same peg.</w:t>
      </w:r>
      <w:r>
        <w:br/>
      </w:r>
      <w:r>
        <w:t xml:space="preserve">    (a) an elongated shape (having more length than width) -- typically of a stretched circle that is longer than an oval, but occasionally used to describe a rectangle</w:t>
      </w:r>
      <w:r>
        <w:br/>
      </w:r>
      <w:r>
        <w:t xml:space="preserve">    (b) a workplace where people do scientific or medical research, or produce drugs or chemicals (also used figuratively)  OR  (as an adjective) related to such a place</w:t>
      </w:r>
      <w:r>
        <w:br/>
      </w:r>
      <w:r>
        <w:t xml:space="preserve">    (c) soccer:  a foul kick taken from 12 yards in front of the goal and defended only by the goalkeeper who cannot advance beyond the goal line until the shot is taken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We're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cloistered</w:t>
      </w:r>
      <w:r>
        <w:rPr>
          <w:b/>
          <w:bCs/>
        </w:rPr>
        <w:t xml:space="preserve">.</w:t>
      </w:r>
      <w:r>
        <w:br/>
      </w:r>
      <w:r>
        <w:t xml:space="preserve">    (a) not having begun speaking with someone about something</w:t>
      </w:r>
      <w:r>
        <w:br/>
      </w:r>
      <w:r>
        <w:t xml:space="preserve">    (b) entered another's property without right or permission</w:t>
      </w:r>
      <w:r>
        <w:br/>
      </w:r>
      <w:r>
        <w:t xml:space="preserve">    (c) secluded from the world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supposed to wear steel helmets even in Gorizia but they were uncomfortable and too bloody theatrical in a town where the civilian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inhabitants</w:t>
      </w:r>
      <w:r>
        <w:rPr>
          <w:b/>
          <w:bCs/>
        </w:rPr>
        <w:t xml:space="preserve"> </w:t>
      </w:r>
      <w:r>
        <w:rPr>
          <w:b/>
          <w:bCs/>
        </w:rPr>
        <w:t xml:space="preserve">had not been evacuated.</w:t>
      </w:r>
      <w:r>
        <w:br/>
      </w:r>
      <w:r>
        <w:t xml:space="preserve">    (a) things designed to stops something else</w:t>
      </w:r>
      <w:r>
        <w:br/>
      </w:r>
      <w:r>
        <w:t xml:space="preserve">    (b) things accepted as true (without proof)</w:t>
      </w:r>
      <w:r>
        <w:br/>
      </w:r>
      <w:r>
        <w:t xml:space="preserve">    (c) people (who live in a particular place)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edifying</w:t>
      </w:r>
      <w:r>
        <w:rPr>
          <w:b/>
          <w:bCs/>
        </w:rPr>
        <w:t xml:space="preserve">, baby.</w:t>
      </w:r>
      <w:r>
        <w:br/>
      </w:r>
      <w:r>
        <w:t xml:space="preserve">    (a) disagreeing</w:t>
      </w:r>
      <w:r>
        <w:br/>
      </w:r>
      <w:r>
        <w:t xml:space="preserve">    (b) instructive</w:t>
      </w:r>
      <w:r>
        <w:br/>
      </w:r>
      <w:r>
        <w:t xml:space="preserve">    (c) translating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"Another American," said the driver in Italian looking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hernia</w:t>
      </w:r>
      <w:r>
        <w:rPr>
          <w:b/>
          <w:bCs/>
        </w:rPr>
        <w:t xml:space="preserve"> </w:t>
      </w:r>
      <w:r>
        <w:rPr>
          <w:b/>
          <w:bCs/>
        </w:rPr>
        <w:t xml:space="preserve">man.</w:t>
      </w:r>
      <w:r>
        <w:br/>
      </w:r>
      <w:r>
        <w:t xml:space="preserve">    (a) group of people responsible for determining if early release from prison is permitted and if so, what conditions should be required of the prisoner</w:t>
      </w:r>
      <w:r>
        <w:br/>
      </w:r>
      <w:r>
        <w:t xml:space="preserve">    (b) a rupture in smooth muscle tissue through which a bodily structure protrudes -- most commonly in men with an intestine protruding in the groin area</w:t>
      </w:r>
      <w:r>
        <w:br/>
      </w:r>
      <w:r>
        <w:t xml:space="preserve">    (c) related to psychosis or someone who suffers from a psychosis (any severe mental disorder in which contact with reality is lost or highly distorted)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wished we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Napoleon</w:t>
      </w:r>
      <w:r>
        <w:rPr>
          <w:b/>
          <w:bCs/>
        </w:rPr>
        <w:t xml:space="preserve">, but instead we had Generale Cadorna, fat and prosperous and Vittorio Emmanuele, the tiny man with the long thin neck and the goat beard.</w:t>
      </w:r>
      <w:r>
        <w:br/>
      </w:r>
      <w:r>
        <w:t xml:space="preserve">    (a) Arab prophet who founded Islam and who, according to Islam, was the last messenger of Allah (570-632)</w:t>
      </w:r>
      <w:r>
        <w:br/>
      </w:r>
      <w:r>
        <w:t xml:space="preserve">    (b) relating to the oldest of the three major monotheistic religions -- whose believers are known as Jews</w:t>
      </w:r>
      <w:r>
        <w:br/>
      </w:r>
      <w:r>
        <w:t xml:space="preserve">    (c) French general and emperor who conquered most of continental Europe for a brief time early in the 19th century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sent for the porter and when he came I told him in Italian to get me a bottle of Cinzano at the wine shop,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fiasco</w:t>
      </w:r>
      <w:r>
        <w:rPr>
          <w:b/>
          <w:bCs/>
        </w:rPr>
        <w:t xml:space="preserve"> </w:t>
      </w:r>
      <w:r>
        <w:rPr>
          <w:b/>
          <w:bCs/>
        </w:rPr>
        <w:t xml:space="preserve">of chianti and the evening papers.</w:t>
      </w:r>
      <w:r>
        <w:br/>
      </w:r>
      <w:r>
        <w:t xml:space="preserve">    (a) the act of taking something on as one's own</w:t>
      </w:r>
      <w:r>
        <w:br/>
      </w:r>
      <w:r>
        <w:t xml:space="preserve">    (b) a complete failure or humiliating situation</w:t>
      </w:r>
      <w:r>
        <w:br/>
      </w:r>
      <w:r>
        <w:t xml:space="preserve">    (c) something that helps clarify or demonstrate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Miss Gage was with me and the doctor put his arm around her and said she was more beautiful than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Cleopatra</w:t>
      </w:r>
      <w:r>
        <w:rPr>
          <w:b/>
          <w:bCs/>
        </w:rPr>
        <w:t xml:space="preserve">.</w:t>
      </w:r>
      <w:r>
        <w:br/>
      </w:r>
      <w:r>
        <w:t xml:space="preserve">    (a) last Pharaoh of ancient Egypt; beautiful and charismatic queen; mistress of Julius Caesar and later of Mark Antony; killed herself to avoid capture by Octavian (69-30 BC)</w:t>
      </w:r>
      <w:r>
        <w:br/>
      </w:r>
      <w:r>
        <w:t xml:space="preserve">    (b) famous 18th century French revolutionary</w:t>
      </w:r>
      <w:r>
        <w:br/>
      </w:r>
      <w:r>
        <w:t xml:space="preserve">    (c) powerful 16th century queen of England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never learned anything about her except that she had a brother in the Fifty-Second Division and a brother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Mesopotamia</w:t>
      </w:r>
      <w:r>
        <w:rPr>
          <w:b/>
          <w:bCs/>
        </w:rPr>
        <w:t xml:space="preserve"> </w:t>
      </w:r>
      <w:r>
        <w:rPr>
          <w:b/>
          <w:bCs/>
        </w:rPr>
        <w:t xml:space="preserve">and she was very good to Catherine Barkley.</w:t>
      </w:r>
      <w:r>
        <w:br/>
      </w:r>
      <w:r>
        <w:t xml:space="preserve">    (a) ancient cradle of civilization between the Tigris and Euphrates rivers in what is now Iraq</w:t>
      </w:r>
      <w:r>
        <w:br/>
      </w:r>
      <w:r>
        <w:t xml:space="preserve">    (b) political and spiritual leader during India's struggle for independence from Great Britain</w:t>
      </w:r>
      <w:r>
        <w:br/>
      </w:r>
      <w:r>
        <w:t xml:space="preserve">    (c) related to the epic Greek poem of Odysseus' ten year circuitous and eventful journey home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means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mediocre</w:t>
      </w:r>
      <w:r>
        <w:rPr>
          <w:b/>
          <w:bCs/>
        </w:rPr>
        <w:t xml:space="preserve"> </w:t>
      </w:r>
      <w:r>
        <w:rPr>
          <w:b/>
          <w:bCs/>
        </w:rPr>
        <w:t xml:space="preserve">hitter in baseball.</w:t>
      </w:r>
      <w:r>
        <w:br/>
      </w:r>
      <w:r>
        <w:t xml:space="preserve">    (a) without purpose, job, or natural activity</w:t>
      </w:r>
      <w:r>
        <w:br/>
      </w:r>
      <w:r>
        <w:t xml:space="preserve">    (b) average or a bit below average in quality</w:t>
      </w:r>
      <w:r>
        <w:br/>
      </w:r>
      <w:r>
        <w:t xml:space="preserve">    (c) unable or difficult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daylight we were stalled again and when it was light we were at a little rise in the ground and I saw the road of the retreat stretched out far ahead, everything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stationary</w:t>
      </w:r>
      <w:r>
        <w:rPr>
          <w:b/>
          <w:bCs/>
        </w:rPr>
        <w:t xml:space="preserve"> </w:t>
      </w:r>
      <w:r>
        <w:rPr>
          <w:b/>
          <w:bCs/>
        </w:rPr>
        <w:t xml:space="preserve">except for the infantry filtering through.</w:t>
      </w:r>
      <w:r>
        <w:br/>
      </w:r>
      <w:r>
        <w:t xml:space="preserve">    (a) male, female, or any of many trans categories</w:t>
      </w:r>
      <w:r>
        <w:br/>
      </w:r>
      <w:r>
        <w:t xml:space="preserve">    (b) standing still; or not capable of being moved</w:t>
      </w:r>
      <w:r>
        <w:br/>
      </w:r>
      <w:r>
        <w:t xml:space="preserve">    (c) an official charge (of having broken the law)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proprietor</w:t>
      </w:r>
      <w:r>
        <w:rPr>
          <w:b/>
          <w:bCs/>
        </w:rPr>
        <w:t xml:space="preserve"> </w:t>
      </w:r>
      <w:r>
        <w:rPr>
          <w:b/>
          <w:bCs/>
        </w:rPr>
        <w:t xml:space="preserve">was behind the bar.</w:t>
      </w:r>
      <w:r>
        <w:br/>
      </w:r>
      <w:r>
        <w:t xml:space="preserve">    (a) the owner of a business</w:t>
      </w:r>
      <w:r>
        <w:br/>
      </w:r>
      <w:r>
        <w:t xml:space="preserve">    (b) interaction or interest</w:t>
      </w:r>
      <w:r>
        <w:br/>
      </w:r>
      <w:r>
        <w:t xml:space="preserve">    (c) a subtle characteristic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kills the very good and the very gentle and the very brave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impartially</w:t>
      </w:r>
      <w:r>
        <w:rPr>
          <w:b/>
          <w:bCs/>
        </w:rPr>
        <w:t xml:space="preserve">.</w:t>
      </w:r>
      <w:r>
        <w:br/>
      </w:r>
      <w:r>
        <w:t xml:space="preserve">    (a) without favoritism or bias</w:t>
      </w:r>
      <w:r>
        <w:br/>
      </w:r>
      <w:r>
        <w:t xml:space="preserve">    (b) not capable of being found</w:t>
      </w:r>
      <w:r>
        <w:br/>
      </w:r>
      <w:r>
        <w:t xml:space="preserve">    (c) in a bad or harmful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Darling, you're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liable to</w:t>
      </w:r>
      <w:r>
        <w:rPr>
          <w:b/>
          <w:bCs/>
        </w:rPr>
        <w:t xml:space="preserve"> </w:t>
      </w:r>
      <w:r>
        <w:rPr>
          <w:b/>
          <w:bCs/>
        </w:rPr>
        <w:t xml:space="preserve">be arrested here any time.</w:t>
      </w:r>
      <w:r>
        <w:br/>
      </w:r>
      <w:r>
        <w:t xml:space="preserve">    (a) devices that convert light into electricity</w:t>
      </w:r>
      <w:r>
        <w:br/>
      </w:r>
      <w:r>
        <w:t xml:space="preserve">    (b) temperature scale used in most of the world</w:t>
      </w:r>
      <w:r>
        <w:br/>
      </w:r>
      <w:r>
        <w:t xml:space="preserve">    (c) likely to; or maybe going to; or subject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Othello</w:t>
      </w:r>
      <w:r>
        <w:rPr>
          <w:b/>
          <w:bCs/>
        </w:rPr>
        <w:t xml:space="preserve"> </w:t>
      </w:r>
      <w:r>
        <w:rPr>
          <w:b/>
          <w:bCs/>
        </w:rPr>
        <w:t xml:space="preserve">with his occupation gone," she teased.</w:t>
      </w:r>
      <w:r>
        <w:br/>
      </w:r>
      <w:r>
        <w:t xml:space="preserve">    (a) famous ancient Greek tragedy</w:t>
      </w:r>
      <w:r>
        <w:br/>
      </w:r>
      <w:r>
        <w:t xml:space="preserve">    (b) writer of tragedies in ancient Greece</w:t>
      </w:r>
      <w:r>
        <w:br/>
      </w:r>
      <w:r>
        <w:t xml:space="preserve">    (c) Shakespeare's tragedy of betrayal and jealousy (c. 1604)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No, that is the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fallacy</w:t>
      </w:r>
      <w:r>
        <w:rPr>
          <w:b/>
          <w:bCs/>
        </w:rPr>
        <w:t xml:space="preserve">; the wisdom of old men.</w:t>
      </w:r>
      <w:r>
        <w:br/>
      </w:r>
      <w:r>
        <w:t xml:space="preserve">    (a) of Norway, Sweden, Denmark and sometimes Finland &amp; Iceland</w:t>
      </w:r>
      <w:r>
        <w:br/>
      </w:r>
      <w:r>
        <w:t xml:space="preserve">    (b) a common form of incorrect reasoning</w:t>
      </w:r>
      <w:r>
        <w:br/>
      </w:r>
      <w:r>
        <w:t xml:space="preserve">    (c) of Athens during the Golden Age of Greece (5th century BC)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they gave 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provisional</w:t>
      </w:r>
      <w:r>
        <w:rPr>
          <w:b/>
          <w:bCs/>
        </w:rPr>
        <w:t xml:space="preserve"> </w:t>
      </w:r>
      <w:r>
        <w:rPr>
          <w:b/>
          <w:bCs/>
        </w:rPr>
        <w:t xml:space="preserve">visas.</w:t>
      </w:r>
      <w:r>
        <w:br/>
      </w:r>
      <w:r>
        <w:t xml:space="preserve">    (a) the state or degree of having the ability to change for different situations</w:t>
      </w:r>
      <w:r>
        <w:br/>
      </w:r>
      <w:r>
        <w:t xml:space="preserve">    (b) temporary; or in effect while awaiting approval or a more permanent solution</w:t>
      </w:r>
      <w:r>
        <w:br/>
      </w:r>
      <w:r>
        <w:t xml:space="preserve">    (c) the quality of behaving in an instinctive, uninhibited, and unplanned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sacrilegious</w:t>
      </w:r>
      <w:r>
        <w:rPr>
          <w:b/>
          <w:bCs/>
        </w:rPr>
        <w:t xml:space="preserve">.</w:t>
      </w:r>
      <w:r>
        <w:br/>
      </w:r>
      <w:r>
        <w:t xml:space="preserve">    (a) relating to one-sided information that is purposefully spread to influence opinions</w:t>
      </w:r>
      <w:r>
        <w:br/>
      </w:r>
      <w:r>
        <w:t xml:space="preserve">    (b) able to be persuaded to do something by tempting with pleasure or something desired</w:t>
      </w:r>
      <w:r>
        <w:br/>
      </w:r>
      <w:r>
        <w:t xml:space="preserve">    (c) disrespectful of something others consider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just something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ungainly</w:t>
      </w:r>
      <w:r>
        <w:rPr>
          <w:b/>
          <w:bCs/>
        </w:rPr>
        <w:t xml:space="preserve"> </w:t>
      </w:r>
      <w:r>
        <w:rPr>
          <w:b/>
          <w:bCs/>
        </w:rPr>
        <w:t xml:space="preserve">that you'vemarried.</w:t>
      </w:r>
      <w:r>
        <w:br/>
      </w:r>
      <w:r>
        <w:t xml:space="preserve">    (a) lacking adult height or maturity</w:t>
      </w:r>
      <w:r>
        <w:br/>
      </w:r>
      <w:r>
        <w:t xml:space="preserve">    (b) lacking grace in movement or appearance; or difficult to handle or manage</w:t>
      </w:r>
      <w:r>
        <w:br/>
      </w:r>
      <w:r>
        <w:t xml:space="preserve">    (c) lacking appropriate weight compared to height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looked like a drawing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Inquisition</w:t>
      </w:r>
      <w:r>
        <w:rPr>
          <w:b/>
          <w:bCs/>
        </w:rPr>
        <w:t xml:space="preserve">.</w:t>
      </w:r>
      <w:r>
        <w:br/>
      </w:r>
      <w:r>
        <w:t xml:space="preserve">    (a) military court in a country ruled by the military</w:t>
      </w:r>
      <w:r>
        <w:br/>
      </w:r>
      <w:r>
        <w:t xml:space="preserve">    (b) secret political organization of spies</w:t>
      </w:r>
      <w:r>
        <w:br/>
      </w:r>
      <w:r>
        <w:t xml:space="preserve">    (c) harsh and unfair historical religious investigations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2026-07-31T15:17:16Z</dcterms:created>
  <dcterms:modified xsi:type="dcterms:W3CDTF">2026-07-31T15:17:16Z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