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f941bfafc6afa45bc13a5adb19bf8a45c8a48c"/>
    <w:p>
      <w:pPr>
        <w:pStyle w:val="Heading1"/>
      </w:pPr>
      <w:r>
        <w:rPr>
          <w:b/>
          <w:bCs/>
        </w:rPr>
        <w:t xml:space="preserve">A Doll's House</w:t>
      </w:r>
      <w:r>
        <w:br/>
      </w:r>
      <w:r>
        <w:rPr>
          <w:i/>
          <w:iCs/>
        </w:rPr>
        <w:t xml:space="preserve">Henrik Ibsen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dresses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accordance</w:t>
      </w:r>
      <w:r>
        <w:rPr>
          <w:b/>
          <w:bCs/>
        </w:rPr>
        <w:t xml:space="preserve"> </w:t>
      </w:r>
      <w:r>
        <w:rPr>
          <w:b/>
          <w:bCs/>
        </w:rPr>
        <w:t xml:space="preserve">with the latest fashions.</w:t>
      </w:r>
      <w:r>
        <w:br/>
      </w:r>
      <w:r>
        <w:t xml:space="preserve">    (a) opposition</w:t>
      </w:r>
      <w:r>
        <w:br/>
      </w:r>
      <w:r>
        <w:t xml:space="preserve">    (b) ignorance</w:t>
      </w:r>
      <w:r>
        <w:br/>
      </w:r>
      <w:r>
        <w:t xml:space="preserve">    (c) keeping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the fight, he turned himself in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own accord</w:t>
      </w:r>
      <w:r>
        <w:rPr>
          <w:b/>
          <w:bCs/>
        </w:rPr>
        <w:t xml:space="preserve">.</w:t>
      </w:r>
      <w:r>
        <w:br/>
      </w:r>
      <w:r>
        <w:t xml:space="preserve">    (a) own mind</w:t>
      </w:r>
      <w:r>
        <w:br/>
      </w:r>
      <w:r>
        <w:t xml:space="preserve">    (b) own safety</w:t>
      </w:r>
      <w:r>
        <w:br/>
      </w:r>
      <w:r>
        <w:t xml:space="preserve">    (c) own fear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Actors and politicians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accustomed to</w:t>
      </w:r>
      <w:r>
        <w:rPr>
          <w:b/>
          <w:bCs/>
        </w:rPr>
        <w:t xml:space="preserve"> </w:t>
      </w:r>
      <w:r>
        <w:rPr>
          <w:b/>
          <w:bCs/>
        </w:rPr>
        <w:t xml:space="preserve">less privacy than the rest of us.</w:t>
      </w:r>
      <w:r>
        <w:br/>
      </w:r>
      <w:r>
        <w:t xml:space="preserve">    (a) paid for</w:t>
      </w:r>
      <w:r>
        <w:br/>
      </w:r>
      <w:r>
        <w:t xml:space="preserve">    (b) happy with</w:t>
      </w:r>
      <w:r>
        <w:br/>
      </w:r>
      <w:r>
        <w:t xml:space="preserve">    (c) used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vicious cycle in which worry leads to decreased spending and decreased spending leads to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worry</w:t>
      </w:r>
      <w:r>
        <w:br/>
      </w:r>
      <w:r>
        <w:t xml:space="preserve">    (b) happiness</w:t>
      </w:r>
      <w:r>
        <w:br/>
      </w:r>
      <w:r>
        <w:t xml:space="preserve">    (c) saving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court overturned the ruling--describing it as having been made in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capricious</w:t>
      </w:r>
      <w:r>
        <w:rPr>
          <w:b/>
          <w:bCs/>
        </w:rPr>
        <w:t xml:space="preserve"> </w:t>
      </w:r>
      <w:r>
        <w:rPr>
          <w:b/>
          <w:bCs/>
        </w:rPr>
        <w:t xml:space="preserve">manner.</w:t>
      </w:r>
      <w:r>
        <w:br/>
      </w:r>
      <w:r>
        <w:t xml:space="preserve">    (a) harmful</w:t>
      </w:r>
      <w:r>
        <w:br/>
      </w:r>
      <w:r>
        <w:t xml:space="preserve">    (b) impulsive</w:t>
      </w:r>
      <w:r>
        <w:br/>
      </w:r>
      <w:r>
        <w:t xml:space="preserve">    (c) biased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 clear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discrepancy</w:t>
      </w:r>
      <w:r>
        <w:rPr>
          <w:b/>
          <w:bCs/>
        </w:rPr>
        <w:t xml:space="preserve"> </w:t>
      </w:r>
      <w:r>
        <w:rPr>
          <w:b/>
          <w:bCs/>
        </w:rPr>
        <w:t xml:space="preserve">in the two witnesses' stories.</w:t>
      </w:r>
      <w:r>
        <w:br/>
      </w:r>
      <w:r>
        <w:t xml:space="preserve">    (a) a strong match</w:t>
      </w:r>
      <w:r>
        <w:br/>
      </w:r>
      <w:r>
        <w:t xml:space="preserve">    (b) an inconsistency</w:t>
      </w:r>
      <w:r>
        <w:br/>
      </w:r>
      <w:r>
        <w:t xml:space="preserve">    (c) a happy ending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casual, go-with-the-flow personality and doesn't appreciate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earnestness</w:t>
      </w:r>
      <w:r>
        <w:rPr>
          <w:b/>
          <w:bCs/>
        </w:rPr>
        <w:t xml:space="preserve">.</w:t>
      </w:r>
      <w:r>
        <w:br/>
      </w:r>
      <w:r>
        <w:t xml:space="preserve">    (a) falseness</w:t>
      </w:r>
      <w:r>
        <w:br/>
      </w:r>
      <w:r>
        <w:t xml:space="preserve">    (b) seriousness</w:t>
      </w:r>
      <w:r>
        <w:br/>
      </w:r>
      <w:r>
        <w:t xml:space="preserve">    (c) frivolous attitude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As a soldier, she was prepared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endure</w:t>
      </w:r>
      <w:r>
        <w:rPr>
          <w:b/>
          <w:bCs/>
        </w:rPr>
        <w:t xml:space="preserve"> </w:t>
      </w:r>
      <w:r>
        <w:rPr>
          <w:b/>
          <w:bCs/>
        </w:rPr>
        <w:t xml:space="preserve">hardship and even to sacrifice her life for others.</w:t>
      </w:r>
      <w:r>
        <w:br/>
      </w:r>
      <w:r>
        <w:t xml:space="preserve">    (a) suffer through</w:t>
      </w:r>
      <w:r>
        <w:br/>
      </w:r>
      <w:r>
        <w:t xml:space="preserve">    (b) risk</w:t>
      </w:r>
      <w:r>
        <w:br/>
      </w:r>
      <w:r>
        <w:t xml:space="preserve">    (c) cause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Borrowing chairs from next door was a useful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expedient</w:t>
      </w:r>
      <w:r>
        <w:rPr>
          <w:b/>
          <w:bCs/>
        </w:rPr>
        <w:t xml:space="preserve"> </w:t>
      </w:r>
      <w:r>
        <w:rPr>
          <w:b/>
          <w:bCs/>
        </w:rPr>
        <w:t xml:space="preserve">until the new ones arrived.</w:t>
      </w:r>
      <w:r>
        <w:br/>
      </w:r>
      <w:r>
        <w:t xml:space="preserve">    (a) lasting tradition</w:t>
      </w:r>
      <w:r>
        <w:br/>
      </w:r>
      <w:r>
        <w:t xml:space="preserve">    (b) practical solution</w:t>
      </w:r>
      <w:r>
        <w:br/>
      </w:r>
      <w:r>
        <w:t xml:space="preserve">    (c) careful warning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third year of their brutal civil war, moderates feel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forsaken</w:t>
      </w:r>
      <w:r>
        <w:rPr>
          <w:b/>
          <w:bCs/>
        </w:rPr>
        <w:t xml:space="preserve"> </w:t>
      </w:r>
      <w:r>
        <w:rPr>
          <w:b/>
          <w:bCs/>
        </w:rPr>
        <w:t xml:space="preserve">by the west.</w:t>
      </w:r>
      <w:r>
        <w:br/>
      </w:r>
      <w:r>
        <w:t xml:space="preserve">    (a) respected</w:t>
      </w:r>
      <w:r>
        <w:br/>
      </w:r>
      <w:r>
        <w:t xml:space="preserve">    (b) defeated</w:t>
      </w:r>
      <w:r>
        <w:br/>
      </w:r>
      <w:r>
        <w:t xml:space="preserve">    (c) abandoned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pass through</w:t>
      </w:r>
      <w:r>
        <w:br/>
      </w:r>
      <w:r>
        <w:t xml:space="preserve">    (b) pay attention to</w:t>
      </w:r>
      <w:r>
        <w:br/>
      </w:r>
      <w:r>
        <w:t xml:space="preserve">    (c) tell others of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implied</w:t>
      </w:r>
      <w:r>
        <w:rPr>
          <w:b/>
          <w:bCs/>
        </w:rPr>
        <w:t xml:space="preserve"> </w:t>
      </w:r>
      <w:r>
        <w:rPr>
          <w:b/>
          <w:bCs/>
        </w:rPr>
        <w:t xml:space="preserve">that she would vote with us.</w:t>
      </w:r>
      <w:r>
        <w:br/>
      </w:r>
      <w:r>
        <w:t xml:space="preserve">    (a) denied</w:t>
      </w:r>
      <w:r>
        <w:br/>
      </w:r>
      <w:r>
        <w:t xml:space="preserve">    (b) hinted</w:t>
      </w:r>
      <w:r>
        <w:br/>
      </w:r>
      <w:r>
        <w:t xml:space="preserve">    (c) insisted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endorsements are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lucrative</w:t>
      </w:r>
      <w:r>
        <w:rPr>
          <w:b/>
          <w:bCs/>
        </w:rPr>
        <w:t xml:space="preserve"> </w:t>
      </w:r>
      <w:r>
        <w:rPr>
          <w:b/>
          <w:bCs/>
        </w:rPr>
        <w:t xml:space="preserve">than the prize money she earns winning tournaments.</w:t>
      </w:r>
      <w:r>
        <w:br/>
      </w:r>
      <w:r>
        <w:t xml:space="preserve">    (a) interesting</w:t>
      </w:r>
      <w:r>
        <w:br/>
      </w:r>
      <w:r>
        <w:t xml:space="preserve">    (b) profitable</w:t>
      </w:r>
      <w:r>
        <w:br/>
      </w:r>
      <w:r>
        <w:t xml:space="preserve">    (c) fame-causing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didn't want to help, but I felt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obliged</w:t>
      </w:r>
      <w:r>
        <w:rPr>
          <w:b/>
          <w:bCs/>
        </w:rPr>
        <w:t xml:space="preserve"> </w:t>
      </w:r>
      <w:r>
        <w:rPr>
          <w:b/>
          <w:bCs/>
        </w:rPr>
        <w:t xml:space="preserve">because of our family connections.</w:t>
      </w:r>
      <w:r>
        <w:br/>
      </w:r>
      <w:r>
        <w:t xml:space="preserve">    (a) interested</w:t>
      </w:r>
      <w:r>
        <w:br/>
      </w:r>
      <w:r>
        <w:t xml:space="preserve">    (b) sad</w:t>
      </w:r>
      <w:r>
        <w:br/>
      </w:r>
      <w:r>
        <w:t xml:space="preserve">    (c) required to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as a mule and refuses to change his mind.</w:t>
      </w:r>
      <w:r>
        <w:br/>
      </w:r>
      <w:r>
        <w:t xml:space="preserve">    (a) cheerful</w:t>
      </w:r>
      <w:r>
        <w:br/>
      </w:r>
      <w:r>
        <w:t xml:space="preserve">    (b) stubborn</w:t>
      </w:r>
      <w:r>
        <w:br/>
      </w:r>
      <w:r>
        <w:t xml:space="preserve">    (c) graceful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guiding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principle</w:t>
      </w:r>
      <w:r>
        <w:rPr>
          <w:b/>
          <w:bCs/>
        </w:rPr>
        <w:t xml:space="preserve"> </w:t>
      </w:r>
      <w:r>
        <w:rPr>
          <w:b/>
          <w:bCs/>
        </w:rPr>
        <w:t xml:space="preserve">is that everyone should be treated fairly.</w:t>
      </w:r>
      <w:r>
        <w:br/>
      </w:r>
      <w:r>
        <w:t xml:space="preserve">    (a) rule or belief</w:t>
      </w:r>
      <w:r>
        <w:br/>
      </w:r>
      <w:r>
        <w:t xml:space="preserve">    (b) answer or result</w:t>
      </w:r>
      <w:r>
        <w:br/>
      </w:r>
      <w:r>
        <w:t xml:space="preserve">    (c) complaint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able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procure</w:t>
      </w:r>
      <w:r>
        <w:rPr>
          <w:b/>
          <w:bCs/>
        </w:rPr>
        <w:t xml:space="preserve"> </w:t>
      </w:r>
      <w:r>
        <w:rPr>
          <w:b/>
          <w:bCs/>
        </w:rPr>
        <w:t xml:space="preserve">tickets to the sold-out concert.</w:t>
      </w:r>
      <w:r>
        <w:br/>
      </w:r>
      <w:r>
        <w:t xml:space="preserve">    (a) destroy or ruin</w:t>
      </w:r>
      <w:r>
        <w:br/>
      </w:r>
      <w:r>
        <w:t xml:space="preserve">    (b) lose or misplace</w:t>
      </w:r>
      <w:r>
        <w:br/>
      </w:r>
      <w:r>
        <w:t xml:space="preserve">    (c) obtain or get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Courage is dangerous without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prudence</w:t>
      </w:r>
      <w:r>
        <w:rPr>
          <w:b/>
          <w:bCs/>
        </w:rPr>
        <w:t xml:space="preserve">.</w:t>
      </w:r>
      <w:r>
        <w:br/>
      </w:r>
      <w:r>
        <w:t xml:space="preserve">    (a) good support</w:t>
      </w:r>
      <w:r>
        <w:br/>
      </w:r>
      <w:r>
        <w:t xml:space="preserve">    (b) good sense</w:t>
      </w:r>
      <w:r>
        <w:br/>
      </w:r>
      <w:r>
        <w:t xml:space="preserve">    (c) good purpose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Every officer under the rank of Captain, shall be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subordinate</w:t>
      </w:r>
      <w:r>
        <w:rPr>
          <w:b/>
          <w:bCs/>
        </w:rPr>
        <w:t xml:space="preserve"> </w:t>
      </w:r>
      <w:r>
        <w:rPr>
          <w:b/>
          <w:bCs/>
        </w:rPr>
        <w:t xml:space="preserve">to the Officer of the Watch in regard to the performance of the duties with which he is charged.</w:t>
      </w:r>
      <w:r>
        <w:br/>
      </w:r>
      <w:r>
        <w:t xml:space="preserve">    (a) in charge of</w:t>
      </w:r>
      <w:r>
        <w:br/>
      </w:r>
      <w:r>
        <w:t xml:space="preserve">    (b) subservient</w:t>
      </w:r>
      <w:r>
        <w:br/>
      </w:r>
      <w:r>
        <w:t xml:space="preserve">    (c) considerate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means well, but she lacks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tact</w:t>
      </w:r>
      <w:r>
        <w:rPr>
          <w:b/>
          <w:bCs/>
        </w:rPr>
        <w:t xml:space="preserve">.</w:t>
      </w:r>
      <w:r>
        <w:br/>
      </w:r>
      <w:r>
        <w:t xml:space="preserve">    (a) sensitivity</w:t>
      </w:r>
      <w:r>
        <w:br/>
      </w:r>
      <w:r>
        <w:t xml:space="preserve">    (b) a plan</w:t>
      </w:r>
      <w:r>
        <w:br/>
      </w:r>
      <w:r>
        <w:t xml:space="preserve">    (c) ability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2026-07-31T15:14:11Z</dcterms:created>
  <dcterms:modified xsi:type="dcterms:W3CDTF">2026-07-31T15:14:11Z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