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20f385ef8b17ad66b785d33c3d931f2c9acff3"/>
    <w:p>
      <w:pPr>
        <w:pStyle w:val="Heading1"/>
      </w:pPr>
      <w:r>
        <w:rPr>
          <w:b/>
          <w:bCs/>
        </w:rPr>
        <w:t xml:space="preserve">A Doll's House</w:t>
      </w:r>
      <w:r>
        <w:br/>
      </w:r>
      <w:r>
        <w:rPr>
          <w:i/>
          <w:iCs/>
        </w:rPr>
        <w:t xml:space="preserve">Henrik Ibsen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we disagree, I think we can reach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amicable</w:t>
      </w:r>
      <w:r>
        <w:rPr>
          <w:b/>
          <w:bCs/>
        </w:rPr>
        <w:t xml:space="preserve"> </w:t>
      </w:r>
      <w:r>
        <w:rPr>
          <w:b/>
          <w:bCs/>
        </w:rPr>
        <w:t xml:space="preserve">compromise.</w:t>
      </w:r>
      <w:r>
        <w:br/>
      </w:r>
      <w:r>
        <w:t xml:space="preserve">    (a) temporary</w:t>
      </w:r>
      <w:r>
        <w:br/>
      </w:r>
      <w:r>
        <w:t xml:space="preserve">    (b) quick</w:t>
      </w:r>
      <w:r>
        <w:br/>
      </w:r>
      <w:r>
        <w:t xml:space="preserve">    (c)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saw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apparition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dead man.</w:t>
      </w:r>
      <w:r>
        <w:br/>
      </w:r>
      <w:r>
        <w:t xml:space="preserve">    (a) video picture</w:t>
      </w:r>
      <w:r>
        <w:br/>
      </w:r>
      <w:r>
        <w:t xml:space="preserve">    (b) ghostlike figure</w:t>
      </w:r>
      <w:r>
        <w:br/>
      </w:r>
      <w:r>
        <w:t xml:space="preserve">    (c) written diary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fail English because I didn't do my homework, there will be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appeasing</w:t>
      </w:r>
      <w:r>
        <w:rPr>
          <w:b/>
          <w:bCs/>
        </w:rPr>
        <w:t xml:space="preserve"> </w:t>
      </w:r>
      <w:r>
        <w:rPr>
          <w:b/>
          <w:bCs/>
        </w:rPr>
        <w:t xml:space="preserve">my mother.</w:t>
      </w:r>
      <w:r>
        <w:br/>
      </w:r>
      <w:r>
        <w:t xml:space="preserve">    (a) hiding from</w:t>
      </w:r>
      <w:r>
        <w:br/>
      </w:r>
      <w:r>
        <w:t xml:space="preserve">    (b) calming</w:t>
      </w:r>
      <w:r>
        <w:br/>
      </w:r>
      <w:r>
        <w:t xml:space="preserve">    (c) talking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 natural athlete, but to the coach's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consternation</w:t>
      </w:r>
      <w:r>
        <w:rPr>
          <w:b/>
          <w:bCs/>
        </w:rPr>
        <w:t xml:space="preserve">, she tends to forget the play in the heat of the moment.</w:t>
      </w:r>
      <w:r>
        <w:br/>
      </w:r>
      <w:r>
        <w:t xml:space="preserve">    (a) blame</w:t>
      </w:r>
      <w:r>
        <w:br/>
      </w:r>
      <w:r>
        <w:t xml:space="preserve">    (b) dismay</w:t>
      </w:r>
      <w:r>
        <w:br/>
      </w:r>
      <w:r>
        <w:t xml:space="preserve">    (c) prediction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Feed your better nature--not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depravity</w:t>
      </w:r>
      <w:r>
        <w:rPr>
          <w:b/>
          <w:bCs/>
        </w:rPr>
        <w:t xml:space="preserve"> </w:t>
      </w:r>
      <w:r>
        <w:rPr>
          <w:b/>
          <w:bCs/>
        </w:rPr>
        <w:t xml:space="preserve">within you.</w:t>
      </w:r>
      <w:r>
        <w:br/>
      </w:r>
      <w:r>
        <w:t xml:space="preserve">    (a) weakness</w:t>
      </w:r>
      <w:r>
        <w:br/>
      </w:r>
      <w:r>
        <w:t xml:space="preserve">    (b) evilness</w:t>
      </w:r>
      <w:r>
        <w:br/>
      </w:r>
      <w:r>
        <w:t xml:space="preserve">    (c) impatience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count on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discretion</w:t>
      </w:r>
      <w:r>
        <w:rPr>
          <w:b/>
          <w:bCs/>
        </w:rPr>
        <w:t xml:space="preserve"> </w:t>
      </w:r>
      <w:r>
        <w:rPr>
          <w:b/>
          <w:bCs/>
        </w:rPr>
        <w:t xml:space="preserve">to recommend sound investments.</w:t>
      </w:r>
      <w:r>
        <w:br/>
      </w:r>
      <w:r>
        <w:t xml:space="preserve">    (a) good judgment</w:t>
      </w:r>
      <w:r>
        <w:br/>
      </w:r>
      <w:r>
        <w:t xml:space="preserve">    (b) communication skills</w:t>
      </w:r>
      <w:r>
        <w:br/>
      </w:r>
      <w:r>
        <w:t xml:space="preserve">    (c) information sources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without members, the club voted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.</w:t>
      </w:r>
      <w:r>
        <w:br/>
      </w:r>
      <w:r>
        <w:t xml:space="preserve">    (a) new beginning</w:t>
      </w:r>
      <w:r>
        <w:br/>
      </w:r>
      <w:r>
        <w:t xml:space="preserve">    (b) formal ending</w:t>
      </w:r>
      <w:r>
        <w:br/>
      </w:r>
      <w:r>
        <w:t xml:space="preserve">    (c) public celebration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asked earnestly</w:t>
      </w:r>
      <w:r>
        <w:br/>
      </w:r>
      <w:r>
        <w:t xml:space="preserve">    (b) bribed (with gifts)</w:t>
      </w:r>
      <w:r>
        <w:br/>
      </w:r>
      <w:r>
        <w:t xml:space="preserve">    (c)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 was half an hour late and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forfeit</w:t>
      </w:r>
      <w:r>
        <w:rPr>
          <w:b/>
          <w:bCs/>
        </w:rPr>
        <w:t xml:space="preserve"> </w:t>
      </w:r>
      <w:r>
        <w:rPr>
          <w:b/>
          <w:bCs/>
        </w:rPr>
        <w:t xml:space="preserve">the game.</w:t>
      </w:r>
      <w:r>
        <w:br/>
      </w:r>
      <w:r>
        <w:t xml:space="preserve">    (a) re-schedule</w:t>
      </w:r>
      <w:r>
        <w:br/>
      </w:r>
      <w:r>
        <w:t xml:space="preserve">    (b) give up as lost</w:t>
      </w:r>
      <w:r>
        <w:br/>
      </w:r>
      <w:r>
        <w:t xml:space="preserve">    (c) rush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may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hypocrite</w:t>
      </w:r>
      <w:r>
        <w:rPr>
          <w:b/>
          <w:bCs/>
        </w:rPr>
        <w:t xml:space="preserve">, but at least she knows the difference between right and wrong.</w:t>
      </w:r>
      <w:r>
        <w:br/>
      </w:r>
      <w:r>
        <w:t xml:space="preserve">    (a) ethical hero</w:t>
      </w:r>
      <w:r>
        <w:br/>
      </w:r>
      <w:r>
        <w:t xml:space="preserve">    (b) moral pretender</w:t>
      </w:r>
      <w:r>
        <w:br/>
      </w:r>
      <w:r>
        <w:t xml:space="preserve">    (c) harsh critic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wealthy</w:t>
      </w:r>
      <w:r>
        <w:br/>
      </w:r>
      <w:r>
        <w:t xml:space="preserve">    (b) cautious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march of time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inexorable</w:t>
      </w:r>
      <w:r>
        <w:rPr>
          <w:b/>
          <w:bCs/>
        </w:rPr>
        <w:t xml:space="preserve">, no matter how much we wish to hold on to the past.</w:t>
      </w:r>
      <w:r>
        <w:br/>
      </w:r>
      <w:r>
        <w:t xml:space="preserve">    (a) unpredictable</w:t>
      </w:r>
      <w:r>
        <w:br/>
      </w:r>
      <w:r>
        <w:t xml:space="preserve">    (b) unstoppable</w:t>
      </w:r>
      <w:r>
        <w:br/>
      </w:r>
      <w:r>
        <w:t xml:space="preserve">    (c) forgettable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</w:t>
      </w:r>
      <w:r>
        <w:rPr>
          <w:b/>
          <w:bCs/>
        </w:rPr>
        <w:t xml:space="preserve">; not sure if she should go left or right.</w:t>
      </w:r>
      <w:r>
        <w:br/>
      </w:r>
      <w:r>
        <w:t xml:space="preserve">    (a) quivering</w:t>
      </w:r>
      <w:r>
        <w:br/>
      </w:r>
      <w:r>
        <w:t xml:space="preserve">    (b) uncertain of how to proceed</w:t>
      </w:r>
      <w:r>
        <w:br/>
      </w:r>
      <w:r>
        <w:t xml:space="preserve">    (c) completely still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 were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lenient</w:t>
      </w:r>
      <w:r>
        <w:rPr>
          <w:b/>
          <w:bCs/>
        </w:rPr>
        <w:t xml:space="preserve">.</w:t>
      </w:r>
      <w:r>
        <w:br/>
      </w:r>
      <w:r>
        <w:t xml:space="preserve">    (a) permissive (not strict)</w:t>
      </w:r>
      <w:r>
        <w:br/>
      </w:r>
      <w:r>
        <w:t xml:space="preserve">    (b) concerned or worried</w:t>
      </w:r>
      <w:r>
        <w:br/>
      </w:r>
      <w:r>
        <w:t xml:space="preserve">    (c) authoritarian (overly strict)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narrow-minded</w:t>
      </w:r>
      <w:r>
        <w:rPr>
          <w:b/>
          <w:bCs/>
        </w:rPr>
        <w:t xml:space="preserve"> </w:t>
      </w:r>
      <w:r>
        <w:rPr>
          <w:b/>
          <w:bCs/>
        </w:rPr>
        <w:t xml:space="preserve">views made it hard to have a real conversation.</w:t>
      </w:r>
      <w:r>
        <w:br/>
      </w:r>
      <w:r>
        <w:t xml:space="preserve">    (a) deeply researched</w:t>
      </w:r>
      <w:r>
        <w:br/>
      </w:r>
      <w:r>
        <w:t xml:space="preserve">    (b) stubbornly closed-off</w:t>
      </w:r>
      <w:r>
        <w:br/>
      </w:r>
      <w:r>
        <w:t xml:space="preserve">    (c) open and curious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election results were a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incumbent’s policies.</w:t>
      </w:r>
      <w:r>
        <w:br/>
      </w:r>
      <w:r>
        <w:t xml:space="preserve">    (a) approval</w:t>
      </w:r>
      <w:r>
        <w:br/>
      </w:r>
      <w:r>
        <w:t xml:space="preserve">    (b) rejection</w:t>
      </w:r>
      <w:r>
        <w:br/>
      </w:r>
      <w:r>
        <w:t xml:space="preserve">    (c) explanation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Lenders trust her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scrupulous</w:t>
      </w:r>
      <w:r>
        <w:rPr>
          <w:b/>
          <w:bCs/>
        </w:rPr>
        <w:t xml:space="preserve"> </w:t>
      </w:r>
      <w:r>
        <w:rPr>
          <w:b/>
          <w:bCs/>
        </w:rPr>
        <w:t xml:space="preserve">property inspector.</w:t>
      </w:r>
      <w:r>
        <w:br/>
      </w:r>
      <w:r>
        <w:t xml:space="preserve">    (a) fast and cheap</w:t>
      </w:r>
      <w:r>
        <w:br/>
      </w:r>
      <w:r>
        <w:t xml:space="preserve">    (b) honest and careful</w:t>
      </w:r>
      <w:r>
        <w:br/>
      </w:r>
      <w:r>
        <w:t xml:space="preserve">    (c) loud and rude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Check your sources or you could be sued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slander</w:t>
      </w:r>
      <w:r>
        <w:rPr>
          <w:b/>
          <w:bCs/>
        </w:rPr>
        <w:t xml:space="preserve">.</w:t>
      </w:r>
      <w:r>
        <w:br/>
      </w:r>
      <w:r>
        <w:t xml:space="preserve">    (a) injuring others with outdated scientific information</w:t>
      </w:r>
      <w:r>
        <w:br/>
      </w:r>
      <w:r>
        <w:t xml:space="preserve">    (b) hurting someone's reputation by lying</w:t>
      </w:r>
      <w:r>
        <w:br/>
      </w:r>
      <w:r>
        <w:t xml:space="preserve">    (c) selling a product that is not suitable for its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other's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hate to talk about such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unsavory</w:t>
      </w:r>
      <w:r>
        <w:rPr>
          <w:b/>
          <w:bCs/>
        </w:rPr>
        <w:t xml:space="preserve"> </w:t>
      </w:r>
      <w:r>
        <w:rPr>
          <w:b/>
          <w:bCs/>
        </w:rPr>
        <w:t xml:space="preserve">scandal.</w:t>
      </w:r>
      <w:r>
        <w:br/>
      </w:r>
      <w:r>
        <w:t xml:space="preserve">    (a) unpleasant</w:t>
      </w:r>
      <w:r>
        <w:br/>
      </w:r>
      <w:r>
        <w:t xml:space="preserve">    (b) well-known</w:t>
      </w:r>
      <w:r>
        <w:br/>
      </w:r>
      <w:r>
        <w:t xml:space="preserve">    (c) secretive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2026-07-31T15:14:12Z</dcterms:created>
  <dcterms:modified xsi:type="dcterms:W3CDTF">2026-07-31T15:14:12Z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