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75ae9c42718b77c96de7156e28154ee37bb951"/>
    <w:p>
      <w:pPr>
        <w:pStyle w:val="Heading1"/>
      </w:pPr>
      <w:r>
        <w:rPr>
          <w:b/>
          <w:bCs/>
        </w:rPr>
        <w:t xml:space="preserve">A Death in the Family</w:t>
      </w:r>
      <w:r>
        <w:br/>
      </w:r>
      <w:r>
        <w:rPr>
          <w:i/>
          <w:iCs/>
        </w:rPr>
        <w:t xml:space="preserve">James Agee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on these evenings his father would hum a little and the humming would break open into a word or two, but he never finished even a part of a tune, for silence was even more pleasurable, and sometimes he would say a few words, of very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, but would never seek to say much, or to finish what he was saying, or to listen for a reply; for silence again was even more pleasurable.</w:t>
      </w:r>
      <w:r>
        <w:br/>
      </w:r>
      <w:r>
        <w:t xml:space="preserve">    (a) sticks out</w:t>
      </w:r>
      <w:r>
        <w:br/>
      </w:r>
      <w:r>
        <w:t xml:space="preserve">    (b) importance</w:t>
      </w:r>
      <w:r>
        <w:br/>
      </w:r>
      <w:r>
        <w:t xml:space="preserve">    (c)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 remember, every ten minutes or so, to inquire courteously whether he was tired, but he was seldom tired in her company; with her, he never felt embarrassment in saying he had to go to the bathroom, for she never seemed annoyed, but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he seldom found it necessary to go when they came together on these downtown trips.</w:t>
      </w:r>
      <w:r>
        <w:br/>
      </w:r>
      <w:r>
        <w:t xml:space="preserve">    (a) result</w:t>
      </w:r>
      <w:r>
        <w:br/>
      </w:r>
      <w:r>
        <w:t xml:space="preserve">    (b) battle</w:t>
      </w:r>
      <w:r>
        <w:br/>
      </w:r>
      <w:r>
        <w:t xml:space="preserve">    (c)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set the knot carefully above the button, glaring into his reflected eyes, made an unusually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part in his hair, and hurried to the kitchen table.</w:t>
      </w:r>
      <w:r>
        <w:br/>
      </w:r>
      <w:r>
        <w:t xml:space="preserve">    (a) careful to behave ethically and/or diligently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the quality of being unchanging or continuous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look very nice, she said, studying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earnestly</w:t>
      </w:r>
      <w:r>
        <w:rPr>
          <w:b/>
          <w:bCs/>
        </w:rPr>
        <w:t xml:space="preserve">, as if he were her son.</w:t>
      </w:r>
      <w:r>
        <w:br/>
      </w:r>
      <w:r>
        <w:t xml:space="preserve">    (a) finally; or in the end</w:t>
      </w:r>
      <w:r>
        <w:br/>
      </w:r>
      <w:r>
        <w:t xml:space="preserve">    (b) in a self-aware manner</w:t>
      </w:r>
      <w:r>
        <w:br/>
      </w:r>
      <w:r>
        <w:t xml:space="preserve">    (c) sincerely or seriously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moistures of May drowned all save the most ardent stars, and gave back to the earth the sublimated light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city.</w:t>
      </w:r>
      <w:r>
        <w:br/>
      </w:r>
      <w:r>
        <w:t xml:space="preserve">    (a) spend time with; or someone with whom a person spends a lot of time</w:t>
      </w:r>
      <w:r>
        <w:br/>
      </w:r>
      <w:r>
        <w:t xml:space="preserve">    (b) an overwhelming amount; or to overwhelm -- especially said of water</w:t>
      </w:r>
      <w:r>
        <w:br/>
      </w:r>
      <w:r>
        <w:t xml:space="preserve">    (c) lying down - typically face downward on the ground as in submission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thing she resented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enduring</w:t>
      </w:r>
      <w:r>
        <w:rPr>
          <w:b/>
          <w:bCs/>
        </w:rPr>
        <w:t xml:space="preserve"> </w:t>
      </w:r>
      <w:r>
        <w:rPr>
          <w:b/>
          <w:bCs/>
        </w:rPr>
        <w:t xml:space="preserve">anger and distaste,</w:t>
      </w:r>
      <w:r>
        <w:br/>
      </w:r>
      <w:r>
        <w:t xml:space="preserve">    (a) lasting (continuing to exist through time)</w:t>
      </w:r>
      <w:r>
        <w:br/>
      </w:r>
      <w:r>
        <w:t xml:space="preserve">    (b) influencing opinion</w:t>
      </w:r>
      <w:r>
        <w:br/>
      </w:r>
      <w:r>
        <w:t xml:space="preserve">    (c) lying or misleading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do your best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it and...</w:t>
      </w:r>
      <w:r>
        <w:br/>
      </w:r>
      <w:r>
        <w:t xml:space="preserve">    (a) suffer through</w:t>
      </w:r>
      <w:r>
        <w:br/>
      </w:r>
      <w:r>
        <w:t xml:space="preserve">    (b) communication through gestures and body movements (without words)</w:t>
      </w:r>
      <w:r>
        <w:br/>
      </w:r>
      <w:r>
        <w:t xml:space="preserve">    (c) call -- typically to come nearer by using a hand gesture or a nod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 He doesn't, Rufus insisted, angry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 </w:t>
      </w:r>
      <w:r>
        <w:rPr>
          <w:b/>
          <w:bCs/>
        </w:rPr>
        <w:t xml:space="preserve">at the turn the discussion had taken.</w:t>
      </w:r>
      <w:r>
        <w:br/>
      </w:r>
      <w:r>
        <w:t xml:space="preserve">    (a) confused</w:t>
      </w:r>
      <w:r>
        <w:br/>
      </w:r>
      <w:r>
        <w:t xml:space="preserve">    (b) restored</w:t>
      </w:r>
      <w:r>
        <w:br/>
      </w:r>
      <w:r>
        <w:t xml:space="preserve">    (c) collided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auto engine bore behind the edge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audibility</w:t>
      </w:r>
      <w:r>
        <w:rPr>
          <w:b/>
          <w:bCs/>
        </w:rPr>
        <w:t xml:space="preserve"> </w:t>
      </w:r>
      <w:r>
        <w:rPr>
          <w:b/>
          <w:bCs/>
        </w:rPr>
        <w:t xml:space="preserve">the furious expletives of its incompetence.</w:t>
      </w:r>
      <w:r>
        <w:br/>
      </w:r>
      <w:r>
        <w:t xml:space="preserve">    (a) the act of protecting something or keeping it as it is</w:t>
      </w:r>
      <w:r>
        <w:br/>
      </w:r>
      <w:r>
        <w:t xml:space="preserve">    (b) the state of or degree to which something can be heard</w:t>
      </w:r>
      <w:r>
        <w:br/>
      </w:r>
      <w:r>
        <w:t xml:space="preserve">    (c) speaks with someone about something for the first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began to realize the emotion, and the loneliness, behind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banality</w:t>
      </w:r>
      <w:r>
        <w:rPr>
          <w:b/>
          <w:bCs/>
        </w:rPr>
        <w:t xml:space="preserve"> </w:t>
      </w:r>
      <w:r>
        <w:rPr>
          <w:b/>
          <w:bCs/>
        </w:rPr>
        <w:t xml:space="preserve">of what she had said; he was ashamed of himself to have answered as if it were merely banal.</w:t>
      </w:r>
      <w:r>
        <w:br/>
      </w:r>
      <w:r>
        <w:t xml:space="preserve">    (a) a stone shaped like a disk that spins and is used to grind, sharpen or polish</w:t>
      </w:r>
      <w:r>
        <w:br/>
      </w:r>
      <w:r>
        <w:t xml:space="preserve">    (b) something that is uninteresting due to a lack of anything original or unusual</w:t>
      </w:r>
      <w:r>
        <w:br/>
      </w:r>
      <w:r>
        <w:t xml:space="preserve">    (c) a psychologist concerned with the treatment of abnormal thinking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broke from him and with an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sense of violation sat heavily at the edge of the bed, just where it was turned down, next the plumped pillows.</w:t>
      </w:r>
      <w:r>
        <w:br/>
      </w:r>
      <w:r>
        <w:t xml:space="preserve">    (a) not capable of being suffered through (or put up with)</w:t>
      </w:r>
      <w:r>
        <w:br/>
      </w:r>
      <w:r>
        <w:t xml:space="preserve">    (b) not capable of surviving; or not capable of being done</w:t>
      </w:r>
      <w:r>
        <w:br/>
      </w:r>
      <w:r>
        <w:t xml:space="preserve">    (c) desirous of seeking revenge or wanting to hurt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if I do break down, why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yourself.</w:t>
      </w:r>
      <w:r>
        <w:br/>
      </w:r>
      <w:r>
        <w:t xml:space="preserve">    (a) to spread to other parts of the body</w:t>
      </w:r>
      <w:r>
        <w:br/>
      </w:r>
      <w:r>
        <w:t xml:space="preserve">    (b) a criticism; or to express criticism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can't we just keep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reverent</w:t>
      </w:r>
      <w:r>
        <w:rPr>
          <w:b/>
          <w:bCs/>
        </w:rPr>
        <w:t xml:space="preserve"> </w:t>
      </w:r>
      <w:r>
        <w:rPr>
          <w:b/>
          <w:bCs/>
        </w:rPr>
        <w:t xml:space="preserve">silence!</w:t>
      </w:r>
      <w:r>
        <w:br/>
      </w:r>
      <w:r>
        <w:t xml:space="preserve">    (a) feeling or showing respect and admiration</w:t>
      </w:r>
      <w:r>
        <w:br/>
      </w:r>
      <w:r>
        <w:t xml:space="preserve">    (b) without purpose, job, or natural activity</w:t>
      </w:r>
      <w:r>
        <w:br/>
      </w:r>
      <w:r>
        <w:t xml:space="preserve">    (c) the quality of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 at once calm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annihilating</w:t>
      </w:r>
      <w:r>
        <w:rPr>
          <w:b/>
          <w:bCs/>
        </w:rPr>
        <w:t xml:space="preserve"> </w:t>
      </w:r>
      <w:r>
        <w:rPr>
          <w:b/>
          <w:bCs/>
        </w:rPr>
        <w:t xml:space="preserve">emptiness, and a cold and overwhelming fullness.</w:t>
      </w:r>
      <w:r>
        <w:br/>
      </w:r>
      <w:r>
        <w:t xml:space="preserve">    (a) commending or praising publicly</w:t>
      </w:r>
      <w:r>
        <w:br/>
      </w:r>
      <w:r>
        <w:t xml:space="preserve">    (b) to completely destroy or defeat</w:t>
      </w:r>
      <w:r>
        <w:br/>
      </w:r>
      <w:r>
        <w:t xml:space="preserve">    (c) telling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crazy, he told himself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incredulously</w:t>
      </w:r>
      <w:r>
        <w:rPr>
          <w:b/>
          <w:bCs/>
        </w:rPr>
        <w:t xml:space="preserve">.</w:t>
      </w:r>
      <w:r>
        <w:br/>
      </w:r>
      <w:r>
        <w:t xml:space="preserve">    (a) in a manner that intentionally angers, challenges, or upsets someone</w:t>
      </w:r>
      <w:r>
        <w:br/>
      </w:r>
      <w:r>
        <w:t xml:space="preserve">    (b) with disbelief; or with difficulty accepting something so unexpected</w:t>
      </w:r>
      <w:r>
        <w:br/>
      </w:r>
      <w:r>
        <w:t xml:space="preserve">    (c) in a manner that influences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...their astonished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at his complete lack of spirit to strike out against his tormentors,</w:t>
      </w:r>
      <w:r>
        <w:br/>
      </w:r>
      <w:r>
        <w:t xml:space="preserve">    (a) prejudice or unfair treatment</w:t>
      </w:r>
      <w:r>
        <w:br/>
      </w:r>
      <w:r>
        <w:t xml:space="preserve">    (b) lack of respect</w:t>
      </w:r>
      <w:r>
        <w:br/>
      </w:r>
      <w:r>
        <w:t xml:space="preserve">    (c) frustration at being treated unfairly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it's just a perfect shame,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deceiving</w:t>
      </w:r>
      <w:r>
        <w:rPr>
          <w:b/>
          <w:bCs/>
        </w:rPr>
        <w:t xml:space="preserve"> </w:t>
      </w:r>
      <w:r>
        <w:rPr>
          <w:b/>
          <w:bCs/>
        </w:rPr>
        <w:t xml:space="preserve">a little child like that who's been brought up to trust people, and laughing right in his face!</w:t>
      </w:r>
      <w:r>
        <w:br/>
      </w:r>
      <w:r>
        <w:t xml:space="preserve">    (a) lying or misleading</w:t>
      </w:r>
      <w:r>
        <w:br/>
      </w:r>
      <w:r>
        <w:t xml:space="preserve">    (b) influencing opinion</w:t>
      </w:r>
      <w:r>
        <w:br/>
      </w:r>
      <w:r>
        <w:t xml:space="preserve">    (c) continuing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ask, she said again, and he nodded again; a strange, cold excitement was rising in him; and in a cold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intuition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it would be kind, and gratefully received, he kissed her.</w:t>
      </w:r>
      <w:r>
        <w:br/>
      </w:r>
      <w:r>
        <w:t xml:space="preserve">    (a) someone with a potentially life-threatening psychological eating disorder that prevents eating enough food</w:t>
      </w:r>
      <w:r>
        <w:br/>
      </w:r>
      <w:r>
        <w:t xml:space="preserve">    (b) the redirection energy from a negative (unacceptable) impulse or urge into a positive or acceptable action</w:t>
      </w:r>
      <w:r>
        <w:br/>
      </w:r>
      <w:r>
        <w:t xml:space="preserve">    (c) the ability to known instinctively rather than through reasoning; or the thing that is known in such a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at him very searchingly; without quite knowing why, he felt he had been discovered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discreditable</w:t>
      </w:r>
      <w:r>
        <w:rPr>
          <w:b/>
          <w:bCs/>
        </w:rPr>
        <w:t xml:space="preserve"> </w:t>
      </w:r>
      <w:r>
        <w:rPr>
          <w:b/>
          <w:bCs/>
        </w:rPr>
        <w:t xml:space="preserve">secret.</w:t>
      </w:r>
      <w:r>
        <w:br/>
      </w:r>
      <w:r>
        <w:t xml:space="preserve">    (a) full of strong desire for something</w:t>
      </w:r>
      <w:r>
        <w:br/>
      </w:r>
      <w:r>
        <w:t xml:space="preserve">    (b) tending to damage the reputation of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Rufus had never seen him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; and the instant he saw him, he knew that he would never see him otherwise.</w:t>
      </w:r>
      <w:r>
        <w:br/>
      </w:r>
      <w:r>
        <w:t xml:space="preserve">    (a) likely to change</w:t>
      </w:r>
      <w:r>
        <w:br/>
      </w:r>
      <w:r>
        <w:t xml:space="preserve">    (b) without interest</w:t>
      </w:r>
      <w:r>
        <w:br/>
      </w:r>
      <w:r>
        <w:t xml:space="preserve">    (c) able to be found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2026-07-31T17:14:22Z</dcterms:created>
  <dcterms:modified xsi:type="dcterms:W3CDTF">2026-07-31T17:14:22Z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