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de0ab98f3775b386b2aa06d0915804f9269c719"/>
    <w:p>
      <w:pPr>
        <w:pStyle w:val="Heading1"/>
      </w:pPr>
      <w:r>
        <w:rPr>
          <w:b/>
          <w:bCs/>
        </w:rPr>
        <w:t xml:space="preserve">A Death in the Family</w:t>
      </w:r>
      <w:r>
        <w:br/>
      </w:r>
      <w:r>
        <w:rPr>
          <w:i/>
          <w:iCs/>
        </w:rPr>
        <w:t xml:space="preserve">James Agee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noise of each locust is pitched in some classic locust range out of which none of them varies more than two full tones: and yet you seem to hear each locust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discrete</w:t>
      </w:r>
      <w:r>
        <w:rPr>
          <w:b/>
          <w:bCs/>
        </w:rPr>
        <w:t xml:space="preserve"> </w:t>
      </w:r>
      <w:r>
        <w:rPr>
          <w:b/>
          <w:bCs/>
        </w:rPr>
        <w:t xml:space="preserve">from all the rest, and there is a long, slow, pulse in their noise, like the scarcely defined arch of a long and high set bridge.</w:t>
      </w:r>
      <w:r>
        <w:br/>
      </w:r>
      <w:r>
        <w:t xml:space="preserve">    (a) separate or distinct</w:t>
      </w:r>
      <w:r>
        <w:br/>
      </w:r>
      <w:r>
        <w:t xml:space="preserve">    (b) sincerity (realness)</w:t>
      </w:r>
      <w:r>
        <w:br/>
      </w:r>
      <w:r>
        <w:t xml:space="preserve">    (c) not demonstrative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dark and empty hall, by itself, the telephone was shrilling fiercely, forlorn as an abandoned baby and even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peremptory</w:t>
      </w:r>
      <w:r>
        <w:rPr>
          <w:b/>
          <w:bCs/>
        </w:rPr>
        <w:t xml:space="preserve"> </w:t>
      </w:r>
      <w:r>
        <w:rPr>
          <w:b/>
          <w:bCs/>
        </w:rPr>
        <w:t xml:space="preserve">to be quieted.</w:t>
      </w:r>
      <w:r>
        <w:br/>
      </w:r>
      <w:r>
        <w:t xml:space="preserve">    (a) able to be restored to good condition</w:t>
      </w:r>
      <w:r>
        <w:br/>
      </w:r>
      <w:r>
        <w:t xml:space="preserve">    (b) not bouncing back light/heat/sound...</w:t>
      </w:r>
      <w:r>
        <w:br/>
      </w:r>
      <w:r>
        <w:t xml:space="preserve">    (c) not allowing contradiction or refusal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Stepping to the left of the car, and assuming the serious position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stealth</w:t>
      </w:r>
      <w:r>
        <w:rPr>
          <w:b/>
          <w:bCs/>
        </w:rPr>
        <w:t xml:space="preserve"> </w:t>
      </w:r>
      <w:r>
        <w:rPr>
          <w:b/>
          <w:bCs/>
        </w:rPr>
        <w:t xml:space="preserve">which the narrowness of the garage made necessary, he disappeared into the absolute darkness.</w:t>
      </w:r>
      <w:r>
        <w:br/>
      </w:r>
      <w:r>
        <w:t xml:space="preserve">    (a) hard to see or detect; or done in a manner to avoid detection</w:t>
      </w:r>
      <w:r>
        <w:br/>
      </w:r>
      <w:r>
        <w:t xml:space="preserve">    (b) not trustworthy with secrets, and/or conspicuous or obtrusive</w:t>
      </w:r>
      <w:r>
        <w:br/>
      </w:r>
      <w:r>
        <w:t xml:space="preserve">    (c) the state or degree of being able to be taken on as one's 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her milk, untouched, forgotten,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tepid</w:t>
      </w:r>
      <w:r>
        <w:rPr>
          <w:b/>
          <w:bCs/>
        </w:rPr>
        <w:t xml:space="preserve">.</w:t>
      </w:r>
      <w:r>
        <w:br/>
      </w:r>
      <w:r>
        <w:t xml:space="preserve">    (a) trustworthy with secrets or subtle (not attracting attention)</w:t>
      </w:r>
      <w:r>
        <w:br/>
      </w:r>
      <w:r>
        <w:t xml:space="preserve">    (b) related to the setting or situation in which something occurs</w:t>
      </w:r>
      <w:r>
        <w:br/>
      </w:r>
      <w:r>
        <w:t xml:space="preserve">    (c) only slightly warm; or lacking heat, enthusiasm, or intensity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drank it down, without pleasure; all its whiteness, draining from the stringing wet whiteness of the empty cup, was singularly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repugnant</w:t>
      </w:r>
      <w:r>
        <w:rPr>
          <w:b/>
          <w:bCs/>
        </w:rPr>
        <w:t xml:space="preserve">.</w:t>
      </w:r>
      <w:r>
        <w:br/>
      </w:r>
      <w:r>
        <w:t xml:space="preserve">    (a) disgusting</w:t>
      </w:r>
      <w:r>
        <w:br/>
      </w:r>
      <w:r>
        <w:t xml:space="preserve">    (b) related to</w:t>
      </w:r>
      <w:r>
        <w:br/>
      </w:r>
      <w:r>
        <w:t xml:space="preserve">    (c) very large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Lord God, Lord Jesus, melt away my coldness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apathy</w:t>
      </w:r>
      <w:r>
        <w:rPr>
          <w:b/>
          <w:bCs/>
        </w:rPr>
        <w:t xml:space="preserve"> </w:t>
      </w:r>
      <w:r>
        <w:rPr>
          <w:b/>
          <w:bCs/>
        </w:rPr>
        <w:t xml:space="preserve">of heart, descend and fill my emptiness of heart.</w:t>
      </w:r>
      <w:r>
        <w:br/>
      </w:r>
      <w:r>
        <w:t xml:space="preserve">    (a) lack of interest and enthusiasm</w:t>
      </w:r>
      <w:r>
        <w:br/>
      </w:r>
      <w:r>
        <w:t xml:space="preserve">    (b) non-traditional or non-standard</w:t>
      </w:r>
      <w:r>
        <w:br/>
      </w:r>
      <w:r>
        <w:t xml:space="preserve">    (c) poor ability to make a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that Tom had seen his malice, his desire to belittle him, and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belittled</w:t>
      </w:r>
      <w:r>
        <w:rPr>
          <w:b/>
          <w:bCs/>
        </w:rPr>
        <w:t xml:space="preserve"> </w:t>
      </w:r>
      <w:r>
        <w:rPr>
          <w:b/>
          <w:bCs/>
        </w:rPr>
        <w:t xml:space="preserve">him instead, before his mother and his wife and his dying father.</w:t>
      </w:r>
      <w:r>
        <w:br/>
      </w:r>
      <w:r>
        <w:t xml:space="preserve">    (a) made someone or something seem less important</w:t>
      </w:r>
      <w:r>
        <w:br/>
      </w:r>
      <w:r>
        <w:t xml:space="preserve">    (b) donated a portion of one's income to a church</w:t>
      </w:r>
      <w:r>
        <w:br/>
      </w:r>
      <w:r>
        <w:t xml:space="preserve">    (c) returned to an undesirable previous condition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no flurry and no dawdling as there would have been with any other woman Rufus knew; none of the ceremony that held his grandmother's shopping habits in a kind of stiff embroidery; none of the hurrying, sheepish refusal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judicious</w:t>
      </w:r>
      <w:r>
        <w:rPr>
          <w:b/>
          <w:bCs/>
        </w:rPr>
        <w:t xml:space="preserve"> </w:t>
      </w:r>
      <w:r>
        <w:rPr>
          <w:b/>
          <w:bCs/>
        </w:rPr>
        <w:t xml:space="preserve">in which men shopped.</w:t>
      </w:r>
      <w:r>
        <w:br/>
      </w:r>
      <w:r>
        <w:t xml:space="preserve">    (a) able to be translated</w:t>
      </w:r>
      <w:r>
        <w:br/>
      </w:r>
      <w:r>
        <w:t xml:space="preserve">    (b) exactness or accuracy</w:t>
      </w:r>
      <w:r>
        <w:br/>
      </w:r>
      <w:r>
        <w:t xml:space="preserve">    (c) showing good judgment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personal tastes were almost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frugal</w:t>
      </w:r>
      <w:r>
        <w:rPr>
          <w:b/>
          <w:bCs/>
        </w:rPr>
        <w:t xml:space="preserve"> </w:t>
      </w:r>
      <w:r>
        <w:rPr>
          <w:b/>
          <w:bCs/>
        </w:rPr>
        <w:t xml:space="preserve">as her needs; hooks and eyes, lengths of black tape and white tape, snappers so tiny it was difficult to handle them, narrow lace, a few yards, sometimes, of black or white cotton cloth, and now and then two pairs of black cotton stockings.</w:t>
      </w:r>
      <w:r>
        <w:br/>
      </w:r>
      <w:r>
        <w:t xml:space="preserve">    (a) sensible and careful</w:t>
      </w:r>
      <w:r>
        <w:br/>
      </w:r>
      <w:r>
        <w:t xml:space="preserve">    (b) not demonstrative of</w:t>
      </w:r>
      <w:r>
        <w:br/>
      </w:r>
      <w:r>
        <w:t xml:space="preserve">    (c) careful not to waste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man,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abashed</w:t>
      </w:r>
      <w:r>
        <w:rPr>
          <w:b/>
          <w:bCs/>
        </w:rPr>
        <w:t xml:space="preserve"> </w:t>
      </w:r>
      <w:r>
        <w:rPr>
          <w:b/>
          <w:bCs/>
        </w:rPr>
        <w:t xml:space="preserve">into courtesy, found a clerk for her, and the clerk conducted them to the dark rear of the store.</w:t>
      </w:r>
      <w:r>
        <w:br/>
      </w:r>
      <w:r>
        <w:t xml:space="preserve">    (a) embarrassed or self-conscious</w:t>
      </w:r>
      <w:r>
        <w:br/>
      </w:r>
      <w:r>
        <w:t xml:space="preserve">    (b) with rises and falls in pitch</w:t>
      </w:r>
      <w:r>
        <w:br/>
      </w:r>
      <w:r>
        <w:t xml:space="preserve">    (c) commended or praised publicly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now she was swollen up like a vase, and there was a peculiar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lethargic</w:t>
      </w:r>
      <w:r>
        <w:rPr>
          <w:b/>
          <w:bCs/>
        </w:rPr>
        <w:t xml:space="preserve"> </w:t>
      </w:r>
      <w:r>
        <w:rPr>
          <w:b/>
          <w:bCs/>
        </w:rPr>
        <w:t xml:space="preserve">lightness in her face and in her voice.</w:t>
      </w:r>
      <w:r>
        <w:br/>
      </w:r>
      <w:r>
        <w:t xml:space="preserve">    (a) agitated (upset)</w:t>
      </w:r>
      <w:r>
        <w:br/>
      </w:r>
      <w:r>
        <w:t xml:space="preserve">    (b) lacking energy</w:t>
      </w:r>
      <w:r>
        <w:br/>
      </w:r>
      <w:r>
        <w:t xml:space="preserve">    (c) apprehensive (nervous)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looked quickly to his father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corroboration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his father, who appeared to be embarrassed, did not look at him.</w:t>
      </w:r>
      <w:r>
        <w:br/>
      </w:r>
      <w:r>
        <w:t xml:space="preserve">    (a) to support an opinion -- typically with additional evidence or testimony</w:t>
      </w:r>
      <w:r>
        <w:br/>
      </w:r>
      <w:r>
        <w:t xml:space="preserve">    (b) ruling on a point of Islamic law that is given by a recognized authority</w:t>
      </w:r>
      <w:r>
        <w:br/>
      </w:r>
      <w:r>
        <w:t xml:space="preserve">    (c) cash or an asset (something of value) that is easily converted into cash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God is not here, Hannah said to herself; and made a small cross upon her breastbone, against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blasphemy</w:t>
      </w:r>
      <w:r>
        <w:rPr>
          <w:b/>
          <w:bCs/>
        </w:rPr>
        <w:t xml:space="preserve">.</w:t>
      </w:r>
      <w:r>
        <w:br/>
      </w:r>
      <w:r>
        <w:t xml:space="preserve">    (a) disrespectful of something considered sacred</w:t>
      </w:r>
      <w:r>
        <w:br/>
      </w:r>
      <w:r>
        <w:t xml:space="preserve">    (b) Nazi organization for children aged 10 to 18</w:t>
      </w:r>
      <w:r>
        <w:br/>
      </w:r>
      <w:r>
        <w:t xml:space="preserve">    (c) found a condition or substance to be present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Just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digression</w:t>
      </w:r>
      <w:r>
        <w:rPr>
          <w:b/>
          <w:bCs/>
        </w:rPr>
        <w:t xml:space="preserve">.</w:t>
      </w:r>
      <w:r>
        <w:br/>
      </w:r>
      <w:r>
        <w:t xml:space="preserve">    (a) related to or causing dramatic change; of a supporter of the change</w:t>
      </w:r>
      <w:r>
        <w:br/>
      </w:r>
      <w:r>
        <w:t xml:space="preserve">    (b) a series of regularly spaced columns -- typically covered by a roof</w:t>
      </w:r>
      <w:r>
        <w:br/>
      </w:r>
      <w:r>
        <w:t xml:space="preserve">    (c) a wandering from a direct or straight course -- especially verbally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That's what they're for,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epitaphs</w:t>
      </w:r>
      <w:r>
        <w:rPr>
          <w:b/>
          <w:bCs/>
        </w:rPr>
        <w:t xml:space="preserve">, Joel suddenly realized.</w:t>
      </w:r>
      <w:r>
        <w:br/>
      </w:r>
      <w:r>
        <w:t xml:space="preserve">    (a) Muslim religious teachers or leaders</w:t>
      </w:r>
      <w:r>
        <w:br/>
      </w:r>
      <w:r>
        <w:t xml:space="preserve">    (b) short texts in memory of dead people</w:t>
      </w:r>
      <w:r>
        <w:br/>
      </w:r>
      <w:r>
        <w:t xml:space="preserve">    (c) things that disagree with themselves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an odd kind of shyness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constraint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them, which neither could understand.</w:t>
      </w:r>
      <w:r>
        <w:br/>
      </w:r>
      <w:r>
        <w:t xml:space="preserve">    (a) a Muslim religious teacher or leader</w:t>
      </w:r>
      <w:r>
        <w:br/>
      </w:r>
      <w:r>
        <w:t xml:space="preserve">    (b) something that limits something else</w:t>
      </w:r>
      <w:r>
        <w:br/>
      </w:r>
      <w:r>
        <w:t xml:space="preserve">    (c) lacking experience or sophistication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hopes and fears, a calm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implacable</w:t>
      </w:r>
      <w:r>
        <w:rPr>
          <w:b/>
          <w:bCs/>
        </w:rPr>
        <w:t xml:space="preserve"> </w:t>
      </w:r>
      <w:r>
        <w:rPr>
          <w:b/>
          <w:bCs/>
        </w:rPr>
        <w:t xml:space="preserve">voice continued within him; he spoke quietly: Of all the years.</w:t>
      </w:r>
      <w:r>
        <w:br/>
      </w:r>
      <w:r>
        <w:t xml:space="preserve">    (a) diminishing</w:t>
      </w:r>
      <w:r>
        <w:br/>
      </w:r>
      <w:r>
        <w:t xml:space="preserve">    (b) unyielding</w:t>
      </w:r>
      <w:r>
        <w:br/>
      </w:r>
      <w:r>
        <w:t xml:space="preserve">    (c) increasing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an old, old lady, his father said gravely; and Ralph gravely and proudly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concurred</w:t>
      </w:r>
      <w:r>
        <w:rPr>
          <w:b/>
          <w:bCs/>
        </w:rPr>
        <w:t xml:space="preserve">.</w:t>
      </w:r>
      <w:r>
        <w:br/>
      </w:r>
      <w:r>
        <w:t xml:space="preserve">    (a) traded</w:t>
      </w:r>
      <w:r>
        <w:br/>
      </w:r>
      <w:r>
        <w:t xml:space="preserve">    (b) copied</w:t>
      </w:r>
      <w:r>
        <w:br/>
      </w:r>
      <w:r>
        <w:t xml:space="preserve">    (c) agreed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"Our Father, Who art in Heaven,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hallowed</w:t>
      </w:r>
      <w:r>
        <w:rPr>
          <w:b/>
          <w:bCs/>
        </w:rPr>
        <w:t xml:space="preserve"> </w:t>
      </w:r>
      <w:r>
        <w:rPr>
          <w:b/>
          <w:bCs/>
        </w:rPr>
        <w:t xml:space="preserve">be Thy name; Thy kingdom come, Thy — "Thy will be d ...Rufus went on, alone; then waited, disconcerted.</w:t>
      </w:r>
      <w:r>
        <w:br/>
      </w:r>
      <w:r>
        <w:t xml:space="preserve">    (a) able to accept as true (without proof)</w:t>
      </w:r>
      <w:r>
        <w:br/>
      </w:r>
      <w:r>
        <w:t xml:space="preserve">    (b) able to be protected or kept unchanged</w:t>
      </w:r>
      <w:r>
        <w:br/>
      </w:r>
      <w:r>
        <w:t xml:space="preserve">    (c) treated as sacred or greatly respected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felt mysteriously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immaculate</w:t>
      </w:r>
      <w:r>
        <w:rPr>
          <w:b/>
          <w:bCs/>
        </w:rPr>
        <w:t xml:space="preserve">, strange and careful in their clean clothes, and it seemed as if the house were in shadow and were walking on tiptoe in the middle of an easy, sunny world.</w:t>
      </w:r>
      <w:r>
        <w:br/>
      </w:r>
      <w:r>
        <w:t xml:space="preserve">    (a) completely clean</w:t>
      </w:r>
      <w:r>
        <w:br/>
      </w:r>
      <w:r>
        <w:t xml:space="preserve">    (b) not tending to find fault</w:t>
      </w:r>
      <w:r>
        <w:br/>
      </w:r>
      <w:r>
        <w:t xml:space="preserve">    (c) able to be disagreed with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2026-07-31T17:14:22Z</dcterms:created>
  <dcterms:modified xsi:type="dcterms:W3CDTF">2026-07-31T17:14:22Z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