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1098c6a24620b2105087e69780f135730b26654"/>
    <w:p>
      <w:pPr>
        <w:pStyle w:val="Heading1"/>
      </w:pPr>
      <w:r>
        <w:rPr>
          <w:b/>
          <w:bCs/>
        </w:rPr>
        <w:t xml:space="preserve">A Day No Pigs Would Die</w:t>
      </w:r>
      <w:r>
        <w:br/>
      </w:r>
      <w:r>
        <w:rPr>
          <w:i/>
          <w:iCs/>
        </w:rPr>
        <w:t xml:space="preserve">Robert Newton Peck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Five acres of Vermont became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Sahara</w:t>
      </w:r>
      <w:r>
        <w:rPr>
          <w:b/>
          <w:bCs/>
        </w:rPr>
        <w:t xml:space="preserve"> </w:t>
      </w:r>
      <w:r>
        <w:rPr>
          <w:b/>
          <w:bCs/>
        </w:rPr>
        <w:t xml:space="preserve">of raw responsibility.</w:t>
      </w:r>
      <w:r>
        <w:br/>
      </w:r>
      <w:r>
        <w:t xml:space="preserve">    (a) North African desert that is the largest in the world (3.5 million square miles - 7 times larger than the next largest desert and almost as large as the entire USA).</w:t>
      </w:r>
      <w:r>
        <w:br/>
      </w:r>
      <w:r>
        <w:t xml:space="preserve">    (b) Dow Jones Industrial Average -- most commonly followed index of the U.S. stock market comprised of 30 stocks that are thought to be a barometer of U.S. stocks in general</w:t>
      </w:r>
      <w:r>
        <w:br/>
      </w:r>
      <w:r>
        <w:t xml:space="preserve">    (c) attention-deficit hyperactivity disorder -- a medical condition characterized by trouble paying attention, controlling impulsive behaviors, and/or being hyperactive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recollection</w:t>
      </w:r>
      <w:r>
        <w:rPr>
          <w:b/>
          <w:bCs/>
        </w:rPr>
        <w:t xml:space="preserve"> </w:t>
      </w:r>
      <w:r>
        <w:rPr>
          <w:b/>
          <w:bCs/>
        </w:rPr>
        <w:t xml:space="preserve">embraces them forever.</w:t>
      </w:r>
      <w:r>
        <w:br/>
      </w:r>
      <w:r>
        <w:t xml:space="preserve">    (a) memory (especially experiences from long ago)</w:t>
      </w:r>
      <w:r>
        <w:br/>
      </w:r>
      <w:r>
        <w:t xml:space="preserve">    (b) battle</w:t>
      </w:r>
      <w:r>
        <w:br/>
      </w:r>
      <w:r>
        <w:t xml:space="preserve">    (c) result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didn't want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render</w:t>
      </w:r>
      <w:r>
        <w:rPr>
          <w:b/>
          <w:bCs/>
        </w:rPr>
        <w:t xml:space="preserve"> </w:t>
      </w:r>
      <w:r>
        <w:rPr>
          <w:b/>
          <w:bCs/>
        </w:rPr>
        <w:t xml:space="preserve">it up, but they took it.</w:t>
      </w:r>
      <w:r>
        <w:br/>
      </w:r>
      <w:r>
        <w:t xml:space="preserve">    (a) one who lives</w:t>
      </w:r>
      <w:r>
        <w:br/>
      </w:r>
      <w:r>
        <w:t xml:space="preserve">    (b) less important</w:t>
      </w:r>
      <w:r>
        <w:br/>
      </w:r>
      <w:r>
        <w:t xml:space="preserve">    (c) give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guess 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provoked</w:t>
      </w:r>
      <w:r>
        <w:rPr>
          <w:b/>
          <w:bCs/>
        </w:rPr>
        <w:t xml:space="preserve"> </w:t>
      </w:r>
      <w:r>
        <w:rPr>
          <w:b/>
          <w:bCs/>
        </w:rPr>
        <w:t xml:space="preserve">old Apron.</w:t>
      </w:r>
      <w:r>
        <w:br/>
      </w:r>
      <w:r>
        <w:t xml:space="preserve">    (a) excessively excited</w:t>
      </w:r>
      <w:r>
        <w:br/>
      </w:r>
      <w:r>
        <w:t xml:space="preserve">    (b) nervous or confused</w:t>
      </w:r>
      <w:r>
        <w:br/>
      </w:r>
      <w:r>
        <w:t xml:space="preserve">    (c) caused a reaction from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looking clean 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clergy</w:t>
      </w:r>
      <w:r>
        <w:rPr>
          <w:b/>
          <w:bCs/>
        </w:rPr>
        <w:t xml:space="preserve">.</w:t>
      </w:r>
      <w:r>
        <w:br/>
      </w:r>
      <w:r>
        <w:t xml:space="preserve">    (a) religious leaders</w:t>
      </w:r>
      <w:r>
        <w:br/>
      </w:r>
      <w:r>
        <w:t xml:space="preserve">    (b) the position of being in charge of a group of monks</w:t>
      </w:r>
      <w:r>
        <w:br/>
      </w:r>
      <w:r>
        <w:t xml:space="preserve">    (c) with disapproval or distrust; or directed to one side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Solomon's got it at sundown, and that's the only time of day that big ox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ornery</w:t>
      </w:r>
      <w:r>
        <w:rPr>
          <w:b/>
          <w:bCs/>
        </w:rPr>
        <w:t xml:space="preserve">.</w:t>
      </w:r>
      <w:r>
        <w:br/>
      </w:r>
      <w:r>
        <w:t xml:space="preserve">    (a) a document granting permission to do something</w:t>
      </w:r>
      <w:r>
        <w:br/>
      </w:r>
      <w:r>
        <w:t xml:space="preserve">    (b) easily annoyed and quick to complain and argue</w:t>
      </w:r>
      <w:r>
        <w:br/>
      </w:r>
      <w:r>
        <w:t xml:space="preserve">    (c) the state or character of being bad or harmful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says 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abides</w:t>
      </w:r>
      <w:r>
        <w:rPr>
          <w:b/>
          <w:bCs/>
        </w:rPr>
        <w:t xml:space="preserve"> </w:t>
      </w:r>
      <w:r>
        <w:rPr>
          <w:b/>
          <w:bCs/>
        </w:rPr>
        <w:t xml:space="preserve">in Shaker Law.</w:t>
      </w:r>
      <w:r>
        <w:br/>
      </w:r>
      <w:r>
        <w:t xml:space="preserve">    (a) disagrees</w:t>
      </w:r>
      <w:r>
        <w:br/>
      </w:r>
      <w:r>
        <w:t xml:space="preserve">    (b) subtracts</w:t>
      </w:r>
      <w:r>
        <w:br/>
      </w:r>
      <w:r>
        <w:t xml:space="preserve">    (c) obeys the rules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we ask only that his soul enter the Kingdom Hall, there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abide</w:t>
      </w:r>
      <w:r>
        <w:rPr>
          <w:b/>
          <w:bCs/>
        </w:rPr>
        <w:t xml:space="preserve"> </w:t>
      </w:r>
      <w:r>
        <w:rPr>
          <w:b/>
          <w:bCs/>
        </w:rPr>
        <w:t xml:space="preserve">forever.</w:t>
      </w:r>
      <w:r>
        <w:br/>
      </w:r>
      <w:r>
        <w:t xml:space="preserve">    (a) live</w:t>
      </w:r>
      <w:r>
        <w:br/>
      </w:r>
      <w:r>
        <w:t xml:space="preserve">    (b) quit</w:t>
      </w:r>
      <w:r>
        <w:br/>
      </w:r>
      <w:r>
        <w:t xml:space="preserve">    (c) draw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No. Aren't you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Republican</w:t>
      </w:r>
      <w:r>
        <w:rPr>
          <w:b/>
          <w:bCs/>
        </w:rPr>
        <w:t xml:space="preserve"> </w:t>
      </w:r>
      <w:r>
        <w:rPr>
          <w:b/>
          <w:bCs/>
        </w:rPr>
        <w:t xml:space="preserve">?</w:t>
      </w:r>
      <w:r>
        <w:br/>
      </w:r>
      <w:r>
        <w:t xml:space="preserve">    (a) of an organism in the early stages of development prior to birth, hatching, or sprouting  OR  of anything in an early stage of development</w:t>
      </w:r>
      <w:r>
        <w:br/>
      </w:r>
      <w:r>
        <w:t xml:space="preserve">    (b) relating to a Christian ceremony signifying spiritual cleansing and rebirth  OR  relating to a challenging experience that initiates or purifies</w:t>
      </w:r>
      <w:r>
        <w:br/>
      </w:r>
      <w:r>
        <w:t xml:space="preserve">    (c) of a system of government in which a majority of citizens elect representatives to make laws; or someone in favor of such a form of government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don't know whether she found it 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mirthful</w:t>
      </w:r>
      <w:r>
        <w:rPr>
          <w:b/>
          <w:bCs/>
        </w:rPr>
        <w:t xml:space="preserve"> </w:t>
      </w:r>
      <w:r>
        <w:rPr>
          <w:b/>
          <w:bCs/>
        </w:rPr>
        <w:t xml:space="preserve">as Papa, but she seemed to enjoy it some.</w:t>
      </w:r>
      <w:r>
        <w:br/>
      </w:r>
      <w:r>
        <w:t xml:space="preserve">    (a) the state of being awake</w:t>
      </w:r>
      <w:r>
        <w:br/>
      </w:r>
      <w:r>
        <w:t xml:space="preserve">    (b) full of fun and laughter</w:t>
      </w:r>
      <w:r>
        <w:br/>
      </w:r>
      <w:r>
        <w:t xml:space="preserve">    (c) able to take on or adopt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It's no laughing matter. Next thing it'll be an F, for Failure. And you know what that means.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Expulsion</w:t>
      </w:r>
      <w:r>
        <w:rPr>
          <w:b/>
          <w:bCs/>
        </w:rPr>
        <w:t xml:space="preserve">. He'll be put back a grade.</w:t>
      </w:r>
      <w:r>
        <w:br/>
      </w:r>
      <w:r>
        <w:t xml:space="preserve">    (a) kicked out of school (expelled)</w:t>
      </w:r>
      <w:r>
        <w:br/>
      </w:r>
      <w:r>
        <w:t xml:space="preserve">    (b) surrounding conditions</w:t>
      </w:r>
      <w:r>
        <w:br/>
      </w:r>
      <w:r>
        <w:t xml:space="preserve">    (c) not easily set on fire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any schoolboy who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gists</w:t>
      </w:r>
      <w:r>
        <w:rPr>
          <w:b/>
          <w:bCs/>
        </w:rPr>
        <w:t xml:space="preserve"> </w:t>
      </w:r>
      <w:r>
        <w:rPr>
          <w:b/>
          <w:bCs/>
        </w:rPr>
        <w:t xml:space="preserve">a D had better learn.</w:t>
      </w:r>
      <w:r>
        <w:br/>
      </w:r>
      <w:r>
        <w:t xml:space="preserve">    (a) males, females, or various trans categories</w:t>
      </w:r>
      <w:r>
        <w:br/>
      </w:r>
      <w:r>
        <w:t xml:space="preserve">    (b) the main point(s) of a more detailed matter</w:t>
      </w:r>
      <w:r>
        <w:br/>
      </w:r>
      <w:r>
        <w:t xml:space="preserve">    (c) jobs, reservations, bookings, or activities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Seeing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talons</w:t>
      </w:r>
      <w:r>
        <w:rPr>
          <w:b/>
          <w:bCs/>
        </w:rPr>
        <w:t xml:space="preserve"> </w:t>
      </w:r>
      <w:r>
        <w:rPr>
          <w:b/>
          <w:bCs/>
        </w:rPr>
        <w:t xml:space="preserve">were buried in its fur, the hawk was being whipped through that juniper bush for fair.</w:t>
      </w:r>
      <w:r>
        <w:br/>
      </w:r>
      <w:r>
        <w:t xml:space="preserve">    (a) unties or releases</w:t>
      </w:r>
      <w:r>
        <w:br/>
      </w:r>
      <w:r>
        <w:t xml:space="preserve">    (b) sharp hooked claws</w:t>
      </w:r>
      <w:r>
        <w:br/>
      </w:r>
      <w:r>
        <w:t xml:space="preserve">    (c) rules for behavior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Any time I went fishing, she got fish. And all the soybean meal and alfalfa I could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muster</w:t>
      </w:r>
      <w:r>
        <w:rPr>
          <w:b/>
          <w:bCs/>
        </w:rPr>
        <w:t xml:space="preserve">.</w:t>
      </w:r>
      <w:r>
        <w:br/>
      </w:r>
      <w:r>
        <w:t xml:space="preserve">    (a) unwrap</w:t>
      </w:r>
      <w:r>
        <w:br/>
      </w:r>
      <w:r>
        <w:t xml:space="preserve">    (b) change</w:t>
      </w:r>
      <w:r>
        <w:br/>
      </w:r>
      <w:r>
        <w:t xml:space="preserve">    (c) gather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don't let Sebring Hillman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desecrate</w:t>
      </w:r>
      <w:r>
        <w:rPr>
          <w:b/>
          <w:bCs/>
        </w:rPr>
        <w:t xml:space="preserve"> </w:t>
      </w:r>
      <w:r>
        <w:rPr>
          <w:b/>
          <w:bCs/>
        </w:rPr>
        <w:t xml:space="preserve">what's ours that's buried there.</w:t>
      </w:r>
      <w:r>
        <w:br/>
      </w:r>
      <w:r>
        <w:t xml:space="preserve">    (a) violate the sacred character of</w:t>
      </w:r>
      <w:r>
        <w:br/>
      </w:r>
      <w:r>
        <w:t xml:space="preserve">    (b) examine in detail to better understand</w:t>
      </w:r>
      <w:r>
        <w:br/>
      </w:r>
      <w:r>
        <w:t xml:space="preserve">    (c) appropriate in size, amount, or degree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that's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Gospel</w:t>
      </w:r>
      <w:r>
        <w:rPr>
          <w:b/>
          <w:bCs/>
        </w:rPr>
        <w:t xml:space="preserve">.</w:t>
      </w:r>
      <w:r>
        <w:br/>
      </w:r>
      <w:r>
        <w:t xml:space="preserve">    (a) an unquestionable truth</w:t>
      </w:r>
      <w:r>
        <w:br/>
      </w:r>
      <w:r>
        <w:t xml:space="preserve">    (b) Hitler's fanatical and oppressive political party in World War II Germany</w:t>
      </w:r>
      <w:r>
        <w:br/>
      </w:r>
      <w:r>
        <w:t xml:space="preserve">    (c) a feeling of anger or unhappiness at having to accept something not liked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Papa didn't take too kind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trespass</w:t>
      </w:r>
      <w:r>
        <w:rPr>
          <w:b/>
          <w:bCs/>
        </w:rPr>
        <w:t xml:space="preserve">.</w:t>
      </w:r>
      <w:r>
        <w:br/>
      </w:r>
      <w:r>
        <w:t xml:space="preserve">    (a) to concentrate, look at; or the act of concentration</w:t>
      </w:r>
      <w:r>
        <w:br/>
      </w:r>
      <w:r>
        <w:t xml:space="preserve">    (b) someone entering his property without permission</w:t>
      </w:r>
      <w:r>
        <w:br/>
      </w:r>
      <w:r>
        <w:t xml:space="preserve">    (c) make one's home in; or live in; or stay (in a place)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clean as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archangel</w:t>
      </w:r>
      <w:r>
        <w:rPr>
          <w:b/>
          <w:bCs/>
        </w:rPr>
        <w:t xml:space="preserve">.</w:t>
      </w:r>
      <w:r>
        <w:br/>
      </w:r>
      <w:r>
        <w:t xml:space="preserve">    (a) angel of high rank</w:t>
      </w:r>
      <w:r>
        <w:br/>
      </w:r>
      <w:r>
        <w:t xml:space="preserve">    (b) untied or released</w:t>
      </w:r>
      <w:r>
        <w:br/>
      </w:r>
      <w:r>
        <w:t xml:space="preserve">    (c) easily set on fire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Until Mr. Tanner gave me a healthy prod in the backside with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goad</w:t>
      </w:r>
      <w:r>
        <w:rPr>
          <w:b/>
          <w:bCs/>
        </w:rPr>
        <w:t xml:space="preserve"> </w:t>
      </w:r>
      <w:r>
        <w:rPr>
          <w:b/>
          <w:bCs/>
        </w:rPr>
        <w:t xml:space="preserve">and said, "Git!"</w:t>
      </w:r>
      <w:r>
        <w:br/>
      </w:r>
      <w:r>
        <w:t xml:space="preserve">    (a) to expression feelings or thoughts enthusiastically  OR  to squirt or give off (typically under pressure such as blood or leaking gas)</w:t>
      </w:r>
      <w:r>
        <w:br/>
      </w:r>
      <w:r>
        <w:t xml:space="preserve">    (b) a pointed stick or other device used to prod animals (get them to move)</w:t>
      </w:r>
      <w:r>
        <w:br/>
      </w:r>
      <w:r>
        <w:t xml:space="preserve">    (c) the act of hiding something by making it blend in with its surroundings; or hiding the truth; or something that hides or deceives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She'll farrow at least ten pigs, spring and fall— if you breed her fresh again just three days after 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weans</w:t>
      </w:r>
      <w:r>
        <w:rPr>
          <w:b/>
          <w:bCs/>
        </w:rPr>
        <w:t xml:space="preserve">.</w:t>
      </w:r>
      <w:r>
        <w:br/>
      </w:r>
      <w:r>
        <w:t xml:space="preserve">    (a) adapts</w:t>
      </w:r>
      <w:r>
        <w:br/>
      </w:r>
      <w:r>
        <w:t xml:space="preserve">    (b) trades</w:t>
      </w:r>
      <w:r>
        <w:br/>
      </w:r>
      <w:r>
        <w:t xml:space="preserve">    (c) copies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2026-07-31T16:54:33Z</dcterms:created>
  <dcterms:modified xsi:type="dcterms:W3CDTF">2026-07-31T16:54:33Z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