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6ff6cb33a8436d726ff158904efefe9f31c418"/>
    <w:p>
      <w:pPr>
        <w:pStyle w:val="Heading1"/>
      </w:pPr>
      <w:r>
        <w:rPr>
          <w:b/>
          <w:bCs/>
        </w:rPr>
        <w:t xml:space="preserve">A Dance With Dragons</w:t>
      </w:r>
      <w:r>
        <w:br/>
      </w:r>
      <w:r>
        <w:rPr>
          <w:i/>
          <w:iCs/>
        </w:rPr>
        <w:t xml:space="preserve">George R. R. Martin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wolves were as famished as he was,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 </w:t>
      </w:r>
      <w:r>
        <w:rPr>
          <w:b/>
          <w:bCs/>
        </w:rPr>
        <w:t xml:space="preserve">and cold and hungry, and the prey ...two men and a woman, a babe in arms, fleeing from defeat to death.</w:t>
      </w:r>
      <w:r>
        <w:br/>
      </w:r>
      <w:r>
        <w:t xml:space="preserve">    (a) not having the characteristic of or relating to bouncing back light/heat/sound...</w:t>
      </w:r>
      <w:r>
        <w:br/>
      </w:r>
      <w:r>
        <w:t xml:space="preserve">    (b) able to qualify for regular payments that permit having an income without working</w:t>
      </w:r>
      <w:r>
        <w:br/>
      </w:r>
      <w:r>
        <w:t xml:space="preserve">    (c) very thin and bony -- often from hunger or as though having been worn to the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would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soon in any case, from exposure or starvation.</w:t>
      </w:r>
      <w:r>
        <w:br/>
      </w:r>
      <w:r>
        <w:t xml:space="preserve">    (a) died, was destroyed, or ceased to exist</w:t>
      </w:r>
      <w:r>
        <w:br/>
      </w:r>
      <w:r>
        <w:t xml:space="preserve">    (b) moved into position to work; or started</w:t>
      </w:r>
      <w:r>
        <w:br/>
      </w:r>
      <w:r>
        <w:t xml:space="preserve">    (c) examined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Blood had soaked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breeches</w:t>
      </w:r>
      <w:r>
        <w:rPr>
          <w:b/>
          <w:bCs/>
        </w:rPr>
        <w:t xml:space="preserve"> </w:t>
      </w:r>
      <w:r>
        <w:rPr>
          <w:b/>
          <w:bCs/>
        </w:rPr>
        <w:t xml:space="preserve">to the knee and dried into a hard brown crust.</w:t>
      </w:r>
      <w:r>
        <w:br/>
      </w:r>
      <w:r>
        <w:t xml:space="preserve">    (a) names</w:t>
      </w:r>
      <w:r>
        <w:br/>
      </w:r>
      <w:r>
        <w:t xml:space="preserve">    (b) pants</w:t>
      </w:r>
      <w:r>
        <w:br/>
      </w:r>
      <w:r>
        <w:t xml:space="preserve">    (c) views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caps had only one spike each, and their faces showed so little they might have been cast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as well.</w:t>
      </w:r>
      <w:r>
        <w:br/>
      </w:r>
      <w:r>
        <w:t xml:space="preserve">    (a) examine in detail to better understand</w:t>
      </w:r>
      <w:r>
        <w:br/>
      </w:r>
      <w:r>
        <w:t xml:space="preserve">    (b) a type of metal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Custom demanded that the queen begin with the Astapori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, a former slave who called himself Lord Ghael, though no one seemed to know what he was lord of.</w:t>
      </w:r>
      <w:r>
        <w:br/>
      </w:r>
      <w:r>
        <w:t xml:space="preserve">    (a) someone who approves or supports</w:t>
      </w:r>
      <w:r>
        <w:br/>
      </w:r>
      <w:r>
        <w:t xml:space="preserve">    (b) one who precedes another in time</w:t>
      </w:r>
      <w:r>
        <w:br/>
      </w:r>
      <w:r>
        <w:t xml:space="preserve">    (c) representative sent on a 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Bittersteel saw the strength of House Blackfyre scattering to the four winds, so he formed the Golden Company to bind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exiles</w:t>
      </w:r>
      <w:r>
        <w:rPr>
          <w:b/>
          <w:bCs/>
        </w:rPr>
        <w:t xml:space="preserve"> </w:t>
      </w:r>
      <w:r>
        <w:rPr>
          <w:b/>
          <w:bCs/>
        </w:rPr>
        <w:t xml:space="preserve">together.</w:t>
      </w:r>
      <w:r>
        <w:br/>
      </w:r>
      <w:r>
        <w:t xml:space="preserve">    (a) to force someone to live outside of their homeland; or living in such a condition</w:t>
      </w:r>
      <w:r>
        <w:br/>
      </w:r>
      <w:r>
        <w:br/>
      </w:r>
      <w:r>
        <w:t xml:space="preserve">or more rarely:  voluntary absence from a place someone would rather be</w:t>
      </w:r>
      <w:r>
        <w:br/>
      </w:r>
      <w:r>
        <w:t xml:space="preserve">    (b) recommends or requires what should be done  OR  (of a medical doctor) gives medical instructions -- such as writing that a patient should take antibiotics</w:t>
      </w:r>
      <w:r>
        <w:br/>
      </w:r>
      <w:r>
        <w:t xml:space="preserve">    (c) (noun) things that are lighter and draw attention -- such as areas of a painting  OR  (verb) making some things lighter -- such as areas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we do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, make no mistake.</w:t>
      </w:r>
      <w:r>
        <w:br/>
      </w:r>
      <w:r>
        <w:t xml:space="preserve">    (a) easily set on fire</w:t>
      </w:r>
      <w:r>
        <w:br/>
      </w:r>
      <w:r>
        <w:t xml:space="preserve">    (b) untied or released</w:t>
      </w:r>
      <w:r>
        <w:br/>
      </w:r>
      <w:r>
        <w:t xml:space="preserve">    (c) an act of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Westeros, it might have been called an oxcart, though it was a deal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than any cart that Quentyn had ever seen in Dome, and lacked an ox.</w:t>
      </w:r>
      <w:r>
        <w:br/>
      </w:r>
      <w:r>
        <w:t xml:space="preserve">    (a) having lots of decorative detail</w:t>
      </w:r>
      <w:r>
        <w:br/>
      </w:r>
      <w:r>
        <w:t xml:space="preserve">    (b) able to be taken on as one's own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wet heat of Volantis sapped his strength and left him feeling dirty.</w:t>
      </w:r>
      <w:r>
        <w:br/>
      </w:r>
      <w:r>
        <w:t xml:space="preserve">    (a) translates</w:t>
      </w:r>
      <w:r>
        <w:br/>
      </w:r>
      <w:r>
        <w:t xml:space="preserve">    (b) unpleasant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princeling was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mood, angry that he had been forced to remain on the Shy Maid instead of going ashore with Yandry and Ysilla.</w:t>
      </w:r>
      <w:r>
        <w:br/>
      </w:r>
      <w:r>
        <w:t xml:space="preserve">    (a) unhappy</w:t>
      </w:r>
      <w:r>
        <w:br/>
      </w:r>
      <w:r>
        <w:t xml:space="preserve">    (b) not easily identified</w:t>
      </w:r>
      <w:r>
        <w:br/>
      </w:r>
      <w:r>
        <w:t xml:space="preserve">    (c)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little men were done up in wooden armor, miniature knights preparing for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joust</w:t>
      </w:r>
      <w:r>
        <w:rPr>
          <w:b/>
          <w:bCs/>
        </w:rPr>
        <w:t xml:space="preserve">.</w:t>
      </w:r>
      <w:r>
        <w:br/>
      </w:r>
      <w:r>
        <w:t xml:space="preserve">    (a) a method of artistic painting on a wall by using watercolors on wet plaster; or the painting made in such a manner</w:t>
      </w:r>
      <w:r>
        <w:br/>
      </w:r>
      <w:r>
        <w:t xml:space="preserve">    (b) accept someone's membership though a special procedure such as a ceremony and/or period of instruction and/or test</w:t>
      </w:r>
      <w:r>
        <w:br/>
      </w:r>
      <w:r>
        <w:t xml:space="preserve">    (c) a contest in which knights attempt to knock each other off horses with blunted lances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 kind of contest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to realize that I will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.</w:t>
      </w:r>
      <w:r>
        <w:br/>
      </w:r>
      <w:r>
        <w:t xml:space="preserve">    (a) give in, give way, or give up</w:t>
      </w:r>
      <w:r>
        <w:br/>
      </w:r>
      <w:r>
        <w:t xml:space="preserve">    (b) select (on a computer screen)</w:t>
      </w:r>
      <w:r>
        <w:br/>
      </w:r>
      <w:r>
        <w:t xml:space="preserve">    (c) an involuntary vomiting spasm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crows burned all them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.</w:t>
      </w:r>
      <w:r>
        <w:br/>
      </w:r>
      <w:r>
        <w:t xml:space="preserve">    (a) not wanting to do something</w:t>
      </w:r>
      <w:r>
        <w:br/>
      </w:r>
      <w:r>
        <w:t xml:space="preserve">    (b) was attractive or desirable</w:t>
      </w:r>
      <w:r>
        <w:br/>
      </w:r>
      <w:r>
        <w:t xml:space="preserve">    (c) produced or gave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Lord of Light has seen his children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 </w:t>
      </w:r>
      <w:r>
        <w:rPr>
          <w:b/>
          <w:bCs/>
        </w:rPr>
        <w:t xml:space="preserve">and sent a champion to them, Azor Ahai reborn.</w:t>
      </w:r>
      <w:r>
        <w:br/>
      </w:r>
      <w:r>
        <w:t xml:space="preserve">    (a) danger</w:t>
      </w:r>
      <w:r>
        <w:br/>
      </w:r>
      <w:r>
        <w:t xml:space="preserve">    (b) allows</w:t>
      </w:r>
      <w:r>
        <w:br/>
      </w:r>
      <w:r>
        <w:t xml:space="preserve">    (c) useful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fear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Beasts.</w:t>
      </w:r>
      <w:r>
        <w:br/>
      </w:r>
      <w:r>
        <w:t xml:space="preserve">    (a) bold and unrestrained by what others consider proper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Groleo had been a most unhappy man since they had broken up his ship to build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siege</w:t>
      </w:r>
      <w:r>
        <w:rPr>
          <w:b/>
          <w:bCs/>
        </w:rPr>
        <w:t xml:space="preserve"> </w:t>
      </w:r>
      <w:r>
        <w:rPr>
          <w:b/>
          <w:bCs/>
        </w:rPr>
        <w:t xml:space="preserve">engines that won Meereen for her.</w:t>
      </w:r>
      <w:r>
        <w:br/>
      </w:r>
      <w:r>
        <w:t xml:space="preserve">    (a) a military tactic in which a fortified place is surrounded and isolated while it is attacked over time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 prolonged attack, effort, or period of trouble</w:t>
      </w:r>
      <w:r>
        <w:br/>
      </w:r>
      <w:r>
        <w:t xml:space="preserve">    (b)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(c) a workplace where people do scientific or medical research, or produce drugs or chemicals (also used figuratively)  OR  (as an adjective) related to such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big-bellied,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shambling</w:t>
      </w:r>
      <w:r>
        <w:rPr>
          <w:b/>
          <w:bCs/>
        </w:rPr>
        <w:t xml:space="preserve"> </w:t>
      </w:r>
      <w:r>
        <w:rPr>
          <w:b/>
          <w:bCs/>
        </w:rPr>
        <w:t xml:space="preserve">hulk of a man, the sellsword had a seamed face crisscrossed with old scars.</w:t>
      </w:r>
      <w:r>
        <w:br/>
      </w:r>
      <w:r>
        <w:t xml:space="preserve">    (a) suggesting that someone was involved</w:t>
      </w:r>
      <w:r>
        <w:br/>
      </w:r>
      <w:r>
        <w:t xml:space="preserve">    (b) blending three or more musical notes</w:t>
      </w:r>
      <w:r>
        <w:br/>
      </w:r>
      <w:r>
        <w:t xml:space="preserve">    (c) walking in an awkward, shuffling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rancor I showed you in the Merman's Court was a mummer's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</w:t>
      </w:r>
      <w:r>
        <w:rPr>
          <w:b/>
          <w:bCs/>
        </w:rPr>
        <w:t xml:space="preserve"> </w:t>
      </w:r>
      <w:r>
        <w:rPr>
          <w:b/>
          <w:bCs/>
        </w:rPr>
        <w:t xml:space="preserve">put on to please our friends of Frey.</w:t>
      </w:r>
      <w:r>
        <w:br/>
      </w:r>
      <w:r>
        <w:t xml:space="preserve">    (a) a ridiculous, exaggerated situation too absurd to be taken seriously; or a type of comedy that relies on absurd humor, using physical slapstick, unlikely situations, and deliberate misunderstandings</w:t>
      </w:r>
      <w:r>
        <w:br/>
      </w:r>
      <w:r>
        <w:t xml:space="preserve">    (b)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(c) treat in a manner that demonstrates a sense of superiority, but is supposed to seem kind  OR  the actions of a patron (to support someone or something; or to be a customer)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his head, his pale cold eyes searching the hall until they found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Abel beside Theon.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someone who composes and recites or sings poems about important events and people; or (as a proper noun) Shakespeare</w:t>
      </w:r>
      <w:r>
        <w:br/>
      </w:r>
      <w:r>
        <w:t xml:space="preserve">    (c) of the American Indian civilization of Yucatan and Belize and Guatemala that reached its peak between AD 300 and 900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Victarion Greyjoy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mistrusted</w:t>
      </w:r>
      <w:r>
        <w:rPr>
          <w:b/>
          <w:bCs/>
        </w:rPr>
        <w:t xml:space="preserve"> </w:t>
      </w:r>
      <w:r>
        <w:rPr>
          <w:b/>
          <w:bCs/>
        </w:rPr>
        <w:t xml:space="preserve">laughter.</w:t>
      </w:r>
      <w:r>
        <w:br/>
      </w:r>
      <w:r>
        <w:t xml:space="preserve">    (a) past-tense of the verb</w:t>
      </w:r>
      <w:r>
        <w:t xml:space="preserve"> </w:t>
      </w:r>
      <w:r>
        <w:rPr>
          <w:i/>
          <w:iCs/>
        </w:rPr>
        <w:t xml:space="preserve">lead</w:t>
      </w:r>
      <w:r>
        <w:br/>
      </w:r>
      <w:r>
        <w:t xml:space="preserve">    (b) didn't trust or have confidence in</w:t>
      </w:r>
      <w:r>
        <w:br/>
      </w:r>
      <w:r>
        <w:t xml:space="preserve">    (c) fruit cooked with sugar (like jam)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2026-07-31T19:33:32Z</dcterms:created>
  <dcterms:modified xsi:type="dcterms:W3CDTF">2026-07-31T19:33:32Z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