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19fa24a59c3f5d41a6bf42a1e7ac9bd0b69447"/>
    <w:p>
      <w:pPr>
        <w:pStyle w:val="Heading1"/>
      </w:pPr>
      <w:r>
        <w:rPr>
          <w:b/>
          <w:bCs/>
        </w:rPr>
        <w:t xml:space="preserve">A Curtain of Green</w:t>
      </w:r>
      <w:r>
        <w:br/>
      </w:r>
      <w:r>
        <w:rPr>
          <w:i/>
          <w:iCs/>
        </w:rPr>
        <w:t xml:space="preserve">Eudora Welty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region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abundant</w:t>
      </w:r>
      <w:r>
        <w:rPr>
          <w:b/>
          <w:bCs/>
        </w:rPr>
        <w:t xml:space="preserve"> </w:t>
      </w:r>
      <w:r>
        <w:rPr>
          <w:b/>
          <w:bCs/>
        </w:rPr>
        <w:t xml:space="preserve">natural resources, from oil to fresh water.</w:t>
      </w:r>
      <w:r>
        <w:br/>
      </w:r>
      <w:r>
        <w:t xml:space="preserve">    (a) widely available</w:t>
      </w:r>
      <w:r>
        <w:br/>
      </w:r>
      <w:r>
        <w:t xml:space="preserve">    (b) highly disputed</w:t>
      </w:r>
      <w:r>
        <w:br/>
      </w:r>
      <w:r>
        <w:t xml:space="preserve">    (c) extremely scarce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is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 </w:t>
      </w:r>
      <w:r>
        <w:rPr>
          <w:b/>
          <w:bCs/>
        </w:rPr>
        <w:t xml:space="preserve">for young children.</w:t>
      </w:r>
      <w:r>
        <w:br/>
      </w:r>
      <w:r>
        <w:t xml:space="preserve">    (a) good</w:t>
      </w:r>
      <w:r>
        <w:br/>
      </w:r>
      <w:r>
        <w:t xml:space="preserve">    (b) funny</w:t>
      </w:r>
      <w:r>
        <w:br/>
      </w:r>
      <w:r>
        <w:t xml:space="preserve">    (c)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asking</w:t>
      </w:r>
      <w:r>
        <w:br/>
      </w:r>
      <w:r>
        <w:t xml:space="preserve">    (b) demanding</w:t>
      </w:r>
      <w:r>
        <w:br/>
      </w:r>
      <w:r>
        <w:t xml:space="preserve">    (c) instructing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confused</w:t>
      </w:r>
      <w:r>
        <w:br/>
      </w:r>
      <w:r>
        <w:t xml:space="preserve">    (b) bored</w:t>
      </w:r>
      <w:r>
        <w:br/>
      </w:r>
      <w:r>
        <w:t xml:space="preserve">    (c)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injunction requires that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</w:t>
      </w:r>
      <w:r>
        <w:rPr>
          <w:b/>
          <w:bCs/>
        </w:rPr>
        <w:t xml:space="preserve"> </w:t>
      </w:r>
      <w:r>
        <w:rPr>
          <w:b/>
          <w:bCs/>
        </w:rPr>
        <w:t xml:space="preserve">all activity on the site.</w:t>
      </w:r>
      <w:r>
        <w:br/>
      </w:r>
      <w:r>
        <w:t xml:space="preserve">    (a) stop</w:t>
      </w:r>
      <w:r>
        <w:br/>
      </w:r>
      <w:r>
        <w:t xml:space="preserve">    (b) record</w:t>
      </w:r>
      <w:r>
        <w:br/>
      </w:r>
      <w:r>
        <w:t xml:space="preserve">    (c) permit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compel</w:t>
      </w:r>
      <w:r>
        <w:rPr>
          <w:b/>
          <w:bCs/>
        </w:rPr>
        <w:t xml:space="preserve"> </w:t>
      </w:r>
      <w:r>
        <w:rPr>
          <w:b/>
          <w:bCs/>
        </w:rPr>
        <w:t xml:space="preserve">the witness to testify?</w:t>
      </w:r>
      <w:r>
        <w:br/>
      </w:r>
      <w:r>
        <w:t xml:space="preserve">    (a) force</w:t>
      </w:r>
      <w:r>
        <w:br/>
      </w:r>
      <w:r>
        <w:t xml:space="preserve">    (b) prevent</w:t>
      </w:r>
      <w:r>
        <w:br/>
      </w:r>
      <w:r>
        <w:t xml:space="preserve">    (c) delay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Creativity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.</w:t>
      </w:r>
      <w:r>
        <w:br/>
      </w:r>
      <w:r>
        <w:t xml:space="preserve">    (a) useful</w:t>
      </w:r>
      <w:r>
        <w:br/>
      </w:r>
      <w:r>
        <w:t xml:space="preserve">    (b) developed or grown</w:t>
      </w:r>
      <w:r>
        <w:br/>
      </w:r>
      <w:r>
        <w:t xml:space="preserve">    (c) risky or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sleddogs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docile</w:t>
      </w:r>
      <w:r>
        <w:rPr>
          <w:b/>
          <w:bCs/>
        </w:rPr>
        <w:t xml:space="preserve"> </w:t>
      </w:r>
      <w:r>
        <w:rPr>
          <w:b/>
          <w:bCs/>
        </w:rPr>
        <w:t xml:space="preserve">and trainable.</w:t>
      </w:r>
      <w:r>
        <w:br/>
      </w:r>
      <w:r>
        <w:t xml:space="preserve">    (a) easily led and managed</w:t>
      </w:r>
      <w:r>
        <w:br/>
      </w:r>
      <w:r>
        <w:t xml:space="preserve">    (b) smart and competitive</w:t>
      </w:r>
      <w:r>
        <w:br/>
      </w:r>
      <w:r>
        <w:t xml:space="preserve">    (c) very strong and fast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pass through</w:t>
      </w:r>
      <w:r>
        <w:br/>
      </w:r>
      <w:r>
        <w:t xml:space="preserve">    (b) pay attention to</w:t>
      </w:r>
      <w:r>
        <w:br/>
      </w:r>
      <w:r>
        <w:t xml:space="preserve">    (c) tell others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 in that area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intricate</w:t>
      </w:r>
      <w:r>
        <w:rPr>
          <w:b/>
          <w:bCs/>
        </w:rPr>
        <w:t xml:space="preserve">. I suggest you talk with a lawyer.</w:t>
      </w:r>
      <w:r>
        <w:br/>
      </w:r>
      <w:r>
        <w:t xml:space="preserve">    (a) predictable</w:t>
      </w:r>
      <w:r>
        <w:br/>
      </w:r>
      <w:r>
        <w:t xml:space="preserve">    (b) complicated</w:t>
      </w:r>
      <w:r>
        <w:br/>
      </w:r>
      <w:r>
        <w:t xml:space="preserve">    (c) outdated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dancer’s graceful movements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mesmerized</w:t>
      </w:r>
      <w:r>
        <w:rPr>
          <w:b/>
          <w:bCs/>
        </w:rPr>
        <w:t xml:space="preserve"> </w:t>
      </w:r>
      <w:r>
        <w:rPr>
          <w:b/>
          <w:bCs/>
        </w:rPr>
        <w:t xml:space="preserve">the audience.</w:t>
      </w:r>
      <w:r>
        <w:br/>
      </w:r>
      <w:r>
        <w:t xml:space="preserve">    (a) spellbound or enthralled</w:t>
      </w:r>
      <w:r>
        <w:br/>
      </w:r>
      <w:r>
        <w:t xml:space="preserve">    (b) distracted or amused</w:t>
      </w:r>
      <w:r>
        <w:br/>
      </w:r>
      <w:r>
        <w:t xml:space="preserve">    (c) shocked or surprised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nimble</w:t>
      </w:r>
      <w:r>
        <w:rPr>
          <w:b/>
          <w:bCs/>
        </w:rPr>
        <w:t xml:space="preserve"> </w:t>
      </w:r>
      <w:r>
        <w:rPr>
          <w:b/>
          <w:bCs/>
        </w:rPr>
        <w:t xml:space="preserve">fingers danced on the keyboard.</w:t>
      </w:r>
      <w:r>
        <w:br/>
      </w:r>
      <w:r>
        <w:t xml:space="preserve">    (a) long and attractive</w:t>
      </w:r>
      <w:r>
        <w:br/>
      </w:r>
      <w:r>
        <w:t xml:space="preserve">    (b) ebony-colored</w:t>
      </w:r>
      <w:r>
        <w:br/>
      </w:r>
      <w:r>
        <w:t xml:space="preserve">    (c) quick and agile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tornado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obliterated</w:t>
      </w:r>
      <w:r>
        <w:rPr>
          <w:b/>
          <w:bCs/>
        </w:rPr>
        <w:t xml:space="preserve"> </w:t>
      </w:r>
      <w:r>
        <w:rPr>
          <w:b/>
          <w:bCs/>
        </w:rPr>
        <w:t xml:space="preserve">three homes.</w:t>
      </w:r>
      <w:r>
        <w:br/>
      </w:r>
      <w:r>
        <w:t xml:space="preserve">    (a) completely missed</w:t>
      </w:r>
      <w:r>
        <w:br/>
      </w:r>
      <w:r>
        <w:t xml:space="preserve">    (b) completely destroyed</w:t>
      </w:r>
      <w:r>
        <w:br/>
      </w:r>
      <w:r>
        <w:t xml:space="preserve">    (c) temporarily damaged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happy girl--</w:t>
      </w:r>
      <w:r>
        <w:rPr>
          <w:b/>
          <w:bCs/>
          <w:u w:val="single"/>
        </w:rPr>
        <w:t xml:space="preserve">oblivious</w:t>
      </w:r>
      <w:r>
        <w:rPr>
          <w:b/>
          <w:bCs/>
        </w:rPr>
        <w:t xml:space="preserve"> </w:t>
      </w:r>
      <w:r>
        <w:rPr>
          <w:b/>
          <w:bCs/>
        </w:rPr>
        <w:t xml:space="preserve">to most of the unhappiness around her.</w:t>
      </w:r>
      <w:r>
        <w:br/>
      </w:r>
      <w:r>
        <w:t xml:space="preserve">    (a) concerned with</w:t>
      </w:r>
      <w:r>
        <w:br/>
      </w:r>
      <w:r>
        <w:t xml:space="preserve">    (b) adding to</w:t>
      </w:r>
      <w:r>
        <w:br/>
      </w:r>
      <w:r>
        <w:t xml:space="preserve">    (c) unaware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quiet argument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prelude</w:t>
      </w:r>
      <w:r>
        <w:rPr>
          <w:b/>
          <w:bCs/>
        </w:rPr>
        <w:t xml:space="preserve"> </w:t>
      </w:r>
      <w:r>
        <w:rPr>
          <w:b/>
          <w:bCs/>
        </w:rPr>
        <w:t xml:space="preserve">to a much larger conflict at the meeting.</w:t>
      </w:r>
      <w:r>
        <w:br/>
      </w:r>
      <w:r>
        <w:t xml:space="preserve">    (a) problem solved quickly</w:t>
      </w:r>
      <w:r>
        <w:br/>
      </w:r>
      <w:r>
        <w:t xml:space="preserve">    (b) event that came before</w:t>
      </w:r>
      <w:r>
        <w:br/>
      </w:r>
      <w:r>
        <w:t xml:space="preserve">    (c) decision made afterward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mind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preoccupied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thoughts of the upcoming exam, making it hard for her to focus on the movie.</w:t>
      </w:r>
      <w:r>
        <w:br/>
      </w:r>
      <w:r>
        <w:t xml:space="preserve">    (a) unconcerned</w:t>
      </w:r>
      <w:r>
        <w:br/>
      </w:r>
      <w:r>
        <w:t xml:space="preserve">    (b) bored</w:t>
      </w:r>
      <w:r>
        <w:br/>
      </w:r>
      <w:r>
        <w:t xml:space="preserve">    (c)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remember</w:t>
      </w:r>
      <w:r>
        <w:br/>
      </w:r>
      <w:r>
        <w:t xml:space="preserve">    (b) pronounce properly</w:t>
      </w:r>
      <w:r>
        <w:br/>
      </w:r>
      <w:r>
        <w:t xml:space="preserve">    (c) spell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reputable</w:t>
      </w:r>
      <w:r>
        <w:rPr>
          <w:b/>
          <w:bCs/>
        </w:rPr>
        <w:t xml:space="preserve"> </w:t>
      </w:r>
      <w:r>
        <w:rPr>
          <w:b/>
          <w:bCs/>
        </w:rPr>
        <w:t xml:space="preserve">scientist believes that.</w:t>
      </w:r>
      <w:r>
        <w:br/>
      </w:r>
      <w:r>
        <w:t xml:space="preserve">    (a) thoughtful</w:t>
      </w:r>
      <w:r>
        <w:br/>
      </w:r>
      <w:r>
        <w:t xml:space="preserve">    (b) trusted and respected</w:t>
      </w:r>
      <w:r>
        <w:br/>
      </w:r>
      <w:r>
        <w:t xml:space="preserve">    (c) under the age of 30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Landscaping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strenuous</w:t>
      </w:r>
      <w:r>
        <w:rPr>
          <w:b/>
          <w:bCs/>
        </w:rPr>
        <w:t xml:space="preserve"> </w:t>
      </w:r>
      <w:r>
        <w:rPr>
          <w:b/>
          <w:bCs/>
        </w:rPr>
        <w:t xml:space="preserve">work in the Texas summer.</w:t>
      </w:r>
      <w:r>
        <w:br/>
      </w:r>
      <w:r>
        <w:t xml:space="preserve">    (a) difficult</w:t>
      </w:r>
      <w:r>
        <w:br/>
      </w:r>
      <w:r>
        <w:t xml:space="preserve">    (b) dangerous</w:t>
      </w:r>
      <w:r>
        <w:br/>
      </w:r>
      <w:r>
        <w:t xml:space="preserve">    (c) hot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pursued her research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vigor</w:t>
      </w:r>
      <w:r>
        <w:rPr>
          <w:b/>
          <w:bCs/>
        </w:rPr>
        <w:t xml:space="preserve">, determined to make a breakthrough discovery.</w:t>
      </w:r>
      <w:r>
        <w:br/>
      </w:r>
      <w:r>
        <w:t xml:space="preserve">    (a) outside help</w:t>
      </w:r>
      <w:r>
        <w:br/>
      </w:r>
      <w:r>
        <w:t xml:space="preserve">    (b) persistent patience</w:t>
      </w:r>
      <w:r>
        <w:br/>
      </w:r>
      <w:r>
        <w:t xml:space="preserve">    (c) energy and strength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2026-07-31T17:54:31Z</dcterms:created>
  <dcterms:modified xsi:type="dcterms:W3CDTF">2026-07-31T17:54:31Z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