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44c5253f15b43f8730756514b9b1c8ea6899880"/>
    <w:p>
      <w:pPr>
        <w:pStyle w:val="Heading1"/>
      </w:pPr>
      <w:r>
        <w:rPr>
          <w:b/>
          <w:bCs/>
        </w:rPr>
        <w:t xml:space="preserve">A Crisis of Confidence</w:t>
      </w:r>
      <w:r>
        <w:br/>
      </w:r>
      <w:r>
        <w:rPr>
          <w:i/>
          <w:iCs/>
        </w:rPr>
        <w:t xml:space="preserve">Jimmy Carter</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It's clear that the true problems of our Nation are much deeper – deeper than gasoline lines or energy shortages, deeper even than inflation or</w:t>
      </w:r>
      <w:r>
        <w:rPr>
          <w:b/>
          <w:bCs/>
        </w:rPr>
        <w:t xml:space="preserve"> </w:t>
      </w:r>
      <w:r>
        <w:rPr>
          <w:b/>
          <w:bCs/>
          <w:u w:val="single"/>
        </w:rPr>
        <w:t xml:space="preserve">recession</w:t>
      </w:r>
      <w:r>
        <w:rPr>
          <w:b/>
          <w:bCs/>
        </w:rPr>
        <w:t xml:space="preserve">.</w:t>
      </w:r>
      <w:r>
        <w:br/>
      </w:r>
      <w:r>
        <w:t xml:space="preserve">    (a) a long period when the economy does not change much</w:t>
      </w:r>
      <w:r>
        <w:br/>
      </w:r>
      <w:r>
        <w:t xml:space="preserve">    (b) a period when the economy does well</w:t>
      </w:r>
      <w:r>
        <w:br/>
      </w:r>
      <w:r>
        <w:t xml:space="preserve">    (c) a period when the economy does poorly</w:t>
      </w:r>
    </w:p>
    <w:p>
      <w:pPr>
        <w:pStyle w:val="Compact"/>
        <w:numPr>
          <w:ilvl w:val="0"/>
          <w:numId w:val="1001"/>
        </w:numPr>
      </w:pPr>
      <w:r>
        <w:rPr>
          <w:b/>
          <w:bCs/>
        </w:rPr>
        <w:t xml:space="preserve">I want to talk to you right now about a fundamental threat to American</w:t>
      </w:r>
      <w:r>
        <w:rPr>
          <w:b/>
          <w:bCs/>
        </w:rPr>
        <w:t xml:space="preserve"> </w:t>
      </w:r>
      <w:r>
        <w:rPr>
          <w:b/>
          <w:bCs/>
          <w:u w:val="single"/>
        </w:rPr>
        <w:t xml:space="preserve">democracy</w:t>
      </w:r>
      <w:r>
        <w:rPr>
          <w:b/>
          <w:bCs/>
        </w:rPr>
        <w:t xml:space="preserve">.</w:t>
      </w:r>
      <w:r>
        <w:br/>
      </w:r>
      <w:r>
        <w:t xml:space="preserve">    (a) lack of interest; or the process of stopping interaction or interest</w:t>
      </w:r>
      <w:r>
        <w:br/>
      </w:r>
      <w:r>
        <w:t xml:space="preserve">    (b) relating to logical examination of something to better understand it</w:t>
      </w:r>
      <w:r>
        <w:br/>
      </w:r>
      <w:r>
        <w:t xml:space="preserve">    (c) a system of government in which citizens have power with equal votes</w:t>
      </w:r>
    </w:p>
    <w:p>
      <w:pPr>
        <w:pStyle w:val="Compact"/>
        <w:numPr>
          <w:ilvl w:val="0"/>
          <w:numId w:val="1001"/>
        </w:numPr>
      </w:pPr>
      <w:r>
        <w:rPr>
          <w:b/>
          <w:bCs/>
        </w:rPr>
        <w:t xml:space="preserve">The confidence that we have always had as a people is not simply some romantic dream or a</w:t>
      </w:r>
      <w:r>
        <w:rPr>
          <w:b/>
          <w:bCs/>
        </w:rPr>
        <w:t xml:space="preserve"> </w:t>
      </w:r>
      <w:r>
        <w:rPr>
          <w:b/>
          <w:bCs/>
          <w:u w:val="single"/>
        </w:rPr>
        <w:t xml:space="preserve">proverb</w:t>
      </w:r>
      <w:r>
        <w:rPr>
          <w:b/>
          <w:bCs/>
        </w:rPr>
        <w:t xml:space="preserve"> </w:t>
      </w:r>
      <w:r>
        <w:rPr>
          <w:b/>
          <w:bCs/>
        </w:rPr>
        <w:t xml:space="preserve">in a dusty book that we read just on the Fourth of July.</w:t>
      </w:r>
      <w:r>
        <w:br/>
      </w:r>
      <w:r>
        <w:t xml:space="preserve">    (a) a well-known, short saying that is thought to communicate wisdom</w:t>
      </w:r>
      <w:r>
        <w:br/>
      </w:r>
      <w:r>
        <w:t xml:space="preserve">    (b) a group formed to discuss or offer insight on a particular topic</w:t>
      </w:r>
      <w:r>
        <w:br/>
      </w:r>
      <w:r>
        <w:t xml:space="preserve">    (c) to constrain in some way -- such as tie up, require, or obligate</w:t>
      </w:r>
    </w:p>
    <w:p>
      <w:pPr>
        <w:pStyle w:val="Compact"/>
        <w:numPr>
          <w:ilvl w:val="0"/>
          <w:numId w:val="1001"/>
        </w:numPr>
      </w:pPr>
      <w:r>
        <w:rPr>
          <w:b/>
          <w:bCs/>
        </w:rPr>
        <w:t xml:space="preserve">Our people are losing that faith, not only in government itself but in the ability as citizens to serve as the</w:t>
      </w:r>
      <w:r>
        <w:rPr>
          <w:b/>
          <w:bCs/>
        </w:rPr>
        <w:t xml:space="preserve"> </w:t>
      </w:r>
      <w:r>
        <w:rPr>
          <w:b/>
          <w:bCs/>
          <w:u w:val="single"/>
        </w:rPr>
        <w:t xml:space="preserve">ultimate</w:t>
      </w:r>
      <w:r>
        <w:rPr>
          <w:b/>
          <w:bCs/>
        </w:rPr>
        <w:t xml:space="preserve"> </w:t>
      </w:r>
      <w:r>
        <w:rPr>
          <w:b/>
          <w:bCs/>
        </w:rPr>
        <w:t xml:space="preserve">rulers and shapers of our democracy.</w:t>
      </w:r>
      <w:r>
        <w:br/>
      </w:r>
      <w:r>
        <w:t xml:space="preserve">    (a) the state or degree of having found a condition or substance to be present</w:t>
      </w:r>
      <w:r>
        <w:br/>
      </w:r>
      <w:r>
        <w:t xml:space="preserve">    (b) most extreme as in final, best, worst, most important, or most fundamental</w:t>
      </w:r>
      <w:r>
        <w:br/>
      </w:r>
      <w:r>
        <w:t xml:space="preserve">    (c) related to a chronic mental disorder that leads to violent social behavior</w:t>
      </w:r>
    </w:p>
    <w:p>
      <w:pPr>
        <w:pStyle w:val="Compact"/>
        <w:numPr>
          <w:ilvl w:val="0"/>
          <w:numId w:val="1001"/>
        </w:numPr>
      </w:pPr>
      <w:r>
        <w:rPr>
          <w:b/>
          <w:bCs/>
        </w:rPr>
        <w:t xml:space="preserve">In a nation that was proud of hard work, strong families, close-knit communities, and our faith in God, too many of us now tend to worship</w:t>
      </w:r>
      <w:r>
        <w:rPr>
          <w:b/>
          <w:bCs/>
        </w:rPr>
        <w:t xml:space="preserve"> </w:t>
      </w:r>
      <w:r>
        <w:rPr>
          <w:b/>
          <w:bCs/>
          <w:u w:val="single"/>
        </w:rPr>
        <w:t xml:space="preserve">self-indulgence</w:t>
      </w:r>
      <w:r>
        <w:rPr>
          <w:b/>
          <w:bCs/>
        </w:rPr>
        <w:t xml:space="preserve"> </w:t>
      </w:r>
      <w:r>
        <w:rPr>
          <w:b/>
          <w:bCs/>
        </w:rPr>
        <w:t xml:space="preserve">and consumption.</w:t>
      </w:r>
      <w:r>
        <w:br/>
      </w:r>
      <w:r>
        <w:t xml:space="preserve">    (a) being excessively kind to or undemanding of oneself</w:t>
      </w:r>
      <w:r>
        <w:br/>
      </w:r>
      <w:r>
        <w:t xml:space="preserve">    (b) the state or characteristic of being less than zero</w:t>
      </w:r>
      <w:r>
        <w:br/>
      </w:r>
      <w:r>
        <w:t xml:space="preserve">    (c) temperature scale, mostly used in the United States</w:t>
      </w:r>
    </w:p>
    <w:p>
      <w:pPr>
        <w:pStyle w:val="Compact"/>
        <w:numPr>
          <w:ilvl w:val="0"/>
          <w:numId w:val="1001"/>
        </w:numPr>
      </w:pPr>
      <w:r>
        <w:rPr>
          <w:b/>
          <w:bCs/>
        </w:rPr>
        <w:t xml:space="preserve">We were sure that ours was a nation of the ballot, not the bullet, until the murders of</w:t>
      </w:r>
      <w:r>
        <w:rPr>
          <w:b/>
          <w:bCs/>
        </w:rPr>
        <w:t xml:space="preserve"> </w:t>
      </w:r>
      <w:r>
        <w:rPr>
          <w:b/>
          <w:bCs/>
          <w:u w:val="single"/>
        </w:rPr>
        <w:t xml:space="preserve">John Kennedy</w:t>
      </w:r>
      <w:r>
        <w:rPr>
          <w:b/>
          <w:bCs/>
        </w:rPr>
        <w:t xml:space="preserve"> </w:t>
      </w:r>
      <w:r>
        <w:rPr>
          <w:b/>
          <w:bCs/>
        </w:rPr>
        <w:t xml:space="preserve">and Robert Kennedy and Martin Luther King, Jr. We were taught that our armies were always invincible and our causes were always just, only to suffer the agony of Vietnam.</w:t>
      </w:r>
      <w:r>
        <w:br/>
      </w:r>
      <w:r>
        <w:t xml:space="preserve">    (a) youngest ever U.S. president known for breaking business monopolies</w:t>
      </w:r>
      <w:r>
        <w:br/>
      </w:r>
      <w:r>
        <w:t xml:space="preserve">    (b) U.S. president who led the country The Depression and World War II</w:t>
      </w:r>
      <w:r>
        <w:br/>
      </w:r>
      <w:r>
        <w:t xml:space="preserve">    (c) U.S. president whose term was cut short by assassination in 1963</w:t>
      </w:r>
    </w:p>
    <w:p>
      <w:pPr>
        <w:pStyle w:val="Compact"/>
        <w:numPr>
          <w:ilvl w:val="0"/>
          <w:numId w:val="1001"/>
        </w:numPr>
      </w:pPr>
      <w:r>
        <w:rPr>
          <w:b/>
          <w:bCs/>
        </w:rPr>
        <w:t xml:space="preserve">We were sure that ours was a nation of the ballot, not the bullet, until the murders of John Kennedy and Robert Kennedy and Martin Luther King, Jr. We were taught that our armies were always</w:t>
      </w:r>
      <w:r>
        <w:rPr>
          <w:b/>
          <w:bCs/>
        </w:rPr>
        <w:t xml:space="preserve"> </w:t>
      </w:r>
      <w:r>
        <w:rPr>
          <w:b/>
          <w:bCs/>
          <w:u w:val="single"/>
        </w:rPr>
        <w:t xml:space="preserve">invincible</w:t>
      </w:r>
      <w:r>
        <w:rPr>
          <w:b/>
          <w:bCs/>
        </w:rPr>
        <w:t xml:space="preserve"> </w:t>
      </w:r>
      <w:r>
        <w:rPr>
          <w:b/>
          <w:bCs/>
        </w:rPr>
        <w:t xml:space="preserve">and our causes were always just, only to suffer the agony of Vietnam.</w:t>
      </w:r>
      <w:r>
        <w:br/>
      </w:r>
      <w:r>
        <w:t xml:space="preserve">    (a) indicating approval or agreement</w:t>
      </w:r>
      <w:r>
        <w:br/>
      </w:r>
      <w:r>
        <w:t xml:space="preserve">    (b) impossible to defeat or overcome</w:t>
      </w:r>
      <w:r>
        <w:br/>
      </w:r>
      <w:r>
        <w:t xml:space="preserve">    (c) the condition of being different</w:t>
      </w:r>
    </w:p>
    <w:p>
      <w:pPr>
        <w:pStyle w:val="Compact"/>
        <w:numPr>
          <w:ilvl w:val="0"/>
          <w:numId w:val="1001"/>
        </w:numPr>
      </w:pPr>
      <w:r>
        <w:rPr>
          <w:b/>
          <w:bCs/>
        </w:rPr>
        <w:t xml:space="preserve">We were sure that ours was a nation of the ballot, not the bullet, until the murders of John Kennedy and Robert Kennedy and Martin Luther King, Jr. We were taught that our armies were always invincible and our causes were always just, only to suffer the</w:t>
      </w:r>
      <w:r>
        <w:rPr>
          <w:b/>
          <w:bCs/>
        </w:rPr>
        <w:t xml:space="preserve"> </w:t>
      </w:r>
      <w:r>
        <w:rPr>
          <w:b/>
          <w:bCs/>
          <w:u w:val="single"/>
        </w:rPr>
        <w:t xml:space="preserve">agony</w:t>
      </w:r>
      <w:r>
        <w:rPr>
          <w:b/>
          <w:bCs/>
        </w:rPr>
        <w:t xml:space="preserve"> </w:t>
      </w:r>
      <w:r>
        <w:rPr>
          <w:b/>
          <w:bCs/>
        </w:rPr>
        <w:t xml:space="preserve">of Vietnam.</w:t>
      </w:r>
      <w:r>
        <w:br/>
      </w:r>
      <w:r>
        <w:t xml:space="preserve">    (a) size or dimension</w:t>
      </w:r>
      <w:r>
        <w:br/>
      </w:r>
      <w:r>
        <w:t xml:space="preserve">    (b) intense suffering</w:t>
      </w:r>
      <w:r>
        <w:br/>
      </w:r>
      <w:r>
        <w:t xml:space="preserve">    (c) circular movement</w:t>
      </w:r>
    </w:p>
    <w:p>
      <w:pPr>
        <w:pStyle w:val="Compact"/>
        <w:numPr>
          <w:ilvl w:val="0"/>
          <w:numId w:val="1001"/>
        </w:numPr>
      </w:pPr>
      <w:r>
        <w:rPr>
          <w:b/>
          <w:bCs/>
        </w:rPr>
        <w:t xml:space="preserve">You see every extreme position defended to the last vote, almost to the last breath by one</w:t>
      </w:r>
      <w:r>
        <w:rPr>
          <w:b/>
          <w:bCs/>
        </w:rPr>
        <w:t xml:space="preserve"> </w:t>
      </w:r>
      <w:r>
        <w:rPr>
          <w:b/>
          <w:bCs/>
          <w:u w:val="single"/>
        </w:rPr>
        <w:t xml:space="preserve">unyielding</w:t>
      </w:r>
      <w:r>
        <w:rPr>
          <w:b/>
          <w:bCs/>
        </w:rPr>
        <w:t xml:space="preserve"> </w:t>
      </w:r>
      <w:r>
        <w:rPr>
          <w:b/>
          <w:bCs/>
        </w:rPr>
        <w:t xml:space="preserve">group or another.</w:t>
      </w:r>
      <w:r>
        <w:br/>
      </w:r>
      <w:r>
        <w:t xml:space="preserve">    (a) rude or unfriendly because of using too few words or moving too quickly</w:t>
      </w:r>
      <w:r>
        <w:br/>
      </w:r>
      <w:r>
        <w:t xml:space="preserve">    (b) relating to classical music plays in which most of the dialogue is sung</w:t>
      </w:r>
      <w:r>
        <w:br/>
      </w:r>
      <w:r>
        <w:t xml:space="preserve">    (c) strict, firm, or hard (not giving in, not giving way, or not giving up)</w:t>
      </w:r>
    </w:p>
    <w:p>
      <w:pPr>
        <w:pStyle w:val="Compact"/>
        <w:numPr>
          <w:ilvl w:val="0"/>
          <w:numId w:val="1001"/>
        </w:numPr>
      </w:pPr>
      <w:r>
        <w:rPr>
          <w:b/>
          <w:bCs/>
        </w:rPr>
        <w:t xml:space="preserve">Often you see paralysis and</w:t>
      </w:r>
      <w:r>
        <w:rPr>
          <w:b/>
          <w:bCs/>
        </w:rPr>
        <w:t xml:space="preserve"> </w:t>
      </w:r>
      <w:r>
        <w:rPr>
          <w:b/>
          <w:bCs/>
          <w:u w:val="single"/>
        </w:rPr>
        <w:t xml:space="preserve">stagnation</w:t>
      </w:r>
      <w:r>
        <w:rPr>
          <w:b/>
          <w:bCs/>
        </w:rPr>
        <w:t xml:space="preserve"> </w:t>
      </w:r>
      <w:r>
        <w:rPr>
          <w:b/>
          <w:bCs/>
        </w:rPr>
        <w:t xml:space="preserve">and drift.</w:t>
      </w:r>
      <w:r>
        <w:br/>
      </w:r>
      <w:r>
        <w:t xml:space="preserve">    (a) lack of development or movement</w:t>
      </w:r>
      <w:r>
        <w:br/>
      </w:r>
      <w:r>
        <w:t xml:space="preserve">    (b) calculating or judging too high</w:t>
      </w:r>
      <w:r>
        <w:br/>
      </w:r>
      <w:r>
        <w:t xml:space="preserve">    (c) the ability to take on or adopt</w:t>
      </w:r>
    </w:p>
    <w:p>
      <w:pPr>
        <w:pStyle w:val="Compact"/>
        <w:numPr>
          <w:ilvl w:val="0"/>
          <w:numId w:val="1001"/>
        </w:numPr>
      </w:pPr>
      <w:r>
        <w:rPr>
          <w:b/>
          <w:bCs/>
        </w:rPr>
        <w:t xml:space="preserve">That path would be one of constant</w:t>
      </w:r>
      <w:r>
        <w:rPr>
          <w:b/>
          <w:bCs/>
        </w:rPr>
        <w:t xml:space="preserve"> </w:t>
      </w:r>
      <w:r>
        <w:rPr>
          <w:b/>
          <w:bCs/>
          <w:u w:val="single"/>
        </w:rPr>
        <w:t xml:space="preserve">conflict</w:t>
      </w:r>
      <w:r>
        <w:rPr>
          <w:b/>
          <w:bCs/>
        </w:rPr>
        <w:t xml:space="preserve"> </w:t>
      </w:r>
      <w:r>
        <w:rPr>
          <w:b/>
          <w:bCs/>
        </w:rPr>
        <w:t xml:space="preserve">between narrow interests ending in chaos and immobility.</w:t>
      </w:r>
      <w:r>
        <w:br/>
      </w:r>
      <w:r>
        <w:t xml:space="preserve">    (a) include consideration of</w:t>
      </w:r>
      <w:r>
        <w:br/>
      </w:r>
      <w:r>
        <w:t xml:space="preserve">    (b) make nervous or confused</w:t>
      </w:r>
      <w:r>
        <w:br/>
      </w:r>
      <w:r>
        <w:t xml:space="preserve">    (c) struggle or disagreement</w:t>
      </w:r>
    </w:p>
    <w:p>
      <w:pPr>
        <w:pStyle w:val="Compact"/>
        <w:numPr>
          <w:ilvl w:val="0"/>
          <w:numId w:val="1001"/>
        </w:numPr>
      </w:pPr>
      <w:r>
        <w:rPr>
          <w:b/>
          <w:bCs/>
        </w:rPr>
        <w:t xml:space="preserve">All the</w:t>
      </w:r>
      <w:r>
        <w:rPr>
          <w:b/>
          <w:bCs/>
        </w:rPr>
        <w:t xml:space="preserve"> </w:t>
      </w:r>
      <w:r>
        <w:rPr>
          <w:b/>
          <w:bCs/>
          <w:u w:val="single"/>
        </w:rPr>
        <w:t xml:space="preserve">traditions</w:t>
      </w:r>
      <w:r>
        <w:rPr>
          <w:b/>
          <w:bCs/>
        </w:rPr>
        <w:t xml:space="preserve"> </w:t>
      </w:r>
      <w:r>
        <w:rPr>
          <w:b/>
          <w:bCs/>
        </w:rPr>
        <w:t xml:space="preserve">of our past, all the lessons of our heritage, all the promises of our future point to another path, the path of common purpose and the restoration of American values.</w:t>
      </w:r>
      <w:r>
        <w:br/>
      </w:r>
      <w:r>
        <w:t xml:space="preserve">    (a) acts of again being in a working position; or acts of starting again</w:t>
      </w:r>
      <w:r>
        <w:br/>
      </w:r>
      <w:r>
        <w:t xml:space="preserve">    (b) small portable radios made with transistors rather than vacuum tubes</w:t>
      </w:r>
      <w:r>
        <w:br/>
      </w:r>
      <w:r>
        <w:t xml:space="preserve">    (c) long-established or previously long-established practices or beliefs</w:t>
      </w:r>
    </w:p>
    <w:p>
      <w:pPr>
        <w:pStyle w:val="Compact"/>
        <w:numPr>
          <w:ilvl w:val="0"/>
          <w:numId w:val="1001"/>
        </w:numPr>
      </w:pPr>
      <w:r>
        <w:rPr>
          <w:b/>
          <w:bCs/>
        </w:rPr>
        <w:t xml:space="preserve">Just as a similar</w:t>
      </w:r>
      <w:r>
        <w:rPr>
          <w:b/>
          <w:bCs/>
        </w:rPr>
        <w:t xml:space="preserve"> </w:t>
      </w:r>
      <w:r>
        <w:rPr>
          <w:b/>
          <w:bCs/>
          <w:u w:val="single"/>
        </w:rPr>
        <w:t xml:space="preserve">synthetic</w:t>
      </w:r>
      <w:r>
        <w:rPr>
          <w:b/>
          <w:bCs/>
        </w:rPr>
        <w:t xml:space="preserve"> </w:t>
      </w:r>
      <w:r>
        <w:rPr>
          <w:b/>
          <w:bCs/>
        </w:rPr>
        <w:t xml:space="preserve">rubber corporation helped us win World War II, so will we mobilize American determination and ability to win the energy war.</w:t>
      </w:r>
      <w:r>
        <w:br/>
      </w:r>
      <w:r>
        <w:t xml:space="preserve">    (a) an unborn child (or other unborn or unhatched vertebrate)</w:t>
      </w:r>
      <w:r>
        <w:br/>
      </w:r>
      <w:r>
        <w:t xml:space="preserve">    (b) artificial (man-made rather than natural); or not genuine</w:t>
      </w:r>
      <w:r>
        <w:br/>
      </w:r>
      <w:r>
        <w:t xml:space="preserve">    (c) title for the head of a government body in some countries</w:t>
      </w:r>
    </w:p>
    <w:p>
      <w:pPr>
        <w:pStyle w:val="Compact"/>
        <w:numPr>
          <w:ilvl w:val="0"/>
          <w:numId w:val="1001"/>
        </w:numPr>
      </w:pPr>
      <w:r>
        <w:rPr>
          <w:b/>
          <w:bCs/>
          <w:u w:val="single"/>
        </w:rPr>
        <w:t xml:space="preserve">Moreover</w:t>
      </w:r>
      <w:r>
        <w:rPr>
          <w:b/>
          <w:bCs/>
        </w:rPr>
        <w:t xml:space="preserve">, I will soon submit legislation to Congress calling for the creation of this Nation's first solar bank, which will help us achieve the crucial goal of 20 percent of our energy coming from solar power by the year 2000.</w:t>
      </w:r>
      <w:r>
        <w:br/>
      </w:r>
      <w:r>
        <w:t xml:space="preserve">    (a) despite that (used to connect contrasting ideas)</w:t>
      </w:r>
      <w:r>
        <w:br/>
      </w:r>
      <w:r>
        <w:t xml:space="preserve">    (b) even though -- used to connect contrasting ideas</w:t>
      </w:r>
      <w:r>
        <w:br/>
      </w:r>
      <w:r>
        <w:t xml:space="preserve">    (c) in addition to what has just been said</w:t>
      </w:r>
    </w:p>
    <w:p>
      <w:pPr>
        <w:pStyle w:val="Compact"/>
        <w:numPr>
          <w:ilvl w:val="0"/>
          <w:numId w:val="1001"/>
        </w:numPr>
      </w:pPr>
      <w:r>
        <w:rPr>
          <w:b/>
          <w:bCs/>
        </w:rPr>
        <w:t xml:space="preserve">Moreover, I will soon submit legislation to Congress calling for the creation of this Nation's first solar bank, which will help us achieve the</w:t>
      </w:r>
      <w:r>
        <w:rPr>
          <w:b/>
          <w:bCs/>
        </w:rPr>
        <w:t xml:space="preserve"> </w:t>
      </w:r>
      <w:r>
        <w:rPr>
          <w:b/>
          <w:bCs/>
          <w:u w:val="single"/>
        </w:rPr>
        <w:t xml:space="preserve">crucial</w:t>
      </w:r>
      <w:r>
        <w:rPr>
          <w:b/>
          <w:bCs/>
        </w:rPr>
        <w:t xml:space="preserve"> </w:t>
      </w:r>
      <w:r>
        <w:rPr>
          <w:b/>
          <w:bCs/>
        </w:rPr>
        <w:t xml:space="preserve">goal of 20 percent of our energy coming from solar power by the year 2000.</w:t>
      </w:r>
      <w:r>
        <w:br/>
      </w:r>
      <w:r>
        <w:t xml:space="preserve">    (a) more than is needed</w:t>
      </w:r>
      <w:r>
        <w:br/>
      </w:r>
      <w:r>
        <w:t xml:space="preserve">    (b) very important</w:t>
      </w:r>
      <w:r>
        <w:br/>
      </w:r>
      <w:r>
        <w:t xml:space="preserve">    (c) natural</w:t>
      </w:r>
    </w:p>
    <w:p>
      <w:pPr>
        <w:pStyle w:val="Compact"/>
        <w:numPr>
          <w:ilvl w:val="0"/>
          <w:numId w:val="1001"/>
        </w:numPr>
      </w:pPr>
      <w:r>
        <w:rPr>
          <w:b/>
          <w:bCs/>
        </w:rPr>
        <w:t xml:space="preserve">Point four: I'm asking Congress to mandate, to require as a matter of law, that our Nation's utility companies cut their</w:t>
      </w:r>
      <w:r>
        <w:rPr>
          <w:b/>
          <w:bCs/>
        </w:rPr>
        <w:t xml:space="preserve"> </w:t>
      </w:r>
      <w:r>
        <w:rPr>
          <w:b/>
          <w:bCs/>
          <w:u w:val="single"/>
        </w:rPr>
        <w:t xml:space="preserve">massive</w:t>
      </w:r>
      <w:r>
        <w:rPr>
          <w:b/>
          <w:bCs/>
        </w:rPr>
        <w:t xml:space="preserve"> </w:t>
      </w:r>
      <w:r>
        <w:rPr>
          <w:b/>
          <w:bCs/>
        </w:rPr>
        <w:t xml:space="preserve">use of oil by 50 percent within the next decade and switch to other fuels, especially coal, our most abundant energy source.</w:t>
      </w:r>
      <w:r>
        <w:br/>
      </w:r>
      <w:r>
        <w:t xml:space="preserve">    (a) related to</w:t>
      </w:r>
      <w:r>
        <w:br/>
      </w:r>
      <w:r>
        <w:t xml:space="preserve">    (b) very large</w:t>
      </w:r>
      <w:r>
        <w:br/>
      </w:r>
      <w:r>
        <w:t xml:space="preserve">    (c) changeable</w:t>
      </w:r>
    </w:p>
    <w:p>
      <w:pPr>
        <w:pStyle w:val="Compact"/>
        <w:numPr>
          <w:ilvl w:val="0"/>
          <w:numId w:val="1001"/>
        </w:numPr>
      </w:pPr>
      <w:r>
        <w:rPr>
          <w:b/>
          <w:bCs/>
        </w:rPr>
        <w:t xml:space="preserve">Point four: I'm asking Congress to mandate, to require as a matter of law, that our Nation's utility companies cut their massive use of oil by 50 percent within the next decade and switch to other fuels, especially coal, our most</w:t>
      </w:r>
      <w:r>
        <w:rPr>
          <w:b/>
          <w:bCs/>
        </w:rPr>
        <w:t xml:space="preserve"> </w:t>
      </w:r>
      <w:r>
        <w:rPr>
          <w:b/>
          <w:bCs/>
          <w:u w:val="single"/>
        </w:rPr>
        <w:t xml:space="preserve">abundant</w:t>
      </w:r>
      <w:r>
        <w:rPr>
          <w:b/>
          <w:bCs/>
        </w:rPr>
        <w:t xml:space="preserve"> </w:t>
      </w:r>
      <w:r>
        <w:rPr>
          <w:b/>
          <w:bCs/>
        </w:rPr>
        <w:t xml:space="preserve">energy source.</w:t>
      </w:r>
      <w:r>
        <w:br/>
      </w:r>
      <w:r>
        <w:t xml:space="preserve">    (a) able to be disagreed with</w:t>
      </w:r>
      <w:r>
        <w:br/>
      </w:r>
      <w:r>
        <w:t xml:space="preserve">    (b) present in great quantity</w:t>
      </w:r>
      <w:r>
        <w:br/>
      </w:r>
      <w:r>
        <w:t xml:space="preserve">    (c) not tending to find fault</w:t>
      </w:r>
    </w:p>
    <w:p>
      <w:pPr>
        <w:pStyle w:val="Compact"/>
        <w:numPr>
          <w:ilvl w:val="0"/>
          <w:numId w:val="1001"/>
        </w:numPr>
      </w:pPr>
      <w:r>
        <w:rPr>
          <w:b/>
          <w:bCs/>
        </w:rPr>
        <w:t xml:space="preserve">I ask Congress to give me authority for</w:t>
      </w:r>
      <w:r>
        <w:rPr>
          <w:b/>
          <w:bCs/>
        </w:rPr>
        <w:t xml:space="preserve"> </w:t>
      </w:r>
      <w:r>
        <w:rPr>
          <w:b/>
          <w:bCs/>
          <w:u w:val="single"/>
        </w:rPr>
        <w:t xml:space="preserve">mandatory</w:t>
      </w:r>
      <w:r>
        <w:rPr>
          <w:b/>
          <w:bCs/>
        </w:rPr>
        <w:t xml:space="preserve"> </w:t>
      </w:r>
      <w:r>
        <w:rPr>
          <w:b/>
          <w:bCs/>
        </w:rPr>
        <w:t xml:space="preserve">conservation and for standby gasoline rationing.</w:t>
      </w:r>
      <w:r>
        <w:br/>
      </w:r>
      <w:r>
        <w:t xml:space="preserve">    (a) interaction or interest</w:t>
      </w:r>
      <w:r>
        <w:br/>
      </w:r>
      <w:r>
        <w:t xml:space="preserve">    (b) required by rule or law</w:t>
      </w:r>
      <w:r>
        <w:br/>
      </w:r>
      <w:r>
        <w:t xml:space="preserve">    (c) a subtle characteristic</w:t>
      </w:r>
    </w:p>
    <w:p>
      <w:pPr>
        <w:pStyle w:val="Compact"/>
        <w:numPr>
          <w:ilvl w:val="0"/>
          <w:numId w:val="1001"/>
        </w:numPr>
      </w:pPr>
      <w:r>
        <w:rPr>
          <w:b/>
          <w:bCs/>
        </w:rPr>
        <w:t xml:space="preserve">I ask Congress to give me authority for mandatory conservation and for standby gasoline</w:t>
      </w:r>
      <w:r>
        <w:rPr>
          <w:b/>
          <w:bCs/>
        </w:rPr>
        <w:t xml:space="preserve"> </w:t>
      </w:r>
      <w:r>
        <w:rPr>
          <w:b/>
          <w:bCs/>
          <w:u w:val="single"/>
        </w:rPr>
        <w:t xml:space="preserve">rationing</w:t>
      </w:r>
      <w:r>
        <w:rPr>
          <w:b/>
          <w:bCs/>
        </w:rPr>
        <w:t xml:space="preserve">.</w:t>
      </w:r>
      <w:r>
        <w:br/>
      </w:r>
      <w:r>
        <w:t xml:space="preserve">    (a) restricting the amount of something each person can have -- such as food or gasoline when there is a shortage</w:t>
      </w:r>
      <w:r>
        <w:br/>
      </w:r>
      <w:r>
        <w:t xml:space="preserve">    (b) "spiritual renewing" a person in a Christian ceremony  OR  initiating or purifying by a challenging experience</w:t>
      </w:r>
      <w:r>
        <w:br/>
      </w:r>
      <w:r>
        <w:t xml:space="preserve">    (c) treating something in an educated, intellectual way -- often excluding emotional or practical considerations</w:t>
      </w:r>
    </w:p>
    <w:p>
      <w:pPr>
        <w:pStyle w:val="Compact"/>
        <w:numPr>
          <w:ilvl w:val="0"/>
          <w:numId w:val="1001"/>
        </w:numPr>
      </w:pPr>
      <w:r>
        <w:rPr>
          <w:b/>
          <w:bCs/>
        </w:rPr>
        <w:t xml:space="preserve">We have the most skilled work force, with</w:t>
      </w:r>
      <w:r>
        <w:rPr>
          <w:b/>
          <w:bCs/>
        </w:rPr>
        <w:t xml:space="preserve"> </w:t>
      </w:r>
      <w:r>
        <w:rPr>
          <w:b/>
          <w:bCs/>
          <w:u w:val="single"/>
        </w:rPr>
        <w:t xml:space="preserve">innovative</w:t>
      </w:r>
      <w:r>
        <w:rPr>
          <w:b/>
          <w:bCs/>
        </w:rPr>
        <w:t xml:space="preserve"> </w:t>
      </w:r>
      <w:r>
        <w:rPr>
          <w:b/>
          <w:bCs/>
        </w:rPr>
        <w:t xml:space="preserve">genius, and I firmly believe that we have the national will to win this war.</w:t>
      </w:r>
      <w:r>
        <w:br/>
      </w:r>
      <w:r>
        <w:t xml:space="preserve">    (a) greater than zero</w:t>
      </w:r>
      <w:r>
        <w:br/>
      </w:r>
      <w:r>
        <w:t xml:space="preserve">    (b) not demonstrating</w:t>
      </w:r>
      <w:r>
        <w:br/>
      </w:r>
      <w:r>
        <w:t xml:space="preserve">    (c) new and different</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2026-07-31T18:55:13Z</dcterms:created>
  <dcterms:modified xsi:type="dcterms:W3CDTF">2026-07-31T18:55:13Z</dcterms:modified>
</cp:coreProperties>
</file>

<file path=docProps/custom.xml><?xml version="1.0" encoding="utf-8"?>
<Properties xmlns="http://schemas.openxmlformats.org/officeDocument/2006/custom-properties" xmlns:vt="http://schemas.openxmlformats.org/officeDocument/2006/docPropsVTypes"/>
</file>