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bf06100d3cc03d15dcb3e733107c8f212eace1"/>
    <w:p>
      <w:pPr>
        <w:pStyle w:val="Heading1"/>
      </w:pPr>
      <w:r>
        <w:rPr>
          <w:b/>
          <w:bCs/>
        </w:rPr>
        <w:t xml:space="preserve">A Connecticut Yankee in King Arthur's Court</w:t>
      </w:r>
      <w:r>
        <w:br/>
      </w:r>
      <w:r>
        <w:rPr>
          <w:i/>
          <w:iCs/>
        </w:rPr>
        <w:t xml:space="preserve">Mark Twain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clergy</w:t>
      </w:r>
      <w:r>
        <w:rPr>
          <w:b/>
          <w:bCs/>
        </w:rPr>
        <w:t xml:space="preserve"> </w:t>
      </w:r>
      <w:r>
        <w:rPr>
          <w:b/>
          <w:bCs/>
        </w:rPr>
        <w:t xml:space="preserve">met with community leaders after the storm.</w:t>
      </w:r>
      <w:r>
        <w:br/>
      </w:r>
      <w:r>
        <w:t xml:space="preserve">    (a) elected officials</w:t>
      </w:r>
      <w:r>
        <w:br/>
      </w:r>
      <w:r>
        <w:t xml:space="preserve">    (b) religious leaders</w:t>
      </w:r>
      <w:r>
        <w:br/>
      </w:r>
      <w:r>
        <w:t xml:space="preserve">    (c) wealthy donors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policy brought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deluge</w:t>
      </w:r>
      <w:r>
        <w:rPr>
          <w:b/>
          <w:bCs/>
        </w:rPr>
        <w:t xml:space="preserve"> </w:t>
      </w:r>
      <w:r>
        <w:rPr>
          <w:b/>
          <w:bCs/>
        </w:rPr>
        <w:t xml:space="preserve">of complaints from frustrated customers.</w:t>
      </w:r>
      <w:r>
        <w:br/>
      </w:r>
      <w:r>
        <w:t xml:space="preserve">    (a) a steady trickle</w:t>
      </w:r>
      <w:r>
        <w:br/>
      </w:r>
      <w:r>
        <w:t xml:space="preserve">    (b) an overwhelming amount</w:t>
      </w:r>
      <w:r>
        <w:br/>
      </w:r>
      <w:r>
        <w:t xml:space="preserve">    (c) a small handful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young</w:t>
      </w:r>
      <w:r>
        <w:br/>
      </w:r>
      <w:r>
        <w:t xml:space="preserve">    (b) unassertive</w:t>
      </w:r>
      <w:r>
        <w:br/>
      </w:r>
      <w:r>
        <w:t xml:space="preserve">    (c) argumentative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Russian TV is famous for inventing stories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</w:t>
      </w:r>
      <w:r>
        <w:rPr>
          <w:b/>
          <w:bCs/>
        </w:rPr>
        <w:t xml:space="preserve"> </w:t>
      </w:r>
      <w:r>
        <w:rPr>
          <w:b/>
          <w:bCs/>
        </w:rPr>
        <w:t xml:space="preserve">those who disagree with Russian interests.</w:t>
      </w:r>
      <w:r>
        <w:br/>
      </w:r>
      <w:r>
        <w:t xml:space="preserve">    (a) convince</w:t>
      </w:r>
      <w:r>
        <w:br/>
      </w:r>
      <w:r>
        <w:t xml:space="preserve">    (b) damage the reputation of</w:t>
      </w:r>
      <w:r>
        <w:br/>
      </w:r>
      <w:r>
        <w:t xml:space="preserve">    (c)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patience or tolerance</w:t>
      </w:r>
      <w:r>
        <w:br/>
      </w:r>
      <w:r>
        <w:t xml:space="preserve">    (b) financial loan</w:t>
      </w:r>
      <w:r>
        <w:br/>
      </w:r>
      <w:r>
        <w:t xml:space="preserve">    (c) family concerns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guile</w:t>
      </w:r>
      <w:r>
        <w:rPr>
          <w:b/>
          <w:bCs/>
        </w:rPr>
        <w:t xml:space="preserve"> </w:t>
      </w:r>
      <w:r>
        <w:rPr>
          <w:b/>
          <w:bCs/>
        </w:rPr>
        <w:t xml:space="preserve">to lie directly to his face.</w:t>
      </w:r>
      <w:r>
        <w:br/>
      </w:r>
      <w:r>
        <w:t xml:space="preserve">    (a) necessity</w:t>
      </w:r>
      <w:r>
        <w:br/>
      </w:r>
      <w:r>
        <w:t xml:space="preserve">    (b) cunning and deceit</w:t>
      </w:r>
      <w:r>
        <w:br/>
      </w:r>
      <w:r>
        <w:t xml:space="preserve">    (c) ambition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thoughtfully kind</w:t>
      </w:r>
      <w:r>
        <w:br/>
      </w:r>
      <w:r>
        <w:t xml:space="preserve">    (b) extremely quiet</w:t>
      </w:r>
      <w:r>
        <w:br/>
      </w:r>
      <w:r>
        <w:t xml:space="preserve">    (c) disrespectfully bold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indolent</w:t>
      </w:r>
      <w:r>
        <w:rPr>
          <w:b/>
          <w:bCs/>
        </w:rPr>
        <w:t xml:space="preserve"> </w:t>
      </w:r>
      <w:r>
        <w:rPr>
          <w:b/>
          <w:bCs/>
        </w:rPr>
        <w:t xml:space="preserve">for med school.</w:t>
      </w:r>
      <w:r>
        <w:br/>
      </w:r>
      <w:r>
        <w:t xml:space="preserve">    (a) calm</w:t>
      </w:r>
      <w:r>
        <w:br/>
      </w:r>
      <w:r>
        <w:t xml:space="preserve">    (b) kind</w:t>
      </w:r>
      <w:r>
        <w:br/>
      </w:r>
      <w:r>
        <w:t xml:space="preserve">    (c) lazy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alarm clock kept going off every five minutes.</w:t>
      </w:r>
      <w:r>
        <w:br/>
      </w:r>
      <w:r>
        <w:t xml:space="preserve">    (a) annoying</w:t>
      </w:r>
      <w:r>
        <w:br/>
      </w:r>
      <w:r>
        <w:t xml:space="preserve">    (b) expensive</w:t>
      </w:r>
      <w:r>
        <w:br/>
      </w:r>
      <w:r>
        <w:t xml:space="preserve">    (c) antique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government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interdicted</w:t>
      </w:r>
      <w:r>
        <w:rPr>
          <w:b/>
          <w:bCs/>
        </w:rPr>
        <w:t xml:space="preserve"> </w:t>
      </w:r>
      <w:r>
        <w:rPr>
          <w:b/>
          <w:bCs/>
        </w:rPr>
        <w:t xml:space="preserve">the shipment of arms to the rebels.</w:t>
      </w:r>
      <w:r>
        <w:br/>
      </w:r>
      <w:r>
        <w:t xml:space="preserve">    (a) stopped</w:t>
      </w:r>
      <w:r>
        <w:br/>
      </w:r>
      <w:r>
        <w:t xml:space="preserve">    (b) provided</w:t>
      </w:r>
      <w:r>
        <w:br/>
      </w:r>
      <w:r>
        <w:t xml:space="preserve">    (c) discovered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eccentric millionaire kept a sprawling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menagerie</w:t>
      </w:r>
      <w:r>
        <w:rPr>
          <w:b/>
          <w:bCs/>
        </w:rPr>
        <w:t xml:space="preserve"> </w:t>
      </w:r>
      <w:r>
        <w:rPr>
          <w:b/>
          <w:bCs/>
        </w:rPr>
        <w:t xml:space="preserve">at his country estate.</w:t>
      </w:r>
      <w:r>
        <w:br/>
      </w:r>
      <w:r>
        <w:t xml:space="preserve">    (a) patch of garden plants</w:t>
      </w:r>
      <w:r>
        <w:br/>
      </w:r>
      <w:r>
        <w:t xml:space="preserve">    (b) collection of animals</w:t>
      </w:r>
      <w:r>
        <w:br/>
      </w:r>
      <w:r>
        <w:t xml:space="preserve">    (c) row of empty cages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old phone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.</w:t>
      </w:r>
      <w:r>
        <w:br/>
      </w:r>
      <w:r>
        <w:t xml:space="preserve">    (a) classic</w:t>
      </w:r>
      <w:r>
        <w:br/>
      </w:r>
      <w:r>
        <w:t xml:space="preserve">    (b) outdated</w:t>
      </w:r>
      <w:r>
        <w:br/>
      </w:r>
      <w:r>
        <w:t xml:space="preserve">    (c) broken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days of fighting, the generals decided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parley</w:t>
      </w:r>
      <w:r>
        <w:rPr>
          <w:b/>
          <w:bCs/>
        </w:rPr>
        <w:t xml:space="preserve"> </w:t>
      </w:r>
      <w:r>
        <w:rPr>
          <w:b/>
          <w:bCs/>
        </w:rPr>
        <w:t xml:space="preserve">at dawn to seek a peaceful resolution.</w:t>
      </w:r>
      <w:r>
        <w:br/>
      </w:r>
      <w:r>
        <w:t xml:space="preserve">    (a) negotiate</w:t>
      </w:r>
      <w:r>
        <w:br/>
      </w:r>
      <w:r>
        <w:t xml:space="preserve">    (b) retreat</w:t>
      </w:r>
      <w:r>
        <w:br/>
      </w:r>
      <w:r>
        <w:t xml:space="preserve">    (c) duel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dog's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pedigree</w:t>
      </w:r>
      <w:r>
        <w:rPr>
          <w:b/>
          <w:bCs/>
        </w:rPr>
        <w:t xml:space="preserve"> </w:t>
      </w:r>
      <w:r>
        <w:rPr>
          <w:b/>
          <w:bCs/>
        </w:rPr>
        <w:t xml:space="preserve">showed champions in its family for generations.</w:t>
      </w:r>
      <w:r>
        <w:br/>
      </w:r>
      <w:r>
        <w:t xml:space="preserve">    (a) current value</w:t>
      </w:r>
      <w:r>
        <w:br/>
      </w:r>
      <w:r>
        <w:t xml:space="preserve">    (b) future health</w:t>
      </w:r>
      <w:r>
        <w:br/>
      </w:r>
      <w:r>
        <w:t xml:space="preserve">    (c) ancestral history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repeated, "The wicked will suffer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perdition</w:t>
      </w:r>
      <w:r>
        <w:rPr>
          <w:b/>
          <w:bCs/>
        </w:rPr>
        <w:t xml:space="preserve"> </w:t>
      </w:r>
      <w:r>
        <w:rPr>
          <w:b/>
          <w:bCs/>
        </w:rPr>
        <w:t xml:space="preserve">for their sins."</w:t>
      </w:r>
      <w:r>
        <w:br/>
      </w:r>
      <w:r>
        <w:t xml:space="preserve">    (a) immediately</w:t>
      </w:r>
      <w:r>
        <w:br/>
      </w:r>
      <w:r>
        <w:t xml:space="preserve">    (b) long</w:t>
      </w:r>
      <w:r>
        <w:br/>
      </w:r>
      <w:r>
        <w:t xml:space="preserve">    (c) hell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merger, they concluded the office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redundant</w:t>
      </w:r>
      <w:r>
        <w:rPr>
          <w:b/>
          <w:bCs/>
        </w:rPr>
        <w:t xml:space="preserve">.</w:t>
      </w:r>
      <w:r>
        <w:br/>
      </w:r>
      <w:r>
        <w:t xml:space="preserve">    (a) more than is needed or desired</w:t>
      </w:r>
      <w:r>
        <w:br/>
      </w:r>
      <w:r>
        <w:t xml:space="preserve">    (b) exactly fitting requirements</w:t>
      </w:r>
      <w:r>
        <w:br/>
      </w:r>
      <w:r>
        <w:t xml:space="preserve">    (c) less than what is required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magician's final trick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stupefy</w:t>
      </w:r>
      <w:r>
        <w:rPr>
          <w:b/>
          <w:bCs/>
        </w:rPr>
        <w:t xml:space="preserve"> </w:t>
      </w:r>
      <w:r>
        <w:rPr>
          <w:b/>
          <w:bCs/>
        </w:rPr>
        <w:t xml:space="preserve">everyone in the audience.</w:t>
      </w:r>
      <w:r>
        <w:br/>
      </w:r>
      <w:r>
        <w:t xml:space="preserve">    (a) amaze and daze</w:t>
      </w:r>
      <w:r>
        <w:br/>
      </w:r>
      <w:r>
        <w:t xml:space="preserve">    (b) bore and annoy</w:t>
      </w:r>
      <w:r>
        <w:br/>
      </w:r>
      <w:r>
        <w:t xml:space="preserve">    (c) warn and alert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Susan B. Anthony fought for women's political rights, especially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suffrage</w:t>
      </w:r>
      <w:r>
        <w:rPr>
          <w:b/>
          <w:bCs/>
        </w:rPr>
        <w:t xml:space="preserve">.</w:t>
      </w:r>
      <w:r>
        <w:br/>
      </w:r>
      <w:r>
        <w:t xml:space="preserve">    (a) the right to vote</w:t>
      </w:r>
      <w:r>
        <w:br/>
      </w:r>
      <w:r>
        <w:t xml:space="preserve">    (b) the right to own property</w:t>
      </w:r>
      <w:r>
        <w:br/>
      </w:r>
      <w:r>
        <w:t xml:space="preserve">    (c) freedom of expression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flattering</w:t>
      </w:r>
      <w:r>
        <w:br/>
      </w:r>
      <w:r>
        <w:t xml:space="preserve">    (b) magnificent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</w:t>
      </w:r>
      <w:r>
        <w:rPr>
          <w:b/>
          <w:bCs/>
        </w:rPr>
        <w:t xml:space="preserve"> </w:t>
      </w:r>
      <w:r>
        <w:rPr>
          <w:b/>
          <w:bCs/>
        </w:rPr>
        <w:t xml:space="preserve">those negative thoughts and think about good things.</w:t>
      </w:r>
      <w:r>
        <w:br/>
      </w:r>
      <w:r>
        <w:t xml:space="preserve">    (a) completely defeat</w:t>
      </w:r>
      <w:r>
        <w:br/>
      </w:r>
      <w:r>
        <w:t xml:space="preserve">    (b) gently ease</w:t>
      </w:r>
      <w:r>
        <w:br/>
      </w:r>
      <w:r>
        <w:t xml:space="preserve">    (c) gently persuade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2026-07-31T17:43:36Z</dcterms:created>
  <dcterms:modified xsi:type="dcterms:W3CDTF">2026-07-31T17:43:36Z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