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71bf66d8a0511e8b93a864c6e4fb5d11abae196"/>
    <w:p>
      <w:pPr>
        <w:pStyle w:val="Heading1"/>
      </w:pPr>
      <w:r>
        <w:rPr>
          <w:b/>
          <w:bCs/>
        </w:rPr>
        <w:t xml:space="preserve">A Connecticut Yankee in King Arthur's Court</w:t>
      </w:r>
      <w:r>
        <w:br/>
      </w:r>
      <w:r>
        <w:rPr>
          <w:i/>
          <w:iCs/>
        </w:rPr>
        <w:t xml:space="preserve">Mark Twain</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Now by my faith I know well that he will grieve some of the court of King Arthur; for on him knights will be bold, and deem that it is I, and that will</w:t>
      </w:r>
      <w:r>
        <w:rPr>
          <w:b/>
          <w:bCs/>
        </w:rPr>
        <w:t xml:space="preserve"> </w:t>
      </w:r>
      <w:r>
        <w:rPr>
          <w:b/>
          <w:bCs/>
          <w:u w:val="single"/>
        </w:rPr>
        <w:t xml:space="preserve">beguile</w:t>
      </w:r>
      <w:r>
        <w:rPr>
          <w:b/>
          <w:bCs/>
        </w:rPr>
        <w:t xml:space="preserve"> </w:t>
      </w:r>
      <w:r>
        <w:rPr>
          <w:b/>
          <w:bCs/>
        </w:rPr>
        <w:t xml:space="preserve">them; and because of his armor and shield I am sure I shall ride in peace.</w:t>
      </w:r>
      <w:r>
        <w:br/>
      </w:r>
      <w:r>
        <w:t xml:space="preserve">    (a) to think of something as true or likely, even though it is not known with certainty</w:t>
      </w:r>
      <w:r>
        <w:br/>
      </w:r>
      <w:r>
        <w:t xml:space="preserve">    (b) give authority, power, knowledge, or confidence to someone so they can do something</w:t>
      </w:r>
      <w:r>
        <w:br/>
      </w:r>
      <w:r>
        <w:t xml:space="preserve">    (c) to charm, enchant, or entertain someone; or to deceive -- especially through charm</w:t>
      </w:r>
    </w:p>
    <w:p>
      <w:pPr>
        <w:pStyle w:val="Compact"/>
        <w:numPr>
          <w:ilvl w:val="0"/>
          <w:numId w:val="1001"/>
        </w:numPr>
      </w:pPr>
      <w:r>
        <w:rPr>
          <w:b/>
          <w:bCs/>
        </w:rPr>
        <w:t xml:space="preserve">But finally it occurred to me all of a sudden that these animals didn't reason; that</w:t>
      </w:r>
      <w:r>
        <w:rPr>
          <w:b/>
          <w:bCs/>
        </w:rPr>
        <w:t xml:space="preserve"> </w:t>
      </w:r>
      <w:r>
        <w:rPr>
          <w:b/>
          <w:bCs/>
          <w:i/>
          <w:iCs/>
        </w:rPr>
        <w:t xml:space="preserve">they</w:t>
      </w:r>
      <w:r>
        <w:rPr>
          <w:b/>
          <w:bCs/>
        </w:rPr>
        <w:t xml:space="preserve"> </w:t>
      </w:r>
      <w:r>
        <w:rPr>
          <w:b/>
          <w:bCs/>
        </w:rPr>
        <w:t xml:space="preserve">never put this and that together; that all their talk showed that they didn't know a</w:t>
      </w:r>
      <w:r>
        <w:rPr>
          <w:b/>
          <w:bCs/>
        </w:rPr>
        <w:t xml:space="preserve"> </w:t>
      </w:r>
      <w:r>
        <w:rPr>
          <w:b/>
          <w:bCs/>
          <w:u w:val="single"/>
        </w:rPr>
        <w:t xml:space="preserve">discrepancy</w:t>
      </w:r>
      <w:r>
        <w:rPr>
          <w:b/>
          <w:bCs/>
        </w:rPr>
        <w:t xml:space="preserve"> </w:t>
      </w:r>
      <w:r>
        <w:rPr>
          <w:b/>
          <w:bCs/>
        </w:rPr>
        <w:t xml:space="preserve">when they saw it.</w:t>
      </w:r>
      <w:r>
        <w:br/>
      </w:r>
      <w:r>
        <w:t xml:space="preserve">    (a) something that helps clarify or demonstrate</w:t>
      </w:r>
      <w:r>
        <w:br/>
      </w:r>
      <w:r>
        <w:t xml:space="preserve">    (b) the act of taking something on as one's own</w:t>
      </w:r>
      <w:r>
        <w:br/>
      </w:r>
      <w:r>
        <w:t xml:space="preserve">    (c) an unexpected difference between two things</w:t>
      </w:r>
    </w:p>
    <w:p>
      <w:pPr>
        <w:pStyle w:val="Compact"/>
        <w:numPr>
          <w:ilvl w:val="0"/>
          <w:numId w:val="1001"/>
        </w:numPr>
      </w:pPr>
      <w:r>
        <w:rPr>
          <w:b/>
          <w:bCs/>
        </w:rPr>
        <w:t xml:space="preserve">Oh, prithee delay not; to delay at such a time were to double and treble the</w:t>
      </w:r>
      <w:r>
        <w:rPr>
          <w:b/>
          <w:bCs/>
        </w:rPr>
        <w:t xml:space="preserve"> </w:t>
      </w:r>
      <w:r>
        <w:rPr>
          <w:b/>
          <w:bCs/>
          <w:u w:val="single"/>
        </w:rPr>
        <w:t xml:space="preserve">perils</w:t>
      </w:r>
      <w:r>
        <w:rPr>
          <w:b/>
          <w:bCs/>
        </w:rPr>
        <w:t xml:space="preserve"> </w:t>
      </w:r>
      <w:r>
        <w:rPr>
          <w:b/>
          <w:bCs/>
        </w:rPr>
        <w:t xml:space="preserve">that already compass thee about.</w:t>
      </w:r>
      <w:r>
        <w:br/>
      </w:r>
      <w:r>
        <w:t xml:space="preserve">    (a) dangers</w:t>
      </w:r>
      <w:r>
        <w:br/>
      </w:r>
      <w:r>
        <w:t xml:space="preserve">    (b) allowed</w:t>
      </w:r>
      <w:r>
        <w:br/>
      </w:r>
      <w:r>
        <w:t xml:space="preserve">    (c) attacks</w:t>
      </w:r>
    </w:p>
    <w:p>
      <w:pPr>
        <w:pStyle w:val="Compact"/>
        <w:numPr>
          <w:ilvl w:val="0"/>
          <w:numId w:val="1001"/>
        </w:numPr>
      </w:pPr>
      <w:r>
        <w:rPr>
          <w:b/>
          <w:bCs/>
        </w:rPr>
        <w:t xml:space="preserve">Then there was a pause, and a deeper hush, if possible, and a man knelt down at my feet with a blazing torch; the multitude strained forward, gazing, and parting slightly from their seats without knowing it; the</w:t>
      </w:r>
      <w:r>
        <w:rPr>
          <w:b/>
          <w:bCs/>
        </w:rPr>
        <w:t xml:space="preserve"> </w:t>
      </w:r>
      <w:r>
        <w:rPr>
          <w:b/>
          <w:bCs/>
          <w:u w:val="single"/>
        </w:rPr>
        <w:t xml:space="preserve">monk</w:t>
      </w:r>
      <w:r>
        <w:rPr>
          <w:b/>
          <w:bCs/>
        </w:rPr>
        <w:t xml:space="preserve"> </w:t>
      </w:r>
      <w:r>
        <w:rPr>
          <w:b/>
          <w:bCs/>
        </w:rPr>
        <w:t xml:space="preserve">raised his hands above my head, and his eyes toward the blue sky, and began some words in Latin; in this attitude he droned on and on, a little while, and then stopped.</w:t>
      </w:r>
      <w:r>
        <w:br/>
      </w:r>
      <w:r>
        <w:t xml:space="preserve">    (a) gradual destruction (of something previously established) -- such as a government, rule, or belief</w:t>
      </w:r>
      <w:r>
        <w:br/>
      </w:r>
      <w:r>
        <w:t xml:space="preserve">    (b) a male member of a religious order typically living under vows of poverty, chastity, and obedience</w:t>
      </w:r>
      <w:r>
        <w:br/>
      </w:r>
      <w:r>
        <w:t xml:space="preserve">    (c) a system of government with a ruler who has absolute power -- especially one who abuses that power</w:t>
      </w:r>
    </w:p>
    <w:p>
      <w:pPr>
        <w:pStyle w:val="Compact"/>
        <w:numPr>
          <w:ilvl w:val="0"/>
          <w:numId w:val="1001"/>
        </w:numPr>
      </w:pPr>
      <w:r>
        <w:rPr>
          <w:b/>
          <w:bCs/>
        </w:rPr>
        <w:t xml:space="preserve">That made an immense effect; up went appealing hands everywhere, and the king was</w:t>
      </w:r>
      <w:r>
        <w:rPr>
          <w:b/>
          <w:bCs/>
        </w:rPr>
        <w:t xml:space="preserve"> </w:t>
      </w:r>
      <w:r>
        <w:rPr>
          <w:b/>
          <w:bCs/>
          <w:u w:val="single"/>
        </w:rPr>
        <w:t xml:space="preserve">assailed</w:t>
      </w:r>
      <w:r>
        <w:rPr>
          <w:b/>
          <w:bCs/>
        </w:rPr>
        <w:t xml:space="preserve"> </w:t>
      </w:r>
      <w:r>
        <w:rPr>
          <w:b/>
          <w:bCs/>
        </w:rPr>
        <w:t xml:space="preserve">with a storm of supplications that I might be bought off at any price, and the calamity stayed.</w:t>
      </w:r>
      <w:r>
        <w:br/>
      </w:r>
      <w:r>
        <w:t xml:space="preserve">    (a) gradually added or removed</w:t>
      </w:r>
      <w:r>
        <w:br/>
      </w:r>
      <w:r>
        <w:t xml:space="preserve">    (b) to attack or cause trouble</w:t>
      </w:r>
      <w:r>
        <w:br/>
      </w:r>
      <w:r>
        <w:t xml:space="preserve">    (c) limited or with boundaries</w:t>
      </w:r>
    </w:p>
    <w:p>
      <w:pPr>
        <w:pStyle w:val="Compact"/>
        <w:numPr>
          <w:ilvl w:val="0"/>
          <w:numId w:val="1001"/>
        </w:numPr>
      </w:pPr>
      <w:r>
        <w:rPr>
          <w:b/>
          <w:bCs/>
        </w:rPr>
        <w:t xml:space="preserve">There was a</w:t>
      </w:r>
      <w:r>
        <w:rPr>
          <w:b/>
          <w:bCs/>
        </w:rPr>
        <w:t xml:space="preserve"> </w:t>
      </w:r>
      <w:r>
        <w:rPr>
          <w:b/>
          <w:bCs/>
          <w:u w:val="single"/>
        </w:rPr>
        <w:t xml:space="preserve">prodigious</w:t>
      </w:r>
      <w:r>
        <w:rPr>
          <w:b/>
          <w:bCs/>
        </w:rPr>
        <w:t xml:space="preserve"> </w:t>
      </w:r>
      <w:r>
        <w:rPr>
          <w:b/>
          <w:bCs/>
        </w:rPr>
        <w:t xml:space="preserve">roar of applause,</w:t>
      </w:r>
      <w:r>
        <w:br/>
      </w:r>
      <w:r>
        <w:t xml:space="preserve">    (a) producing a stream of atomic particles through nuclear decay</w:t>
      </w:r>
      <w:r>
        <w:br/>
      </w:r>
      <w:r>
        <w:t xml:space="preserve">    (b) in a manner of taking on or adopting power or responsibility</w:t>
      </w:r>
      <w:r>
        <w:br/>
      </w:r>
      <w:r>
        <w:t xml:space="preserve">    (c) enormous</w:t>
      </w:r>
    </w:p>
    <w:p>
      <w:pPr>
        <w:pStyle w:val="Compact"/>
        <w:numPr>
          <w:ilvl w:val="0"/>
          <w:numId w:val="1001"/>
        </w:numPr>
      </w:pPr>
      <w:r>
        <w:rPr>
          <w:b/>
          <w:bCs/>
        </w:rPr>
        <w:t xml:space="preserve">It didn't cause me any trouble in the beginning--at least any of</w:t>
      </w:r>
      <w:r>
        <w:rPr>
          <w:b/>
          <w:bCs/>
        </w:rPr>
        <w:t xml:space="preserve"> </w:t>
      </w:r>
      <w:r>
        <w:rPr>
          <w:b/>
          <w:bCs/>
          <w:u w:val="single"/>
        </w:rPr>
        <w:t xml:space="preserve">consequence</w:t>
      </w:r>
      <w:r>
        <w:rPr>
          <w:b/>
          <w:bCs/>
        </w:rPr>
        <w:t xml:space="preserve">.</w:t>
      </w:r>
      <w:r>
        <w:br/>
      </w:r>
      <w:r>
        <w:t xml:space="preserve">    (a) sticks out</w:t>
      </w:r>
      <w:r>
        <w:br/>
      </w:r>
      <w:r>
        <w:t xml:space="preserve">    (b) translates</w:t>
      </w:r>
      <w:r>
        <w:br/>
      </w:r>
      <w:r>
        <w:t xml:space="preserve">    (c) importance</w:t>
      </w:r>
    </w:p>
    <w:p>
      <w:pPr>
        <w:pStyle w:val="Compact"/>
        <w:numPr>
          <w:ilvl w:val="0"/>
          <w:numId w:val="1001"/>
        </w:numPr>
      </w:pPr>
      <w:r>
        <w:rPr>
          <w:b/>
          <w:bCs/>
        </w:rPr>
        <w:t xml:space="preserve">Poor girl, her jaws had had a wearisome rest now for a while, and I was expecting to get the</w:t>
      </w:r>
      <w:r>
        <w:rPr>
          <w:b/>
          <w:bCs/>
        </w:rPr>
        <w:t xml:space="preserve"> </w:t>
      </w:r>
      <w:r>
        <w:rPr>
          <w:b/>
          <w:bCs/>
          <w:u w:val="single"/>
        </w:rPr>
        <w:t xml:space="preserve">consequences</w:t>
      </w:r>
      <w:r>
        <w:rPr>
          <w:b/>
          <w:bCs/>
        </w:rPr>
        <w:t xml:space="preserve">.</w:t>
      </w:r>
      <w:r>
        <w:br/>
      </w:r>
      <w:r>
        <w:t xml:space="preserve">    (a) desires</w:t>
      </w:r>
      <w:r>
        <w:br/>
      </w:r>
      <w:r>
        <w:t xml:space="preserve">    (b) battles</w:t>
      </w:r>
      <w:r>
        <w:br/>
      </w:r>
      <w:r>
        <w:t xml:space="preserve">    (c) results</w:t>
      </w:r>
    </w:p>
    <w:p>
      <w:pPr>
        <w:pStyle w:val="Compact"/>
        <w:numPr>
          <w:ilvl w:val="0"/>
          <w:numId w:val="1001"/>
        </w:numPr>
      </w:pPr>
      <w:r>
        <w:rPr>
          <w:b/>
          <w:bCs/>
        </w:rPr>
        <w:t xml:space="preserve">The people could not have stood it; and,</w:t>
      </w:r>
      <w:r>
        <w:rPr>
          <w:b/>
          <w:bCs/>
        </w:rPr>
        <w:t xml:space="preserve"> </w:t>
      </w:r>
      <w:r>
        <w:rPr>
          <w:b/>
          <w:bCs/>
          <w:u w:val="single"/>
        </w:rPr>
        <w:t xml:space="preserve">moreover</w:t>
      </w:r>
      <w:r>
        <w:rPr>
          <w:b/>
          <w:bCs/>
        </w:rPr>
        <w:t xml:space="preserve">, I should have had the Established Roman Catholic Church on my back in a minute.</w:t>
      </w:r>
      <w:r>
        <w:br/>
      </w:r>
      <w:r>
        <w:t xml:space="preserve">    (a) in addition to what has just been said</w:t>
      </w:r>
      <w:r>
        <w:br/>
      </w:r>
      <w:r>
        <w:t xml:space="preserve">    (b) even though -- used to connect contrasting ideas</w:t>
      </w:r>
      <w:r>
        <w:br/>
      </w:r>
      <w:r>
        <w:t xml:space="preserve">    (c) despite that (used to connect contrasting ideas)</w:t>
      </w:r>
    </w:p>
    <w:p>
      <w:pPr>
        <w:pStyle w:val="Compact"/>
        <w:numPr>
          <w:ilvl w:val="0"/>
          <w:numId w:val="1001"/>
        </w:numPr>
      </w:pPr>
      <w:r>
        <w:rPr>
          <w:b/>
          <w:bCs/>
        </w:rPr>
        <w:t xml:space="preserve">Now as to this castle, with forty-five princesses in it, and three</w:t>
      </w:r>
      <w:r>
        <w:rPr>
          <w:b/>
          <w:bCs/>
        </w:rPr>
        <w:t xml:space="preserve"> </w:t>
      </w:r>
      <w:r>
        <w:rPr>
          <w:b/>
          <w:bCs/>
          <w:u w:val="single"/>
        </w:rPr>
        <w:t xml:space="preserve">ogres</w:t>
      </w:r>
      <w:r>
        <w:rPr>
          <w:b/>
          <w:bCs/>
        </w:rPr>
        <w:t xml:space="preserve"> </w:t>
      </w:r>
      <w:r>
        <w:rPr>
          <w:b/>
          <w:bCs/>
        </w:rPr>
        <w:t xml:space="preserve">at the head of it, tell me—where is this harem?</w:t>
      </w:r>
      <w:r>
        <w:br/>
      </w:r>
      <w:r>
        <w:t xml:space="preserve">    (a) a frightening giant from fairy tales, especially one who eats people; or a cruel or terrifying person</w:t>
      </w:r>
      <w:r>
        <w:br/>
      </w:r>
      <w:r>
        <w:t xml:space="preserve">    (b) soccer players who play in the middle third of the field and who assist with both defense and offense</w:t>
      </w:r>
      <w:r>
        <w:br/>
      </w:r>
      <w:r>
        <w:t xml:space="preserve">    (c) aka natural rights -- rights that are naturally due because of human nature and the natural condition</w:t>
      </w:r>
    </w:p>
    <w:p>
      <w:pPr>
        <w:pStyle w:val="Compact"/>
        <w:numPr>
          <w:ilvl w:val="0"/>
          <w:numId w:val="1001"/>
        </w:numPr>
      </w:pPr>
      <w:r>
        <w:rPr>
          <w:b/>
          <w:bCs/>
        </w:rPr>
        <w:t xml:space="preserve">Nobody's</w:t>
      </w:r>
      <w:r>
        <w:rPr>
          <w:b/>
          <w:bCs/>
        </w:rPr>
        <w:t xml:space="preserve"> </w:t>
      </w:r>
      <w:r>
        <w:rPr>
          <w:b/>
          <w:bCs/>
          <w:u w:val="single"/>
        </w:rPr>
        <w:t xml:space="preserve">hindering</w:t>
      </w:r>
      <w:r>
        <w:rPr>
          <w:b/>
          <w:bCs/>
        </w:rPr>
        <w:t xml:space="preserve">.</w:t>
      </w:r>
      <w:r>
        <w:br/>
      </w:r>
      <w:r>
        <w:t xml:space="preserve">    (a) suggesting that someone was involved</w:t>
      </w:r>
      <w:r>
        <w:br/>
      </w:r>
      <w:r>
        <w:t xml:space="preserve">    (b) walking in an awkward, shuffling way</w:t>
      </w:r>
      <w:r>
        <w:br/>
      </w:r>
      <w:r>
        <w:t xml:space="preserve">    (c) slowing down or causing problems for</w:t>
      </w:r>
    </w:p>
    <w:p>
      <w:pPr>
        <w:pStyle w:val="Compact"/>
        <w:numPr>
          <w:ilvl w:val="0"/>
          <w:numId w:val="1001"/>
        </w:numPr>
      </w:pPr>
      <w:r>
        <w:rPr>
          <w:b/>
          <w:bCs/>
        </w:rPr>
        <w:t xml:space="preserve">She was loaded to the eyelids with cold</w:t>
      </w:r>
      <w:r>
        <w:rPr>
          <w:b/>
          <w:bCs/>
        </w:rPr>
        <w:t xml:space="preserve"> </w:t>
      </w:r>
      <w:r>
        <w:rPr>
          <w:b/>
          <w:bCs/>
          <w:u w:val="single"/>
        </w:rPr>
        <w:t xml:space="preserve">malice</w:t>
      </w:r>
      <w:r>
        <w:rPr>
          <w:b/>
          <w:bCs/>
        </w:rPr>
        <w:t xml:space="preserve">.</w:t>
      </w:r>
      <w:r>
        <w:br/>
      </w:r>
      <w:r>
        <w:t xml:space="preserve">    (a) the quality of lacking exactness or accuracy</w:t>
      </w:r>
      <w:r>
        <w:br/>
      </w:r>
      <w:r>
        <w:t xml:space="preserve">    (b) the desire to hurt others or see them suffer</w:t>
      </w:r>
      <w:r>
        <w:br/>
      </w:r>
      <w:r>
        <w:t xml:space="preserve">    (c) not adjusting a lens to create a clear image</w:t>
      </w:r>
    </w:p>
    <w:p>
      <w:pPr>
        <w:pStyle w:val="Compact"/>
        <w:numPr>
          <w:ilvl w:val="0"/>
          <w:numId w:val="1001"/>
        </w:numPr>
      </w:pPr>
      <w:r>
        <w:rPr>
          <w:b/>
          <w:bCs/>
        </w:rPr>
        <w:t xml:space="preserve">An he</w:t>
      </w:r>
      <w:r>
        <w:rPr>
          <w:b/>
          <w:bCs/>
        </w:rPr>
        <w:t xml:space="preserve"> </w:t>
      </w:r>
      <w:r>
        <w:rPr>
          <w:b/>
          <w:bCs/>
          <w:u w:val="single"/>
        </w:rPr>
        <w:t xml:space="preserve">yield</w:t>
      </w:r>
      <w:r>
        <w:rPr>
          <w:b/>
          <w:bCs/>
        </w:rPr>
        <w:t xml:space="preserve"> </w:t>
      </w:r>
      <w:r>
        <w:rPr>
          <w:b/>
          <w:bCs/>
        </w:rPr>
        <w:t xml:space="preserve">not his secret now, ye shall see him torn asunder.</w:t>
      </w:r>
      <w:r>
        <w:br/>
      </w:r>
      <w:r>
        <w:t xml:space="preserve">    (a) give</w:t>
      </w:r>
      <w:r>
        <w:br/>
      </w:r>
      <w:r>
        <w:t xml:space="preserve">    (b) stop (something from happening)</w:t>
      </w:r>
      <w:r>
        <w:br/>
      </w:r>
      <w:r>
        <w:t xml:space="preserve">    (c) think deeply or carefully about</w:t>
      </w:r>
    </w:p>
    <w:p>
      <w:pPr>
        <w:pStyle w:val="Compact"/>
        <w:numPr>
          <w:ilvl w:val="0"/>
          <w:numId w:val="1001"/>
        </w:numPr>
      </w:pPr>
      <w:r>
        <w:rPr>
          <w:b/>
          <w:bCs/>
        </w:rPr>
        <w:t xml:space="preserve">What a silky smooth hellion she was; and so composed and</w:t>
      </w:r>
      <w:r>
        <w:rPr>
          <w:b/>
          <w:bCs/>
        </w:rPr>
        <w:t xml:space="preserve"> </w:t>
      </w:r>
      <w:r>
        <w:rPr>
          <w:b/>
          <w:bCs/>
          <w:u w:val="single"/>
        </w:rPr>
        <w:t xml:space="preserve">serene</w:t>
      </w:r>
      <w:r>
        <w:rPr>
          <w:b/>
          <w:bCs/>
        </w:rPr>
        <w:t xml:space="preserve">, when the cords all down my legs were hurting in sympathy with that man's pain.</w:t>
      </w:r>
      <w:r>
        <w:br/>
      </w:r>
      <w:r>
        <w:t xml:space="preserve">    (a) not done on purpose</w:t>
      </w:r>
      <w:r>
        <w:br/>
      </w:r>
      <w:r>
        <w:t xml:space="preserve">    (b) not straightforward</w:t>
      </w:r>
      <w:r>
        <w:br/>
      </w:r>
      <w:r>
        <w:t xml:space="preserve">    (c) calm and untroubled</w:t>
      </w:r>
    </w:p>
    <w:p>
      <w:pPr>
        <w:pStyle w:val="Compact"/>
        <w:numPr>
          <w:ilvl w:val="0"/>
          <w:numId w:val="1001"/>
        </w:numPr>
      </w:pPr>
      <w:r>
        <w:rPr>
          <w:b/>
          <w:bCs/>
        </w:rPr>
        <w:t xml:space="preserve">they gave themselves to study of</w:t>
      </w:r>
      <w:r>
        <w:rPr>
          <w:b/>
          <w:bCs/>
        </w:rPr>
        <w:t xml:space="preserve"> </w:t>
      </w:r>
      <w:r>
        <w:rPr>
          <w:b/>
          <w:bCs/>
          <w:u w:val="single"/>
        </w:rPr>
        <w:t xml:space="preserve">pious</w:t>
      </w:r>
      <w:r>
        <w:rPr>
          <w:b/>
          <w:bCs/>
        </w:rPr>
        <w:t xml:space="preserve"> </w:t>
      </w:r>
      <w:r>
        <w:rPr>
          <w:b/>
          <w:bCs/>
        </w:rPr>
        <w:t xml:space="preserve">books,</w:t>
      </w:r>
      <w:r>
        <w:br/>
      </w:r>
      <w:r>
        <w:t xml:space="preserve">    (a) able to be disagreed with</w:t>
      </w:r>
      <w:r>
        <w:br/>
      </w:r>
      <w:r>
        <w:t xml:space="preserve">    (b) not able to be translated</w:t>
      </w:r>
      <w:r>
        <w:br/>
      </w:r>
      <w:r>
        <w:t xml:space="preserve">    (c) religious</w:t>
      </w:r>
    </w:p>
    <w:p>
      <w:pPr>
        <w:pStyle w:val="Compact"/>
        <w:numPr>
          <w:ilvl w:val="0"/>
          <w:numId w:val="1001"/>
        </w:numPr>
      </w:pPr>
      <w:r>
        <w:rPr>
          <w:b/>
          <w:bCs/>
        </w:rPr>
        <w:t xml:space="preserve">When I started to the chapel, the populace uncovered and fell back</w:t>
      </w:r>
      <w:r>
        <w:rPr>
          <w:b/>
          <w:bCs/>
        </w:rPr>
        <w:t xml:space="preserve"> </w:t>
      </w:r>
      <w:r>
        <w:rPr>
          <w:b/>
          <w:bCs/>
          <w:u w:val="single"/>
        </w:rPr>
        <w:t xml:space="preserve">reverently</w:t>
      </w:r>
      <w:r>
        <w:rPr>
          <w:b/>
          <w:bCs/>
        </w:rPr>
        <w:t xml:space="preserve"> </w:t>
      </w:r>
      <w:r>
        <w:rPr>
          <w:b/>
          <w:bCs/>
        </w:rPr>
        <w:t xml:space="preserve">to make a wide way for me, as if I had been some kind of a superior being—and I was.</w:t>
      </w:r>
      <w:r>
        <w:br/>
      </w:r>
      <w:r>
        <w:t xml:space="preserve">    (a) with feelings of deep respect and admiration</w:t>
      </w:r>
      <w:r>
        <w:br/>
      </w:r>
      <w:r>
        <w:t xml:space="preserve">    (b) with nervousness or discomfort felt by someone due to concern about what others will think of them</w:t>
      </w:r>
      <w:r>
        <w:br/>
      </w:r>
      <w:r>
        <w:t xml:space="preserve">    (c) in a manner that is not appropriate or different than would be expected in size, amount, or degree</w:t>
      </w:r>
    </w:p>
    <w:p>
      <w:pPr>
        <w:pStyle w:val="Compact"/>
        <w:numPr>
          <w:ilvl w:val="0"/>
          <w:numId w:val="1001"/>
        </w:numPr>
      </w:pPr>
      <w:r>
        <w:rPr>
          <w:b/>
          <w:bCs/>
        </w:rPr>
        <w:t xml:space="preserve">The chairman resumed as follows: "By what</w:t>
      </w:r>
      <w:r>
        <w:rPr>
          <w:b/>
          <w:bCs/>
        </w:rPr>
        <w:t xml:space="preserve"> </w:t>
      </w:r>
      <w:r>
        <w:rPr>
          <w:b/>
          <w:bCs/>
          <w:u w:val="single"/>
        </w:rPr>
        <w:t xml:space="preserve">illustrious</w:t>
      </w:r>
      <w:r>
        <w:rPr>
          <w:b/>
          <w:bCs/>
        </w:rPr>
        <w:t xml:space="preserve"> </w:t>
      </w:r>
      <w:r>
        <w:rPr>
          <w:b/>
          <w:bCs/>
        </w:rPr>
        <w:t xml:space="preserve">achievement for the honor of the Throne and State did the founder of your great line lift himself to the sacred dignity of the British nobility?"</w:t>
      </w:r>
      <w:r>
        <w:br/>
      </w:r>
      <w:r>
        <w:t xml:space="preserve">    (a) able to be taken up or received into heaven</w:t>
      </w:r>
      <w:r>
        <w:br/>
      </w:r>
      <w:r>
        <w:t xml:space="preserve">    (b) famous and admired; or worthy of admiration</w:t>
      </w:r>
      <w:r>
        <w:br/>
      </w:r>
      <w:r>
        <w:t xml:space="preserve">    (c) the state or degree of being bad or harmful</w:t>
      </w:r>
    </w:p>
    <w:p>
      <w:pPr>
        <w:pStyle w:val="Compact"/>
        <w:numPr>
          <w:ilvl w:val="0"/>
          <w:numId w:val="1001"/>
        </w:numPr>
      </w:pPr>
      <w:r>
        <w:rPr>
          <w:b/>
          <w:bCs/>
        </w:rPr>
        <w:t xml:space="preserve">The door stood a</w:t>
      </w:r>
      <w:r>
        <w:rPr>
          <w:b/>
          <w:bCs/>
        </w:rPr>
        <w:t xml:space="preserve"> </w:t>
      </w:r>
      <w:r>
        <w:rPr>
          <w:b/>
          <w:bCs/>
          <w:u w:val="single"/>
        </w:rPr>
        <w:t xml:space="preserve">trifle</w:t>
      </w:r>
      <w:r>
        <w:rPr>
          <w:b/>
          <w:bCs/>
        </w:rPr>
        <w:t xml:space="preserve"> </w:t>
      </w:r>
      <w:r>
        <w:rPr>
          <w:b/>
          <w:bCs/>
        </w:rPr>
        <w:t xml:space="preserve">ajar.</w:t>
      </w:r>
      <w:r>
        <w:br/>
      </w:r>
      <w:r>
        <w:t xml:space="preserve">    (a) someone (or something) taking the place of another</w:t>
      </w:r>
      <w:r>
        <w:br/>
      </w:r>
      <w:r>
        <w:t xml:space="preserve">    (b) little</w:t>
      </w:r>
      <w:r>
        <w:br/>
      </w:r>
      <w:r>
        <w:t xml:space="preserve">    (c) leave a place, job or position previously occupied</w:t>
      </w:r>
    </w:p>
    <w:p>
      <w:pPr>
        <w:pStyle w:val="Compact"/>
        <w:numPr>
          <w:ilvl w:val="0"/>
          <w:numId w:val="1001"/>
        </w:numPr>
      </w:pPr>
      <w:r>
        <w:rPr>
          <w:b/>
          <w:bCs/>
        </w:rPr>
        <w:t xml:space="preserve">It was known that Merlin had been busy whole days and nights together, imbuing Sir Sagramor's arms and armor with supernal powers of offense and defense, and that he had procured for him from the spirits of the air a fleecy veil which would render the wearer invisible to his</w:t>
      </w:r>
      <w:r>
        <w:rPr>
          <w:b/>
          <w:bCs/>
        </w:rPr>
        <w:t xml:space="preserve"> </w:t>
      </w:r>
      <w:r>
        <w:rPr>
          <w:b/>
          <w:bCs/>
          <w:u w:val="single"/>
        </w:rPr>
        <w:t xml:space="preserve">antagonist</w:t>
      </w:r>
      <w:r>
        <w:rPr>
          <w:b/>
          <w:bCs/>
        </w:rPr>
        <w:t xml:space="preserve"> </w:t>
      </w:r>
      <w:r>
        <w:rPr>
          <w:b/>
          <w:bCs/>
        </w:rPr>
        <w:t xml:space="preserve">while still visible to other men.</w:t>
      </w:r>
      <w:r>
        <w:br/>
      </w:r>
      <w:r>
        <w:t xml:space="preserve">    (a) someone who changes something (upon review)</w:t>
      </w:r>
      <w:r>
        <w:br/>
      </w:r>
      <w:r>
        <w:t xml:space="preserve">    (b) someone who takes something on as their own</w:t>
      </w:r>
      <w:r>
        <w:br/>
      </w:r>
      <w:r>
        <w:t xml:space="preserve">    (c) someone who offers opposition or is hostile</w:t>
      </w:r>
    </w:p>
    <w:p>
      <w:pPr>
        <w:pStyle w:val="Compact"/>
        <w:numPr>
          <w:ilvl w:val="0"/>
          <w:numId w:val="1001"/>
        </w:numPr>
      </w:pPr>
      <w:r>
        <w:rPr>
          <w:b/>
          <w:bCs/>
        </w:rPr>
        <w:t xml:space="preserve">He was disguised as a woman, and appeared to be a simple old</w:t>
      </w:r>
      <w:r>
        <w:rPr>
          <w:b/>
          <w:bCs/>
        </w:rPr>
        <w:t xml:space="preserve"> </w:t>
      </w:r>
      <w:r>
        <w:rPr>
          <w:b/>
          <w:bCs/>
          <w:u w:val="single"/>
        </w:rPr>
        <w:t xml:space="preserve">peasant</w:t>
      </w:r>
      <w:r>
        <w:rPr>
          <w:b/>
          <w:bCs/>
        </w:rPr>
        <w:t xml:space="preserve"> </w:t>
      </w:r>
      <w:r>
        <w:rPr>
          <w:b/>
          <w:bCs/>
        </w:rPr>
        <w:t xml:space="preserve">goodwife.</w:t>
      </w:r>
      <w:r>
        <w:br/>
      </w:r>
      <w:r>
        <w:t xml:space="preserve">    (a) someone who walks slowly without definite direction  OR  someone who writes or talks without definite direction (changing subjects or rambling rather than in a purposeful direct way)</w:t>
      </w:r>
      <w:r>
        <w:br/>
      </w:r>
      <w:r>
        <w:t xml:space="preserve">    (b) relating to an artistic movement pioneered by Pablo Picasso and Georges Braque that featured surfaces of geometrical planes to depict three-dimensional organic forms</w:t>
      </w:r>
      <w:r>
        <w:br/>
      </w:r>
      <w:r>
        <w:t xml:space="preserve">    (c) used historically or possibly in relation to a very poor country:  a person of low income, education, and social standing</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2026-07-31T17:43:36Z</dcterms:created>
  <dcterms:modified xsi:type="dcterms:W3CDTF">2026-07-31T17:43:36Z</dcterms:modified>
</cp:coreProperties>
</file>

<file path=docProps/custom.xml><?xml version="1.0" encoding="utf-8"?>
<Properties xmlns="http://schemas.openxmlformats.org/officeDocument/2006/custom-properties" xmlns:vt="http://schemas.openxmlformats.org/officeDocument/2006/docPropsVTypes"/>
</file>