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bc0c29b95e6685cdbefc99262743229585342d"/>
    <w:p>
      <w:pPr>
        <w:pStyle w:val="Heading1"/>
      </w:pPr>
      <w:r>
        <w:rPr>
          <w:b/>
          <w:bCs/>
        </w:rPr>
        <w:t xml:space="preserve">A Christmas Memory</w:t>
      </w:r>
      <w:r>
        <w:br/>
      </w:r>
      <w:r>
        <w:rPr>
          <w:i/>
          <w:iCs/>
        </w:rPr>
        <w:t xml:space="preserve">Truman Capote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Mom is always nervous when the boys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cavorting</w:t>
      </w:r>
      <w:r>
        <w:rPr>
          <w:b/>
          <w:bCs/>
        </w:rPr>
        <w:t xml:space="preserve"> </w:t>
      </w:r>
      <w:r>
        <w:rPr>
          <w:b/>
          <w:bCs/>
        </w:rPr>
        <w:t xml:space="preserve">in the pool.</w:t>
      </w:r>
      <w:r>
        <w:br/>
      </w:r>
      <w:r>
        <w:t xml:space="preserve">    (a) resting quietly</w:t>
      </w:r>
      <w:r>
        <w:br/>
      </w:r>
      <w:r>
        <w:t xml:space="preserve">    (b) playing wildly</w:t>
      </w:r>
      <w:r>
        <w:br/>
      </w:r>
      <w:r>
        <w:t xml:space="preserve">    (c) swimming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idea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emerged</w:t>
      </w:r>
      <w:r>
        <w:rPr>
          <w:b/>
          <w:bCs/>
        </w:rPr>
        <w:t xml:space="preserve"> </w:t>
      </w:r>
      <w:r>
        <w:rPr>
          <w:b/>
          <w:bCs/>
        </w:rPr>
        <w:t xml:space="preserve">at a Student Council meeting.</w:t>
      </w:r>
      <w:r>
        <w:br/>
      </w:r>
      <w:r>
        <w:t xml:space="preserve">    (a) was abandoned</w:t>
      </w:r>
      <w:r>
        <w:br/>
      </w:r>
      <w:r>
        <w:t xml:space="preserve">    (b) came out</w:t>
      </w:r>
      <w:r>
        <w:br/>
      </w:r>
      <w:r>
        <w:t xml:space="preserve">    (c) was forgotten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garish</w:t>
      </w:r>
      <w:r>
        <w:rPr>
          <w:b/>
          <w:bCs/>
        </w:rPr>
        <w:t xml:space="preserve"> </w:t>
      </w:r>
      <w:r>
        <w:rPr>
          <w:b/>
          <w:bCs/>
        </w:rPr>
        <w:t xml:space="preserve">neon lights of the casino were visible from miles away.</w:t>
      </w:r>
      <w:r>
        <w:br/>
      </w:r>
      <w:r>
        <w:t xml:space="preserve">    (a) tastelessly showy</w:t>
      </w:r>
      <w:r>
        <w:br/>
      </w:r>
      <w:r>
        <w:t xml:space="preserve">    (b) hard to see</w:t>
      </w:r>
      <w:r>
        <w:br/>
      </w:r>
      <w:r>
        <w:t xml:space="preserve">    (c) cheerfully tasteful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also</w:t>
      </w:r>
      <w:r>
        <w:br/>
      </w:r>
      <w:r>
        <w:t xml:space="preserve">    (b) but</w:t>
      </w:r>
      <w:r>
        <w:br/>
      </w:r>
      <w:r>
        <w:t xml:space="preserve">    (c) 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artist's studio was filled with brushes, paints, canvases, and other creative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paraphernalia</w:t>
      </w:r>
      <w:r>
        <w:rPr>
          <w:b/>
          <w:bCs/>
        </w:rPr>
        <w:t xml:space="preserve">.</w:t>
      </w:r>
      <w:r>
        <w:br/>
      </w:r>
      <w:r>
        <w:t xml:space="preserve">    (a) items that are hard to obtain</w:t>
      </w:r>
      <w:r>
        <w:br/>
      </w:r>
      <w:r>
        <w:t xml:space="preserve">    (b) items that need to be kept indoors</w:t>
      </w:r>
      <w:r>
        <w:br/>
      </w:r>
      <w:r>
        <w:t xml:space="preserve">    (c) items that accompany a given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hearing all the rumors, the real explanation turned out to be surprisingly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prosaic</w:t>
      </w:r>
      <w:r>
        <w:rPr>
          <w:b/>
          <w:bCs/>
        </w:rPr>
        <w:t xml:space="preserve">.</w:t>
      </w:r>
      <w:r>
        <w:br/>
      </w:r>
      <w:r>
        <w:t xml:space="preserve">    (a) ordinary and uninteresting</w:t>
      </w:r>
      <w:r>
        <w:br/>
      </w:r>
      <w:r>
        <w:t xml:space="preserve">    (b) not concerned with what others might think of oneself</w:t>
      </w:r>
      <w:r>
        <w:br/>
      </w:r>
      <w:r>
        <w:t xml:space="preserve">    (c) able to make clear with example, diagram, photo,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 chose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sever</w:t>
      </w:r>
      <w:r>
        <w:rPr>
          <w:b/>
          <w:bCs/>
        </w:rPr>
        <w:t xml:space="preserve"> </w:t>
      </w:r>
      <w:r>
        <w:rPr>
          <w:b/>
          <w:bCs/>
        </w:rPr>
        <w:t xml:space="preserve">its partnership after the dispute.</w:t>
      </w:r>
      <w:r>
        <w:br/>
      </w:r>
      <w:r>
        <w:t xml:space="preserve">    (a) strengthen</w:t>
      </w:r>
      <w:r>
        <w:br/>
      </w:r>
      <w:r>
        <w:t xml:space="preserve">    (b) delay briefly</w:t>
      </w:r>
      <w:r>
        <w:br/>
      </w:r>
      <w:r>
        <w:t xml:space="preserve">    (c) cut off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want to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traditional</w:t>
      </w:r>
      <w:r>
        <w:rPr>
          <w:b/>
          <w:bCs/>
        </w:rPr>
        <w:t xml:space="preserve"> </w:t>
      </w:r>
      <w:r>
        <w:rPr>
          <w:b/>
          <w:bCs/>
        </w:rPr>
        <w:t xml:space="preserve">wedding ceremony compete with bridesmaids and a white dress.</w:t>
      </w:r>
      <w:r>
        <w:br/>
      </w:r>
      <w:r>
        <w:t xml:space="preserve">    (a) in the grand style</w:t>
      </w:r>
      <w:r>
        <w:br/>
      </w:r>
      <w:r>
        <w:t xml:space="preserve">    (b) in the modern style</w:t>
      </w:r>
      <w:r>
        <w:br/>
      </w:r>
      <w:r>
        <w:t xml:space="preserve">    (c) in the long-established style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2026-07-31T18:43:36Z</dcterms:created>
  <dcterms:modified xsi:type="dcterms:W3CDTF">2026-07-31T18:43:36Z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