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7c30388b60e25dd8071f8c0e98b24f17bb2411"/>
    <w:p>
      <w:pPr>
        <w:pStyle w:val="Heading1"/>
      </w:pPr>
      <w:r>
        <w:rPr>
          <w:b/>
          <w:bCs/>
        </w:rPr>
        <w:t xml:space="preserve">A Christmas Carol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laziness</w:t>
      </w:r>
      <w:r>
        <w:br/>
      </w:r>
      <w:r>
        <w:t xml:space="preserve">    (b) selfishness</w:t>
      </w:r>
      <w:r>
        <w:br/>
      </w:r>
      <w:r>
        <w:t xml:space="preserve">    (c) 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lacking</w:t>
      </w:r>
      <w:r>
        <w:br/>
      </w:r>
      <w:r>
        <w:t xml:space="preserve">    (b) with a natural defense</w:t>
      </w:r>
      <w:r>
        <w:br/>
      </w:r>
      <w:r>
        <w:t xml:space="preserve">    (c)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her usual unworried,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blithe</w:t>
      </w:r>
      <w:r>
        <w:rPr>
          <w:b/>
          <w:bCs/>
        </w:rPr>
        <w:t xml:space="preserve"> </w:t>
      </w:r>
      <w:r>
        <w:rPr>
          <w:b/>
          <w:bCs/>
        </w:rPr>
        <w:t xml:space="preserve">self.</w:t>
      </w:r>
      <w:r>
        <w:br/>
      </w:r>
      <w:r>
        <w:t xml:space="preserve">    (a) carefree and happy</w:t>
      </w:r>
      <w:r>
        <w:br/>
      </w:r>
      <w:r>
        <w:t xml:space="preserve">    (b) sleepy</w:t>
      </w:r>
      <w:r>
        <w:br/>
      </w:r>
      <w:r>
        <w:t xml:space="preserve">    (c) busy and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Russia's Lake Baikal, is the world's deepest 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lake.</w:t>
      </w:r>
      <w:r>
        <w:br/>
      </w:r>
      <w:r>
        <w:t xml:space="preserve">    (a) large</w:t>
      </w:r>
      <w:r>
        <w:br/>
      </w:r>
      <w:r>
        <w:t xml:space="preserve">    (b) cold</w:t>
      </w:r>
      <w:r>
        <w:br/>
      </w:r>
      <w:r>
        <w:t xml:space="preserve">    (c) salty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enjoy her remarks, though they can be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.</w:t>
      </w:r>
      <w:r>
        <w:br/>
      </w:r>
      <w:r>
        <w:t xml:space="preserve">    (a) hard to understand</w:t>
      </w:r>
      <w:r>
        <w:br/>
      </w:r>
      <w:r>
        <w:t xml:space="preserve">    (b) depressing or sad</w:t>
      </w:r>
      <w:r>
        <w:br/>
      </w:r>
      <w:r>
        <w:t xml:space="preserve">    (c) sarcastic or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provides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history of the revolution.</w:t>
      </w:r>
      <w:r>
        <w:br/>
      </w:r>
      <w:r>
        <w:t xml:space="preserve">    (a) complete</w:t>
      </w:r>
      <w:r>
        <w:br/>
      </w:r>
      <w:r>
        <w:t xml:space="preserve">    (b) early</w:t>
      </w:r>
      <w:r>
        <w:br/>
      </w:r>
      <w:r>
        <w:t xml:space="preserve">    (c) modern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harmful</w:t>
      </w:r>
      <w:r>
        <w:br/>
      </w:r>
      <w:r>
        <w:t xml:space="preserve">    (b) irrelevant</w:t>
      </w:r>
      <w:r>
        <w:br/>
      </w:r>
      <w:r>
        <w:t xml:space="preserve">    (c)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restricted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extremely poor</w:t>
      </w:r>
      <w:r>
        <w:br/>
      </w:r>
      <w:r>
        <w:t xml:space="preserve">    (b) too young</w:t>
      </w:r>
      <w:r>
        <w:br/>
      </w:r>
      <w:r>
        <w:t xml:space="preserve">    (c) among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 </w:t>
      </w:r>
      <w:r>
        <w:rPr>
          <w:b/>
          <w:bCs/>
        </w:rPr>
        <w:t xml:space="preserve">extends as far as they eye can see.</w:t>
      </w:r>
      <w:r>
        <w:br/>
      </w:r>
      <w:r>
        <w:t xml:space="preserve">    (a) authority</w:t>
      </w:r>
      <w:r>
        <w:br/>
      </w:r>
      <w:r>
        <w:t xml:space="preserve">    (b) fear</w:t>
      </w:r>
      <w:r>
        <w:br/>
      </w:r>
      <w:r>
        <w:t xml:space="preserve">    (c) enemies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Coaches worry that his behavior problems in college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</w:t>
      </w:r>
      <w:r>
        <w:rPr>
          <w:b/>
          <w:bCs/>
        </w:rPr>
        <w:t xml:space="preserve"> </w:t>
      </w:r>
      <w:r>
        <w:rPr>
          <w:b/>
          <w:bCs/>
        </w:rPr>
        <w:t xml:space="preserve">trouble in the NFL.</w:t>
      </w:r>
      <w:r>
        <w:br/>
      </w:r>
      <w:r>
        <w:t xml:space="preserve">    (a) be minor compared to</w:t>
      </w:r>
      <w:r>
        <w:br/>
      </w:r>
      <w:r>
        <w:t xml:space="preserve">    (b) be a sign of</w:t>
      </w:r>
      <w:r>
        <w:br/>
      </w:r>
      <w:r>
        <w:t xml:space="preserve">    (c) create a shadow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followed</w:t>
      </w:r>
      <w:r>
        <w:br/>
      </w:r>
      <w:r>
        <w:t xml:space="preserve">    (b) filled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severe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spite of</w:t>
      </w:r>
      <w:r>
        <w:br/>
      </w:r>
      <w:r>
        <w:t xml:space="preserve">    (b) as a result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you making any New Year's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this year?</w:t>
      </w:r>
      <w:r>
        <w:br/>
      </w:r>
      <w:r>
        <w:t xml:space="preserve">    (a) decorations</w:t>
      </w:r>
      <w:r>
        <w:br/>
      </w:r>
      <w:r>
        <w:t xml:space="preserve">    (b) decisions</w:t>
      </w:r>
      <w:r>
        <w:br/>
      </w:r>
      <w:r>
        <w:t xml:space="preserve">    (c) event plans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expense</w:t>
      </w:r>
      <w:r>
        <w:br/>
      </w:r>
      <w:r>
        <w:t xml:space="preserve">    (b) computer program</w:t>
      </w:r>
      <w:r>
        <w:br/>
      </w:r>
      <w:r>
        <w:t xml:space="preserve">    (c)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unimportant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argued with</w:t>
      </w:r>
      <w:r>
        <w:br/>
      </w:r>
      <w:r>
        <w:t xml:space="preserve">    (b) treated without respect</w:t>
      </w:r>
      <w:r>
        <w:br/>
      </w:r>
      <w:r>
        <w:t xml:space="preserve">    (c) negotiated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2026-07-31T14:41:01Z</dcterms:created>
  <dcterms:modified xsi:type="dcterms:W3CDTF">2026-07-31T14:41:01Z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