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625fbeffa26dd0f54fba2590d9fc52eba6f7fc"/>
    <w:p>
      <w:pPr>
        <w:pStyle w:val="Heading1"/>
      </w:pPr>
      <w:r>
        <w:rPr>
          <w:b/>
          <w:bCs/>
        </w:rPr>
        <w:t xml:space="preserve">A Christmas Carol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beggars implored him to bestow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</w:t>
      </w:r>
      <w:r>
        <w:rPr>
          <w:b/>
          <w:bCs/>
        </w:rPr>
        <w:t xml:space="preserve">, no children asked him what it was o'clock, no man or woman ever once in all his life inquired the way to such and such a place, of Scrooge.</w:t>
      </w:r>
      <w:r>
        <w:br/>
      </w:r>
      <w:r>
        <w:t xml:space="preserve">    (a) small amount</w:t>
      </w:r>
      <w:r>
        <w:br/>
      </w:r>
      <w:r>
        <w:t xml:space="preserve">    (b) slice of bread</w:t>
      </w:r>
      <w:r>
        <w:br/>
      </w:r>
      <w:r>
        <w:t xml:space="preserve">    (c) happy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...people who were not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;</w:t>
      </w:r>
      <w:r>
        <w:br/>
      </w:r>
      <w:r>
        <w:t xml:space="preserve">    (a) respected</w:t>
      </w:r>
      <w:r>
        <w:br/>
      </w:r>
      <w:r>
        <w:t xml:space="preserve">    (b) defied</w:t>
      </w:r>
      <w:r>
        <w:br/>
      </w:r>
      <w:r>
        <w:t xml:space="preserve">    (c) treated thoughtlessly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[After Scrooge was rude]  His nephew left the room without an angry word,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.</w:t>
      </w:r>
      <w:r>
        <w:br/>
      </w:r>
      <w:r>
        <w:t xml:space="preserve">    (a) as a result of what was just happened</w:t>
      </w:r>
      <w:r>
        <w:br/>
      </w:r>
      <w:r>
        <w:t xml:space="preserve">    (b) in addition to what was just happened</w:t>
      </w:r>
      <w:r>
        <w:br/>
      </w:r>
      <w:r>
        <w:t xml:space="preserve">    (c) despite what just happened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"At this festive season of the year, Mr. Scrooge," said the gentleman, taking up a pen, "it is more than usually desirable that we should make some slight provision for the Poor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, who suffer greatly at the present time."</w:t>
      </w:r>
      <w:r>
        <w:br/>
      </w:r>
      <w:r>
        <w:t xml:space="preserve">    (a) extremely poor</w:t>
      </w:r>
      <w:r>
        <w:br/>
      </w:r>
      <w:r>
        <w:t xml:space="preserve">    (b) elderly</w:t>
      </w:r>
      <w:r>
        <w:br/>
      </w:r>
      <w:r>
        <w:t xml:space="preserve">    (c) sick or handicapped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"How now!" said Scrooge,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 </w:t>
      </w:r>
      <w:r>
        <w:rPr>
          <w:b/>
          <w:bCs/>
        </w:rPr>
        <w:t xml:space="preserve">and cold as ever. "What do you want with me?"</w:t>
      </w:r>
      <w:r>
        <w:br/>
      </w:r>
      <w:r>
        <w:t xml:space="preserve">    (a) harsh (unkind or mean)</w:t>
      </w:r>
      <w:r>
        <w:br/>
      </w:r>
      <w:r>
        <w:t xml:space="preserve">    (b) shivering or trembling</w:t>
      </w:r>
      <w:r>
        <w:br/>
      </w:r>
      <w:r>
        <w:t xml:space="preserve">    (c) stingy or miserly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common welfare was my business; charity, mercy,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, and benevolence, were, all, my business.</w:t>
      </w:r>
      <w:r>
        <w:br/>
      </w:r>
      <w:r>
        <w:t xml:space="preserve">    (a) children</w:t>
      </w:r>
      <w:r>
        <w:br/>
      </w:r>
      <w:r>
        <w:t xml:space="preserve">    (b) patience</w:t>
      </w:r>
      <w:r>
        <w:br/>
      </w:r>
      <w:r>
        <w:t xml:space="preserve">    (c) happiness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dealings of my trade were but a drop of water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ocean of my business!</w:t>
      </w:r>
      <w:r>
        <w:br/>
      </w:r>
      <w:r>
        <w:t xml:space="preserve">    (a) exclusive</w:t>
      </w:r>
      <w:r>
        <w:br/>
      </w:r>
      <w:r>
        <w:t xml:space="preserve">    (b) entire</w:t>
      </w:r>
      <w:r>
        <w:br/>
      </w:r>
      <w:r>
        <w:t xml:space="preserve">    (c) cold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[When the ghost told Scrooge it had come for his welfare]  Scrooge expressed himself much obliged, but could not help thinking that a night of unbroken rest would have been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that end.</w:t>
      </w:r>
      <w:r>
        <w:br/>
      </w:r>
      <w:r>
        <w:t xml:space="preserve">    (a) understandable</w:t>
      </w:r>
      <w:r>
        <w:br/>
      </w:r>
      <w:r>
        <w:t xml:space="preserve">    (b) tempting</w:t>
      </w:r>
      <w:r>
        <w:br/>
      </w:r>
      <w:r>
        <w:t xml:space="preserve">    (c) helpful (to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adjusted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capacious</w:t>
      </w:r>
      <w:r>
        <w:rPr>
          <w:b/>
          <w:bCs/>
        </w:rPr>
        <w:t xml:space="preserve"> </w:t>
      </w:r>
      <w:r>
        <w:rPr>
          <w:b/>
          <w:bCs/>
        </w:rPr>
        <w:t xml:space="preserve">waistcoat</w:t>
      </w:r>
      <w:r>
        <w:br/>
      </w:r>
      <w:r>
        <w:t xml:space="preserve">    (a) attractive</w:t>
      </w:r>
      <w:r>
        <w:br/>
      </w:r>
      <w:r>
        <w:t xml:space="preserve">    (b) large</w:t>
      </w:r>
      <w:r>
        <w:br/>
      </w:r>
      <w:r>
        <w:t xml:space="preserve">    (c) tight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face had not the harsh and rigid lines of later years; but it had begun to wear the signs of care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too little sleep</w:t>
      </w:r>
      <w:r>
        <w:br/>
      </w:r>
      <w:r>
        <w:t xml:space="preserve">    (b) stress</w:t>
      </w:r>
      <w:r>
        <w:br/>
      </w:r>
      <w:r>
        <w:t xml:space="preserve">    (c) 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which promised happiness when we were one in heart,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misery now that we are two.</w:t>
      </w:r>
      <w:r>
        <w:br/>
      </w:r>
      <w:r>
        <w:t xml:space="preserve">    (a) immune</w:t>
      </w:r>
      <w:r>
        <w:br/>
      </w:r>
      <w:r>
        <w:t xml:space="preserve">    (b) fighting</w:t>
      </w:r>
      <w:r>
        <w:br/>
      </w:r>
      <w:r>
        <w:t xml:space="preserve">    (c) full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dark brown curls were long and free; free as its genial face, its sparkling eye, its open hand, its cheery voice,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demeanour, and its joyful air.</w:t>
      </w:r>
      <w:r>
        <w:br/>
      </w:r>
      <w:r>
        <w:t xml:space="preserve">    (a) foolish</w:t>
      </w:r>
      <w:r>
        <w:br/>
      </w:r>
      <w:r>
        <w:t xml:space="preserve">    (b) spontaneous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Suppose somebody should have got over the wall of the back-yard, and stolen it, while they were merry with the goose—a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 </w:t>
      </w:r>
      <w:r>
        <w:rPr>
          <w:b/>
          <w:bCs/>
        </w:rPr>
        <w:t xml:space="preserve">at which the two young Cratchits became livid!</w:t>
      </w:r>
      <w:r>
        <w:br/>
      </w:r>
      <w:r>
        <w:t xml:space="preserve">    (a) something that could happen</w:t>
      </w:r>
      <w:r>
        <w:br/>
      </w:r>
      <w:r>
        <w:t xml:space="preserve">    (b) something planned to happen</w:t>
      </w:r>
      <w:r>
        <w:br/>
      </w:r>
      <w:r>
        <w:t xml:space="preserve">    (c) something that happened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should be Christmas Day, I am sure," said she, "on which one drinks the health of such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, stingy, hard, unfeeling man as Mr. Scrooge."</w:t>
      </w:r>
      <w:r>
        <w:br/>
      </w:r>
      <w:r>
        <w:t xml:space="preserve">    (a) kind</w:t>
      </w:r>
      <w:r>
        <w:br/>
      </w:r>
      <w:r>
        <w:t xml:space="preserve">    (b) horrible</w:t>
      </w:r>
      <w:r>
        <w:br/>
      </w:r>
      <w:r>
        <w:t xml:space="preserve">    (c)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nothing doubting that they had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moral for his own improvement, he resolved to treasure up every word he heard, and everything he saw;</w:t>
      </w:r>
      <w:r>
        <w:br/>
      </w:r>
      <w:r>
        <w:t xml:space="preserve">    (a) strong</w:t>
      </w:r>
      <w:r>
        <w:br/>
      </w:r>
      <w:r>
        <w:t xml:space="preserve">    (b) obvious</w:t>
      </w:r>
      <w:r>
        <w:br/>
      </w:r>
      <w:r>
        <w:t xml:space="preserve">    (c) inactive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gave him little surprise, however; for he had been revolving in his mind a change of life, and thought and hoped he saw his new-born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carried out in this.</w:t>
      </w:r>
      <w:r>
        <w:br/>
      </w:r>
      <w:r>
        <w:t xml:space="preserve">    (a) rotations</w:t>
      </w:r>
      <w:r>
        <w:br/>
      </w:r>
      <w:r>
        <w:t xml:space="preserve">    (b) possibilities</w:t>
      </w:r>
      <w:r>
        <w:br/>
      </w:r>
      <w:r>
        <w:t xml:space="preserve">    (c)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pale light, rising in the outer air, fell straight upon the bed; and on it, plundered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, unwatched, unwept, uncared for, was the body of this man.</w:t>
      </w:r>
      <w:r>
        <w:br/>
      </w:r>
      <w:r>
        <w:t xml:space="preserve">    (a) deprived</w:t>
      </w:r>
      <w:r>
        <w:br/>
      </w:r>
      <w:r>
        <w:t xml:space="preserve">    (b) thin</w:t>
      </w:r>
      <w:r>
        <w:br/>
      </w:r>
      <w:r>
        <w:t xml:space="preserve">    (c) cold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 cold, cold, rigid, dreadful Death, set up thine altar here, and dress it with such terrors as thou hast at thy command: for this is 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dominion</w:t>
      </w:r>
      <w:r>
        <w:rPr>
          <w:b/>
          <w:bCs/>
        </w:rPr>
        <w:t xml:space="preserve">!</w:t>
      </w:r>
      <w:r>
        <w:br/>
      </w:r>
      <w:r>
        <w:t xml:space="preserve">    (a) kingdom</w:t>
      </w:r>
      <w:r>
        <w:br/>
      </w:r>
      <w:r>
        <w:t xml:space="preserve">    (b) work</w:t>
      </w:r>
      <w:r>
        <w:br/>
      </w:r>
      <w:r>
        <w:t xml:space="preserve">    (c) cemetery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"Men's courses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foreshadow</w:t>
      </w:r>
      <w:r>
        <w:rPr>
          <w:b/>
          <w:bCs/>
        </w:rPr>
        <w:t xml:space="preserve"> </w:t>
      </w:r>
      <w:r>
        <w:rPr>
          <w:b/>
          <w:bCs/>
        </w:rPr>
        <w:t xml:space="preserve">certain ends, to which, if persevered in, they must lead," said Scrooge.</w:t>
      </w:r>
      <w:r>
        <w:br/>
      </w:r>
      <w:r>
        <w:t xml:space="preserve">    (a) indicate</w:t>
      </w:r>
      <w:r>
        <w:br/>
      </w:r>
      <w:r>
        <w:t xml:space="preserve">    (b) excuse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so irresistibly pleasant, in a word, that three or four good-humoured fellows said, "Good morning, sir! A merry Christmas to you!" And Scrooge said often afterwards, that of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sounds he had ever heard, those were the blithest in his ears.</w:t>
      </w:r>
      <w:r>
        <w:br/>
      </w:r>
      <w:r>
        <w:t xml:space="preserve">    (a) cheerful</w:t>
      </w:r>
      <w:r>
        <w:br/>
      </w:r>
      <w:r>
        <w:t xml:space="preserve">    (b) dumb</w:t>
      </w:r>
      <w:r>
        <w:br/>
      </w:r>
      <w:r>
        <w:t xml:space="preserve">    (c) shameful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2026-07-31T14:41:01Z</dcterms:created>
  <dcterms:modified xsi:type="dcterms:W3CDTF">2026-07-31T14:41:01Z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