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4206b7dad48f2e0e4fab5e57ff48c8abfaadb3"/>
    <w:p>
      <w:pPr>
        <w:pStyle w:val="Heading1"/>
      </w:pPr>
      <w:r>
        <w:rPr>
          <w:b/>
          <w:bCs/>
        </w:rPr>
        <w:t xml:space="preserve">A Child Called It</w:t>
      </w:r>
      <w:r>
        <w:br/>
      </w:r>
      <w:r>
        <w:rPr>
          <w:i/>
          <w:iCs/>
        </w:rPr>
        <w:t xml:space="preserve">Dave Pelzer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acknowledged</w:t>
      </w:r>
      <w:r>
        <w:rPr>
          <w:b/>
          <w:bCs/>
        </w:rPr>
        <w:t xml:space="preserve"> </w:t>
      </w:r>
      <w:r>
        <w:rPr>
          <w:b/>
          <w:bCs/>
        </w:rPr>
        <w:t xml:space="preserve">her mistake and apologized.</w:t>
      </w:r>
      <w:r>
        <w:br/>
      </w:r>
      <w:r>
        <w:t xml:space="preserve">    (a) exaggerated</w:t>
      </w:r>
      <w:r>
        <w:br/>
      </w:r>
      <w:r>
        <w:t xml:space="preserve">    (b) minimized</w:t>
      </w:r>
      <w:r>
        <w:br/>
      </w:r>
      <w:r>
        <w:t xml:space="preserve">    (c) admitted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constant complaining started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alienate</w:t>
      </w:r>
      <w:r>
        <w:rPr>
          <w:b/>
          <w:bCs/>
        </w:rPr>
        <w:t xml:space="preserve"> </w:t>
      </w:r>
      <w:r>
        <w:rPr>
          <w:b/>
          <w:bCs/>
        </w:rPr>
        <w:t xml:space="preserve">her coworkers, who found her difficult to be around.</w:t>
      </w:r>
      <w:r>
        <w:br/>
      </w:r>
      <w:r>
        <w:t xml:space="preserve">    (a) make feel emotionally closer to</w:t>
      </w:r>
      <w:r>
        <w:br/>
      </w:r>
      <w:r>
        <w:t xml:space="preserve">    (b) make feel emotionally separated from</w:t>
      </w:r>
      <w:r>
        <w:br/>
      </w:r>
      <w:r>
        <w:t xml:space="preserve">    (c) make feel angry or upset 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collect</w:t>
      </w:r>
      <w:r>
        <w:br/>
      </w:r>
      <w:r>
        <w:t xml:space="preserve">    (b) send away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participation in negotiations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charade</w:t>
      </w:r>
      <w:r>
        <w:rPr>
          <w:b/>
          <w:bCs/>
        </w:rPr>
        <w:t xml:space="preserve"> </w:t>
      </w:r>
      <w:r>
        <w:rPr>
          <w:b/>
          <w:bCs/>
        </w:rPr>
        <w:t xml:space="preserve">to buy time.</w:t>
      </w:r>
      <w:r>
        <w:br/>
      </w:r>
      <w:r>
        <w:t xml:space="preserve">    (a) distraction</w:t>
      </w:r>
      <w:r>
        <w:br/>
      </w:r>
      <w:r>
        <w:t xml:space="preserve">    (b) false display</w:t>
      </w:r>
      <w:r>
        <w:br/>
      </w:r>
      <w:r>
        <w:t xml:space="preserve">    (c) stalling tactic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enough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compassionate</w:t>
      </w:r>
      <w:r>
        <w:rPr>
          <w:b/>
          <w:bCs/>
        </w:rPr>
        <w:t xml:space="preserve">. We must act. It is not enough to act. We must act with intelligence.</w:t>
      </w:r>
      <w:r>
        <w:br/>
      </w:r>
      <w:r>
        <w:t xml:space="preserve">    (a) sympathetic</w:t>
      </w:r>
      <w:r>
        <w:br/>
      </w:r>
      <w:r>
        <w:t xml:space="preserve">    (b) talented</w:t>
      </w:r>
      <w:r>
        <w:br/>
      </w:r>
      <w:r>
        <w:t xml:space="preserve">    (c)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flight from New York to London is about seven hours.</w:t>
      </w:r>
      <w:r>
        <w:br/>
      </w:r>
      <w:r>
        <w:t xml:space="preserve">    (a) total cost</w:t>
      </w:r>
      <w:r>
        <w:br/>
      </w:r>
      <w:r>
        <w:t xml:space="preserve">    (b) distance covered</w:t>
      </w:r>
      <w:r>
        <w:br/>
      </w:r>
      <w:r>
        <w:t xml:space="preserve">    (c) length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estimate</w:t>
      </w:r>
      <w:r>
        <w:rPr>
          <w:b/>
          <w:bCs/>
        </w:rPr>
        <w:t xml:space="preserve"> </w:t>
      </w:r>
      <w:r>
        <w:rPr>
          <w:b/>
          <w:bCs/>
        </w:rPr>
        <w:t xml:space="preserve">the cost of the renovation?</w:t>
      </w:r>
      <w:r>
        <w:br/>
      </w:r>
      <w:r>
        <w:t xml:space="preserve">    (a) roughly calculate</w:t>
      </w:r>
      <w:r>
        <w:br/>
      </w:r>
      <w:r>
        <w:t xml:space="preserve">    (b) officially approve</w:t>
      </w:r>
      <w:r>
        <w:br/>
      </w:r>
      <w:r>
        <w:t xml:space="preserve">    (c) publicly announce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Youth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.</w:t>
      </w:r>
      <w:r>
        <w:br/>
      </w:r>
      <w:r>
        <w:t xml:space="preserve">    (a) reckless</w:t>
      </w:r>
      <w:r>
        <w:br/>
      </w:r>
      <w:r>
        <w:t xml:space="preserve">    (b) short-lived</w:t>
      </w:r>
      <w:r>
        <w:br/>
      </w:r>
      <w:r>
        <w:t xml:space="preserve">    (c) troubled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week,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focusing</w:t>
      </w:r>
      <w:r>
        <w:rPr>
          <w:b/>
          <w:bCs/>
        </w:rPr>
        <w:t xml:space="preserve"> </w:t>
      </w:r>
      <w:r>
        <w:rPr>
          <w:b/>
          <w:bCs/>
        </w:rPr>
        <w:t xml:space="preserve">on finishing my research paper.</w:t>
      </w:r>
      <w:r>
        <w:br/>
      </w:r>
      <w:r>
        <w:t xml:space="preserve">    (a) getting help</w:t>
      </w:r>
      <w:r>
        <w:br/>
      </w:r>
      <w:r>
        <w:t xml:space="preserve">    (b) depending</w:t>
      </w:r>
      <w:r>
        <w:br/>
      </w:r>
      <w:r>
        <w:t xml:space="preserve">    (c) concentrating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discussion brought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an important difference of opinion.</w:t>
      </w:r>
      <w:r>
        <w:br/>
      </w:r>
      <w:r>
        <w:t xml:space="preserve">    (a) conflict</w:t>
      </w:r>
      <w:r>
        <w:br/>
      </w:r>
      <w:r>
        <w:t xml:space="preserve">    (b) view</w:t>
      </w:r>
      <w:r>
        <w:br/>
      </w:r>
      <w:r>
        <w:t xml:space="preserve">    (c) hiding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scar running from his forehead to his jaw.</w:t>
      </w:r>
      <w:r>
        <w:br/>
      </w:r>
      <w:r>
        <w:t xml:space="preserve">    (a) extremely ugly</w:t>
      </w:r>
      <w:r>
        <w:br/>
      </w:r>
      <w:r>
        <w:t xml:space="preserve">    (b) barely noticeable</w:t>
      </w:r>
      <w:r>
        <w:br/>
      </w:r>
      <w:r>
        <w:t xml:space="preserve">    (c) perfectly healed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finished her first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marathon</w:t>
      </w:r>
      <w:r>
        <w:rPr>
          <w:b/>
          <w:bCs/>
        </w:rPr>
        <w:t xml:space="preserve"> </w:t>
      </w:r>
      <w:r>
        <w:rPr>
          <w:b/>
          <w:bCs/>
        </w:rPr>
        <w:t xml:space="preserve">in just under four hours.</w:t>
      </w:r>
      <w:r>
        <w:br/>
      </w:r>
      <w:r>
        <w:t xml:space="preserve">    (a) swimming meet</w:t>
      </w:r>
      <w:r>
        <w:br/>
      </w:r>
      <w:r>
        <w:t xml:space="preserve">    (b) short sprint</w:t>
      </w:r>
      <w:r>
        <w:br/>
      </w:r>
      <w:r>
        <w:t xml:space="preserve">    (c) 26-mile footrace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offered the hungry dog a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morsel</w:t>
      </w:r>
      <w:r>
        <w:rPr>
          <w:b/>
          <w:bCs/>
        </w:rPr>
        <w:t xml:space="preserve"> </w:t>
      </w:r>
      <w:r>
        <w:rPr>
          <w:b/>
          <w:bCs/>
        </w:rPr>
        <w:t xml:space="preserve">of bread from her plate.</w:t>
      </w:r>
      <w:r>
        <w:br/>
      </w:r>
      <w:r>
        <w:t xml:space="preserve">    (a) large dinner plate</w:t>
      </w:r>
      <w:r>
        <w:br/>
      </w:r>
      <w:r>
        <w:t xml:space="preserve">    (b) small bit of food</w:t>
      </w:r>
      <w:r>
        <w:br/>
      </w:r>
      <w:r>
        <w:t xml:space="preserve">    (c) kitchen utensil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describe her actions but not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motivation</w:t>
      </w:r>
      <w:r>
        <w:rPr>
          <w:b/>
          <w:bCs/>
        </w:rPr>
        <w:t xml:space="preserve">.</w:t>
      </w:r>
      <w:r>
        <w:br/>
      </w:r>
      <w:r>
        <w:t xml:space="preserve">    (a) history</w:t>
      </w:r>
      <w:r>
        <w:br/>
      </w:r>
      <w:r>
        <w:t xml:space="preserve">    (b) reason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life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paradox</w:t>
      </w:r>
      <w:r>
        <w:rPr>
          <w:b/>
          <w:bCs/>
        </w:rPr>
        <w:t xml:space="preserve">: she was both incredibly private and a bestselling memoirist.</w:t>
      </w:r>
      <w:r>
        <w:br/>
      </w:r>
      <w:r>
        <w:t xml:space="preserve">    (a) something that went as expected</w:t>
      </w:r>
      <w:r>
        <w:br/>
      </w:r>
      <w:r>
        <w:t xml:space="preserve">    (b) something that is too short</w:t>
      </w:r>
      <w:r>
        <w:br/>
      </w:r>
      <w:r>
        <w:t xml:space="preserve">    (c) something that seems self-contradictory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Also, try to see it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before you make up your mind.</w:t>
      </w:r>
      <w:r>
        <w:br/>
      </w:r>
      <w:r>
        <w:t xml:space="preserve">    (a) way of looking at things</w:t>
      </w:r>
      <w:r>
        <w:br/>
      </w:r>
      <w:r>
        <w:t xml:space="preserve">    (b) education level</w:t>
      </w:r>
      <w:r>
        <w:br/>
      </w:r>
      <w:r>
        <w:t xml:space="preserve">    (c) timeframe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happy</w:t>
      </w:r>
      <w:r>
        <w:br/>
      </w:r>
      <w:r>
        <w:t xml:space="preserve">    (b) pretty sure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harmful or damaging</w:t>
      </w:r>
      <w:r>
        <w:br/>
      </w:r>
      <w:r>
        <w:t xml:space="preserve">    (b) minor and unnoticed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principal</w:t>
      </w:r>
      <w:r>
        <w:rPr>
          <w:b/>
          <w:bCs/>
        </w:rPr>
        <w:t xml:space="preserve"> </w:t>
      </w:r>
      <w:r>
        <w:rPr>
          <w:b/>
          <w:bCs/>
        </w:rPr>
        <w:t xml:space="preserve">reason for the delay was bad weather.</w:t>
      </w:r>
      <w:r>
        <w:br/>
      </w:r>
      <w:r>
        <w:t xml:space="preserve">    (a) stated</w:t>
      </w:r>
      <w:r>
        <w:br/>
      </w:r>
      <w:r>
        <w:t xml:space="preserve">    (b) main</w:t>
      </w:r>
      <w:r>
        <w:br/>
      </w:r>
      <w:r>
        <w:t xml:space="preserve">    (c) final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2026-07-31T18:34:24Z</dcterms:created>
  <dcterms:modified xsi:type="dcterms:W3CDTF">2026-07-31T18:34:24Z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