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02ea90f6b71b8127781104b096a36475804cca"/>
    <w:p>
      <w:pPr>
        <w:pStyle w:val="Heading1"/>
      </w:pPr>
      <w:r>
        <w:rPr>
          <w:b/>
          <w:bCs/>
        </w:rPr>
        <w:t xml:space="preserve">A Child Called It</w:t>
      </w:r>
      <w:r>
        <w:br/>
      </w:r>
      <w:r>
        <w:rPr>
          <w:i/>
          <w:iCs/>
        </w:rPr>
        <w:t xml:space="preserve">Dave Pelzer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nurse returns in a few minutes with Mr. Hansen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</w:t>
      </w:r>
      <w:r>
        <w:rPr>
          <w:b/>
          <w:bCs/>
        </w:rPr>
        <w:t xml:space="preserve">, and two of my teachers, Miss Woods and Mr. Ziegler.</w:t>
      </w:r>
      <w:r>
        <w:br/>
      </w:r>
      <w:r>
        <w:t xml:space="preserve">    (a) the state or degree of criticism or disagreement</w:t>
      </w:r>
      <w:r>
        <w:br/>
      </w:r>
      <w:r>
        <w:t xml:space="preserve">    (b) most important; or person that is most important</w:t>
      </w:r>
      <w:r>
        <w:br/>
      </w:r>
      <w:r>
        <w:t xml:space="preserve">    (c) serving to help explain or demonstrate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school we were the best of friends; however, at home, we both knew I was not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acknowledged</w:t>
      </w:r>
      <w:r>
        <w:rPr>
          <w:b/>
          <w:bCs/>
        </w:rPr>
        <w:t xml:space="preserve">.</w:t>
      </w:r>
      <w:r>
        <w:br/>
      </w:r>
      <w:r>
        <w:t xml:space="preserve">    (a) recognized</w:t>
      </w:r>
      <w:r>
        <w:br/>
      </w:r>
      <w:r>
        <w:t xml:space="preserve">    (b) subtracted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then revealed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crime.</w:t>
      </w:r>
      <w:r>
        <w:br/>
      </w:r>
      <w:r>
        <w:t xml:space="preserve">    (a) the characteristic of demonstrating something</w:t>
      </w:r>
      <w:r>
        <w:br/>
      </w:r>
      <w:r>
        <w:t xml:space="preserve">    (b) the quality of not being sensible and careful</w:t>
      </w:r>
      <w:r>
        <w:br/>
      </w:r>
      <w:r>
        <w:t xml:space="preserve">    (c) extremely ugly or offensive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Except for the short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duration</w:t>
      </w:r>
      <w:r>
        <w:rPr>
          <w:b/>
          <w:bCs/>
        </w:rPr>
        <w:t xml:space="preserve"> </w:t>
      </w:r>
      <w:r>
        <w:rPr>
          <w:b/>
          <w:bCs/>
        </w:rPr>
        <w:t xml:space="preserve">of a fishing trip, things with Mother were touch and go, or smash and dash—she would smash me, and I would dash to the solitude of the basement/garage.</w:t>
      </w:r>
      <w:r>
        <w:br/>
      </w:r>
      <w:r>
        <w:t xml:space="preserve">    (a) meticulousness (care about small details)</w:t>
      </w:r>
      <w:r>
        <w:br/>
      </w:r>
      <w:r>
        <w:t xml:space="preserve">    (b) the time during which something continues</w:t>
      </w:r>
      <w:r>
        <w:br/>
      </w:r>
      <w:r>
        <w:t xml:space="preserve">    (c) a particular understanding or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day when I ran to and from school, I tried to run faster, pounding each step as if I were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marathon</w:t>
      </w:r>
      <w:r>
        <w:rPr>
          <w:b/>
          <w:bCs/>
        </w:rPr>
        <w:t xml:space="preserve"> </w:t>
      </w:r>
      <w:r>
        <w:rPr>
          <w:b/>
          <w:bCs/>
        </w:rPr>
        <w:t xml:space="preserve">runner.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a footrace of about 26 miles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Finally, Mother told me that I was no longer privileged enough to sleep upstairs, so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banished</w:t>
      </w:r>
      <w:r>
        <w:rPr>
          <w:b/>
          <w:bCs/>
        </w:rPr>
        <w:t xml:space="preserve"> </w:t>
      </w:r>
      <w:r>
        <w:rPr>
          <w:b/>
          <w:bCs/>
        </w:rPr>
        <w:t xml:space="preserve">downstairs to the garage.</w:t>
      </w:r>
      <w:r>
        <w:br/>
      </w:r>
      <w:r>
        <w:t xml:space="preserve">    (a) was abundant or plentiful</w:t>
      </w:r>
      <w:r>
        <w:br/>
      </w:r>
      <w:r>
        <w:t xml:space="preserve">    (b) thought -- possibly aloud</w:t>
      </w:r>
      <w:r>
        <w:br/>
      </w:r>
      <w:r>
        <w:t xml:space="preserve">    (c) expelled or gotten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 </w:t>
      </w:r>
      <w:r>
        <w:rPr>
          <w:b/>
          <w:bCs/>
        </w:rPr>
        <w:t xml:space="preserve">moment I looked out the window.</w:t>
      </w:r>
      <w:r>
        <w:br/>
      </w:r>
      <w:r>
        <w:t xml:space="preserve">    (a) sensible and careful</w:t>
      </w:r>
      <w:r>
        <w:br/>
      </w:r>
      <w:r>
        <w:t xml:space="preserve">    (b) lasting a short time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more 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my options of what she might do to me, the more my inner strength drained away.</w:t>
      </w:r>
      <w:r>
        <w:br/>
      </w:r>
      <w:r>
        <w:t xml:space="preserve">    (a) a real estate loan; or pledging something for a loan</w:t>
      </w:r>
      <w:r>
        <w:br/>
      </w:r>
      <w:r>
        <w:t xml:space="preserve">    (b) make one's home in; or live in; or stay (in a place)</w:t>
      </w:r>
      <w:r>
        <w:br/>
      </w:r>
      <w:r>
        <w:t xml:space="preserve">    (c) concentrate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strained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my eyes on Mother.</w:t>
      </w:r>
      <w:r>
        <w:br/>
      </w:r>
      <w:r>
        <w:t xml:space="preserve">    (a) adjust (to see clearly)</w:t>
      </w:r>
      <w:r>
        <w:br/>
      </w:r>
      <w:r>
        <w:t xml:space="preserve">    (b) a condition where the body cannot properly regulate blood sugar levels because it produces little or no insulin</w:t>
      </w:r>
      <w:r>
        <w:br/>
      </w:r>
      <w:r>
        <w:t xml:space="preserve">    (c) software that stops uninvited software from spreading between computers and causing damage to data and 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fully aware that I could pay for my crime at any time, so I ate every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morsel</w:t>
      </w:r>
      <w:r>
        <w:rPr>
          <w:b/>
          <w:bCs/>
        </w:rPr>
        <w:t xml:space="preserve"> </w:t>
      </w:r>
      <w:r>
        <w:rPr>
          <w:b/>
          <w:bCs/>
        </w:rPr>
        <w:t xml:space="preserve">as if it were my last meal.</w:t>
      </w:r>
      <w:r>
        <w:br/>
      </w:r>
      <w:r>
        <w:t xml:space="preserve">    (a) tiny bit</w:t>
      </w:r>
      <w:r>
        <w:br/>
      </w:r>
      <w:r>
        <w:t xml:space="preserve">    (b) a nerve or brain cell</w:t>
      </w:r>
      <w:r>
        <w:br/>
      </w:r>
      <w:r>
        <w:t xml:space="preserve">    (c) long eventful journey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whole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charade</w:t>
      </w:r>
      <w:r>
        <w:rPr>
          <w:b/>
          <w:bCs/>
        </w:rPr>
        <w:t xml:space="preserve"> </w:t>
      </w:r>
      <w:r>
        <w:rPr>
          <w:b/>
          <w:bCs/>
        </w:rPr>
        <w:t xml:space="preserve">of living like a slave had come to an end.</w:t>
      </w:r>
      <w:r>
        <w:br/>
      </w:r>
      <w:r>
        <w:t xml:space="preserve">    (a) the act of finding fault and telling others; or a description of faults</w:t>
      </w:r>
      <w:r>
        <w:br/>
      </w:r>
      <w:r>
        <w:t xml:space="preserve">    (b) a situation in which people act as though something is true that is not</w:t>
      </w:r>
      <w:r>
        <w:br/>
      </w:r>
      <w:r>
        <w:t xml:space="preserve">    (c) the process of thinking carefully and making a judgment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past, I had seen her treat animals with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 </w:t>
      </w:r>
      <w:r>
        <w:rPr>
          <w:b/>
          <w:bCs/>
        </w:rPr>
        <w:t xml:space="preserve">than she did me.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feeling or showing sympathy for another's suffering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was no food.</w:t>
      </w:r>
      <w:r>
        <w:br/>
      </w:r>
      <w:r>
        <w:t xml:space="preserve">    (a) memory</w:t>
      </w:r>
      <w:r>
        <w:br/>
      </w:r>
      <w:r>
        <w:t xml:space="preserve">    (b) battle</w:t>
      </w:r>
      <w:r>
        <w:br/>
      </w:r>
      <w:r>
        <w:t xml:space="preserve">    (c)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despised me as much as ever, but she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alienate</w:t>
      </w:r>
      <w:r>
        <w:rPr>
          <w:b/>
          <w:bCs/>
        </w:rPr>
        <w:t xml:space="preserve"> </w:t>
      </w:r>
      <w:r>
        <w:rPr>
          <w:b/>
          <w:bCs/>
        </w:rPr>
        <w:t xml:space="preserve">her friends, husband, brother and even her own mother.</w:t>
      </w:r>
      <w:r>
        <w:br/>
      </w:r>
      <w:r>
        <w:t xml:space="preserve">    (a) stop (something from happening)</w:t>
      </w:r>
      <w:r>
        <w:br/>
      </w:r>
      <w:r>
        <w:t xml:space="preserve">    (b) fulfill one's highest potential</w:t>
      </w:r>
      <w:r>
        <w:br/>
      </w:r>
      <w:r>
        <w:t xml:space="preserve">    (c) make feel emotionally separated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control over my life.</w:t>
      </w:r>
      <w:r>
        <w:br/>
      </w:r>
      <w:r>
        <w:t xml:space="preserve">    (a) absolute (used for emphasis)</w:t>
      </w:r>
      <w:r>
        <w:br/>
      </w:r>
      <w:r>
        <w:t xml:space="preserve">    (b) various</w:t>
      </w:r>
      <w:r>
        <w:br/>
      </w:r>
      <w:r>
        <w:t xml:space="preserve">    (c)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blessings also mean having the opportunity to meet so many people who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impact on my life.</w:t>
      </w:r>
      <w:r>
        <w:br/>
      </w:r>
      <w:r>
        <w:t xml:space="preserve">    (a) impossible to find</w:t>
      </w:r>
      <w:r>
        <w:br/>
      </w:r>
      <w:r>
        <w:t xml:space="preserve">    (b) good or beneficial</w:t>
      </w:r>
      <w:r>
        <w:br/>
      </w:r>
      <w:r>
        <w:t xml:space="preserve">    (c) not representative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learned the secret of internal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motivation</w:t>
      </w:r>
      <w:r>
        <w:rPr>
          <w:b/>
          <w:bCs/>
        </w:rPr>
        <w:t xml:space="preserve">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a serious mental disorder in which people interpret reality abnormally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Sources of information vary, but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estimated</w:t>
      </w:r>
      <w:r>
        <w:rPr>
          <w:b/>
          <w:bCs/>
        </w:rPr>
        <w:t xml:space="preserve"> </w:t>
      </w:r>
      <w:r>
        <w:rPr>
          <w:b/>
          <w:bCs/>
        </w:rPr>
        <w:t xml:space="preserve">that one in five children are physically, emotionally or sexually abused in our country.</w:t>
      </w:r>
      <w:r>
        <w:br/>
      </w:r>
      <w:r>
        <w:t xml:space="preserve">    (a) put into a trance-like state of focused concentration and heightened suggestibility (a state of hypnosis)</w:t>
      </w:r>
      <w:r>
        <w:br/>
      </w:r>
      <w:r>
        <w:t xml:space="preserve">    (b) disappointed from losing false belief that something is better than it is; or the removal of such a belief</w:t>
      </w:r>
      <w:r>
        <w:br/>
      </w:r>
      <w:r>
        <w:t xml:space="preserve">    (c) roughly calculated or guessed (based on incomplete information) a value, quantity, or extent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bring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perspective</w:t>
      </w:r>
      <w:r>
        <w:rPr>
          <w:b/>
          <w:bCs/>
        </w:rPr>
        <w:t xml:space="preserve"> </w:t>
      </w:r>
      <w:r>
        <w:rPr>
          <w:b/>
          <w:bCs/>
        </w:rPr>
        <w:t xml:space="preserve">born in the brutal reality of child abuse and nurtured in hope for a better tomorrow.</w:t>
      </w:r>
      <w:r>
        <w:br/>
      </w:r>
      <w:r>
        <w:t xml:space="preserve">    (a) way of seeing and thinking about things</w:t>
      </w:r>
      <w:r>
        <w:br/>
      </w:r>
      <w:r>
        <w:t xml:space="preserve">    (b) resulting from God's intervention or plan; or lucky</w:t>
      </w:r>
      <w:r>
        <w:br/>
      </w:r>
      <w:r>
        <w:t xml:space="preserve">    (c) collection of star systems held together by gravity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perhaps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paradox</w:t>
      </w:r>
      <w:r>
        <w:rPr>
          <w:b/>
          <w:bCs/>
        </w:rPr>
        <w:t xml:space="preserve"> </w:t>
      </w:r>
      <w:r>
        <w:rPr>
          <w:b/>
          <w:bCs/>
        </w:rPr>
        <w:t xml:space="preserve">that without the abuse of my past, I might not be what I am today.</w:t>
      </w:r>
      <w:r>
        <w:br/>
      </w:r>
      <w:r>
        <w:t xml:space="preserve">    (a) a surprising situation because parts of it seem to contradict each other</w:t>
      </w:r>
      <w:r>
        <w:br/>
      </w:r>
      <w:r>
        <w:t xml:space="preserve">    (b) a rough substance that can be rubbed against something else to polish or clean</w:t>
      </w:r>
      <w:r>
        <w:br/>
      </w:r>
      <w:r>
        <w:t xml:space="preserve">    (c) something exclusive to (someone or some group) -- such as an activity or place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2026-07-31T18:34:24Z</dcterms:created>
  <dcterms:modified xsi:type="dcterms:W3CDTF">2026-07-31T18:34:24Z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