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2eebdedf4015f73b516e9ef19b4fb5831d1108"/>
    <w:p>
      <w:pPr>
        <w:pStyle w:val="Heading1"/>
      </w:pPr>
      <w:r>
        <w:rPr>
          <w:b/>
          <w:bCs/>
        </w:rPr>
        <w:t xml:space="preserve">A Brief History of the World</w:t>
      </w:r>
      <w:r>
        <w:br/>
      </w:r>
      <w:r>
        <w:rPr>
          <w:i/>
          <w:iCs/>
        </w:rPr>
        <w:t xml:space="preserve">Richard Lederer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Abraham Lincoln</w:t>
      </w:r>
      <w:r>
        <w:rPr>
          <w:b/>
          <w:bCs/>
        </w:rPr>
        <w:t xml:space="preserve">'s Gettysburg Address is considered one of the most important speeches in American history.</w:t>
      </w:r>
      <w:r>
        <w:br/>
      </w:r>
      <w:r>
        <w:t xml:space="preserve">    (a) Civil War U.S. president</w:t>
      </w:r>
      <w:r>
        <w:br/>
      </w:r>
      <w:r>
        <w:t xml:space="preserve">    (b) U.S. president who wrote the Declaration of Independence (1743–1826)</w:t>
      </w:r>
      <w:r>
        <w:br/>
      </w:r>
      <w:r>
        <w:t xml:space="preserve">    (c) U.S. president who led the country through World War II and created the New Deal (1882–1945)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Paris killed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Achilles</w:t>
      </w:r>
      <w:r>
        <w:rPr>
          <w:b/>
          <w:bCs/>
        </w:rPr>
        <w:t xml:space="preserve"> </w:t>
      </w:r>
      <w:r>
        <w:rPr>
          <w:b/>
          <w:bCs/>
        </w:rPr>
        <w:t xml:space="preserve">by shooting a poisoned arrow into his heal.</w:t>
      </w:r>
      <w:r>
        <w:br/>
      </w:r>
      <w:r>
        <w:t xml:space="preserve">    (a) mythical Greek demigod with two heads</w:t>
      </w:r>
      <w:r>
        <w:br/>
      </w:r>
      <w:r>
        <w:t xml:space="preserve">    (b) mythical Greek sorcerer who defeated Zeus</w:t>
      </w:r>
      <w:r>
        <w:br/>
      </w:r>
      <w:r>
        <w:t xml:space="preserve">    (c) mythical Greek hero of the Iliad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company plans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adopt</w:t>
      </w:r>
      <w:r>
        <w:rPr>
          <w:b/>
          <w:bCs/>
        </w:rPr>
        <w:t xml:space="preserve"> </w:t>
      </w:r>
      <w:r>
        <w:rPr>
          <w:b/>
          <w:bCs/>
        </w:rPr>
        <w:t xml:space="preserve">new safety guidelines next month.</w:t>
      </w:r>
      <w:r>
        <w:br/>
      </w:r>
      <w:r>
        <w:t xml:space="preserve">    (a) publish</w:t>
      </w:r>
      <w:r>
        <w:br/>
      </w:r>
      <w:r>
        <w:t xml:space="preserve">    (b) ignore</w:t>
      </w:r>
      <w:r>
        <w:br/>
      </w:r>
      <w:r>
        <w:t xml:space="preserve">    (c) take 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Beethoven</w:t>
      </w:r>
      <w:r>
        <w:rPr>
          <w:b/>
          <w:bCs/>
        </w:rPr>
        <w:t xml:space="preserve"> </w:t>
      </w:r>
      <w:r>
        <w:rPr>
          <w:b/>
          <w:bCs/>
        </w:rPr>
        <w:t xml:space="preserve">continued to compose masterpieces after he lost his hearing.</w:t>
      </w:r>
      <w:r>
        <w:br/>
      </w:r>
      <w:r>
        <w:t xml:space="preserve">    (a) German classical composer</w:t>
      </w:r>
      <w:r>
        <w:br/>
      </w:r>
      <w:r>
        <w:t xml:space="preserve">    (b) British romantic poet</w:t>
      </w:r>
      <w:r>
        <w:br/>
      </w:r>
      <w:r>
        <w:t xml:space="preserve">    (c) Italian Renaissance painter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movie portrayed the villain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caricature</w:t>
      </w:r>
      <w:r>
        <w:rPr>
          <w:b/>
          <w:bCs/>
        </w:rPr>
        <w:t xml:space="preserve">, lacking depth and complexity.</w:t>
      </w:r>
      <w:r>
        <w:br/>
      </w:r>
      <w:r>
        <w:t xml:space="preserve">    (a) silly clown</w:t>
      </w:r>
      <w:r>
        <w:br/>
      </w:r>
      <w:r>
        <w:t xml:space="preserve">    (b) complex human being</w:t>
      </w:r>
      <w:r>
        <w:br/>
      </w:r>
      <w:r>
        <w:t xml:space="preserve">    (c) exaggerated representation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Creativity can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cultivated</w:t>
      </w:r>
      <w:r>
        <w:rPr>
          <w:b/>
          <w:bCs/>
        </w:rPr>
        <w:t xml:space="preserve">.</w:t>
      </w:r>
      <w:r>
        <w:br/>
      </w:r>
      <w:r>
        <w:t xml:space="preserve">    (a) developed or grown</w:t>
      </w:r>
      <w:r>
        <w:br/>
      </w:r>
      <w:r>
        <w:t xml:space="preserve">    (b) useful</w:t>
      </w:r>
      <w:r>
        <w:br/>
      </w:r>
      <w:r>
        <w:t xml:space="preserve">    (c) risky or dangerous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genuine</w:t>
      </w:r>
      <w:r>
        <w:rPr>
          <w:b/>
          <w:bCs/>
        </w:rPr>
        <w:t xml:space="preserve"> </w:t>
      </w:r>
      <w:r>
        <w:rPr>
          <w:b/>
          <w:bCs/>
        </w:rPr>
        <w:t xml:space="preserve">interest in each of her students.</w:t>
      </w:r>
      <w:r>
        <w:br/>
      </w:r>
      <w:r>
        <w:t xml:space="preserve">    (a) generous (giving)</w:t>
      </w:r>
      <w:r>
        <w:br/>
      </w:r>
      <w:r>
        <w:t xml:space="preserve">    (b) fake</w:t>
      </w:r>
      <w:r>
        <w:br/>
      </w:r>
      <w:r>
        <w:t xml:space="preserve">    (c) sincere (real)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inhabitants</w:t>
      </w:r>
      <w:r>
        <w:rPr>
          <w:b/>
          <w:bCs/>
        </w:rPr>
        <w:t xml:space="preserve"> </w:t>
      </w:r>
      <w:r>
        <w:rPr>
          <w:b/>
          <w:bCs/>
        </w:rPr>
        <w:t xml:space="preserve">of the village were very friendly.</w:t>
      </w:r>
      <w:r>
        <w:br/>
      </w:r>
      <w:r>
        <w:t xml:space="preserve">    (a) residents</w:t>
      </w:r>
      <w:r>
        <w:br/>
      </w:r>
      <w:r>
        <w:t xml:space="preserve">    (b) tourists</w:t>
      </w:r>
      <w:r>
        <w:br/>
      </w:r>
      <w:r>
        <w:t xml:space="preserve">    (c) visitors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play by Shakespeare,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Julius Caesar</w:t>
      </w:r>
      <w:r>
        <w:rPr>
          <w:b/>
          <w:bCs/>
        </w:rPr>
        <w:t xml:space="preserve"> </w:t>
      </w:r>
      <w:r>
        <w:rPr>
          <w:b/>
          <w:bCs/>
        </w:rPr>
        <w:t xml:space="preserve">is warned to "beware the Ides of March" before he is betrayed by his friends.</w:t>
      </w:r>
      <w:r>
        <w:br/>
      </w:r>
      <w:r>
        <w:t xml:space="preserve">    (a) Egyptian pharaoh</w:t>
      </w:r>
      <w:r>
        <w:br/>
      </w:r>
      <w:r>
        <w:t xml:space="preserve">    (b) Greek philosopher</w:t>
      </w:r>
      <w:r>
        <w:br/>
      </w:r>
      <w:r>
        <w:t xml:space="preserve">    (c) Roman dictator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stories tell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King Arthur</w:t>
      </w:r>
      <w:r>
        <w:rPr>
          <w:b/>
          <w:bCs/>
        </w:rPr>
        <w:t xml:space="preserve"> </w:t>
      </w:r>
      <w:r>
        <w:rPr>
          <w:b/>
          <w:bCs/>
        </w:rPr>
        <w:t xml:space="preserve">and his Knights of the Round Table.</w:t>
      </w:r>
      <w:r>
        <w:br/>
      </w:r>
      <w:r>
        <w:t xml:space="preserve">    (a) mythical Greek hero</w:t>
      </w:r>
      <w:r>
        <w:br/>
      </w:r>
      <w:r>
        <w:t xml:space="preserve">    (b) Viking warrior chief</w:t>
      </w:r>
      <w:r>
        <w:br/>
      </w:r>
      <w:r>
        <w:t xml:space="preserve">    (c) legendary British 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Europe saw large population declines in the Late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Middle Ages</w:t>
      </w:r>
      <w:r>
        <w:rPr>
          <w:b/>
          <w:bCs/>
        </w:rPr>
        <w:t xml:space="preserve"> </w:t>
      </w:r>
      <w:r>
        <w:rPr>
          <w:b/>
          <w:bCs/>
        </w:rPr>
        <w:t xml:space="preserve">due to Bubonic Plague and Mongol invasion.</w:t>
      </w:r>
      <w:r>
        <w:br/>
      </w:r>
      <w:r>
        <w:t xml:space="preserve">    (a) industrial era</w:t>
      </w:r>
      <w:r>
        <w:br/>
      </w:r>
      <w:r>
        <w:t xml:space="preserve">    (b) medieval era</w:t>
      </w:r>
      <w:r>
        <w:br/>
      </w:r>
      <w:r>
        <w:t xml:space="preserve">    (c) Stone Age period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Miguel de Cervantes</w:t>
      </w:r>
      <w:r>
        <w:rPr>
          <w:b/>
          <w:bCs/>
        </w:rPr>
        <w:t xml:space="preserve"> </w:t>
      </w:r>
      <w:r>
        <w:rPr>
          <w:b/>
          <w:bCs/>
        </w:rPr>
        <w:t xml:space="preserve">wrote Don Quixote, one of the most influential novels ever.</w:t>
      </w:r>
      <w:r>
        <w:br/>
      </w:r>
      <w:r>
        <w:t xml:space="preserve">    (a) Spanish author of</w:t>
      </w:r>
      <w:r>
        <w:t xml:space="preserve"> </w:t>
      </w:r>
      <w:r>
        <w:rPr>
          <w:i/>
          <w:iCs/>
        </w:rPr>
        <w:t xml:space="preserve">Don Quixote</w:t>
      </w:r>
      <w:r>
        <w:br/>
      </w:r>
      <w:r>
        <w:t xml:space="preserve">    (b) French writer of</w:t>
      </w:r>
      <w:r>
        <w:t xml:space="preserve"> </w:t>
      </w:r>
      <w:r>
        <w:rPr>
          <w:i/>
          <w:iCs/>
        </w:rPr>
        <w:t xml:space="preserve">Les Misérables</w:t>
      </w:r>
      <w:r>
        <w:br/>
      </w:r>
      <w:r>
        <w:t xml:space="preserve">    (c) Russian author of</w:t>
      </w:r>
      <w:r>
        <w:t xml:space="preserve"> </w:t>
      </w:r>
      <w:r>
        <w:rPr>
          <w:i/>
          <w:iCs/>
        </w:rPr>
        <w:t xml:space="preserve">War and Peace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Napoleon Bonaparte</w:t>
      </w:r>
      <w:r>
        <w:rPr>
          <w:b/>
          <w:bCs/>
        </w:rPr>
        <w:t xml:space="preserve">'s invasion of Russia in 1812 ended in catastrophic defeat.</w:t>
      </w:r>
      <w:r>
        <w:br/>
      </w:r>
      <w:r>
        <w:t xml:space="preserve">    (a) Russian czar of the 1800s</w:t>
      </w:r>
      <w:r>
        <w:br/>
      </w:r>
      <w:r>
        <w:t xml:space="preserve">    (b) French emperor and general</w:t>
      </w:r>
      <w:r>
        <w:br/>
      </w:r>
      <w:r>
        <w:t xml:space="preserve">    (c) Spanish New World explorer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Pasteur</w:t>
      </w:r>
      <w:r>
        <w:rPr>
          <w:b/>
          <w:bCs/>
        </w:rPr>
        <w:t xml:space="preserve"> </w:t>
      </w:r>
      <w:r>
        <w:rPr>
          <w:b/>
          <w:bCs/>
        </w:rPr>
        <w:t xml:space="preserve">is considered to be one of the main founders of microbiology.</w:t>
      </w:r>
      <w:r>
        <w:br/>
      </w:r>
      <w:r>
        <w:t xml:space="preserve">    (a) law of gravity discoverer</w:t>
      </w:r>
      <w:r>
        <w:br/>
      </w:r>
      <w:r>
        <w:t xml:space="preserve">    (b) germ theory pioneer</w:t>
      </w:r>
      <w:r>
        <w:br/>
      </w:r>
      <w:r>
        <w:t xml:space="preserve">    (c) theory of relativity author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precedent</w:t>
      </w:r>
      <w:r>
        <w:rPr>
          <w:b/>
          <w:bCs/>
        </w:rPr>
        <w:t xml:space="preserve"> </w:t>
      </w:r>
      <w:r>
        <w:rPr>
          <w:b/>
          <w:bCs/>
        </w:rPr>
        <w:t xml:space="preserve">set by the Supreme Court should be followed by all lower courts.</w:t>
      </w:r>
      <w:r>
        <w:br/>
      </w:r>
      <w:r>
        <w:t xml:space="preserve">    (a) a decision made at a prior time</w:t>
      </w:r>
      <w:r>
        <w:br/>
      </w:r>
      <w:r>
        <w:t xml:space="preserve">    (b) a law passed by the legislature</w:t>
      </w:r>
      <w:r>
        <w:br/>
      </w:r>
      <w:r>
        <w:t xml:space="preserve">    (c) an exception to a general rule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Renaissance</w:t>
      </w:r>
      <w:r>
        <w:rPr>
          <w:b/>
          <w:bCs/>
        </w:rPr>
        <w:t xml:space="preserve">, the Reformation, the Enlightenment, and the Scientific Revolution were some of the major signposts on Western civilization's road to modernity.</w:t>
      </w:r>
      <w:r>
        <w:br/>
      </w:r>
      <w:r>
        <w:t xml:space="preserve">    (a) a period of European history in which major efforts to reform the Catholic Church led to major protestant denominations (16th century)</w:t>
      </w:r>
      <w:r>
        <w:br/>
      </w:r>
      <w:r>
        <w:t xml:space="preserve">    (b) the period of European history known for a revival of intellectual and artistic achievement (14th through mid-17th centuries)</w:t>
      </w:r>
      <w:r>
        <w:br/>
      </w:r>
      <w:r>
        <w:t xml:space="preserve">    (c) 18th century period that further advanced the use of reason in Western civilization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Socrates</w:t>
      </w:r>
      <w:r>
        <w:rPr>
          <w:b/>
          <w:bCs/>
        </w:rPr>
        <w:t xml:space="preserve">'s method of inquiry, the Socratic method, is still used by philosophers and educators today as a way to help people think critically about their beliefs.</w:t>
      </w:r>
      <w:r>
        <w:br/>
      </w:r>
      <w:r>
        <w:t xml:space="preserve">    (a) ancient Babylonian philosopher who did much to influence Western thinking (599-670)</w:t>
      </w:r>
      <w:r>
        <w:br/>
      </w:r>
      <w:r>
        <w:t xml:space="preserve">    (b) ancient Roman philosopher who did much to influence Western thinking (399-470)</w:t>
      </w:r>
      <w:r>
        <w:br/>
      </w:r>
      <w:r>
        <w:t xml:space="preserve">    (c) ancient Greek philosopher who did much to influence Western thinking (470-399 BC)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popular in fiction,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telepathy</w:t>
      </w:r>
      <w:r>
        <w:rPr>
          <w:b/>
          <w:bCs/>
        </w:rPr>
        <w:t xml:space="preserve"> </w:t>
      </w:r>
      <w:r>
        <w:rPr>
          <w:b/>
          <w:bCs/>
        </w:rPr>
        <w:t xml:space="preserve">does not exist in the real world.</w:t>
      </w:r>
      <w:r>
        <w:br/>
      </w:r>
      <w:r>
        <w:t xml:space="preserve">    (a) unsophisticated (meant disapprovingly to refer to old-fashioned or narrow-minded attitudes and ideas)</w:t>
      </w:r>
      <w:r>
        <w:br/>
      </w:r>
      <w:r>
        <w:t xml:space="preserve">    (b) communication from one mind to another without using the known senses</w:t>
      </w:r>
      <w:r>
        <w:br/>
      </w:r>
      <w:r>
        <w:t xml:space="preserve">    (c) improperly bold or disrespectful -- especially toward someone who is older or considered to be of higher status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The French Revolution</w:t>
      </w:r>
      <w:r>
        <w:rPr>
          <w:b/>
          <w:bCs/>
        </w:rPr>
        <w:t xml:space="preserve"> </w:t>
      </w:r>
      <w:r>
        <w:rPr>
          <w:b/>
          <w:bCs/>
        </w:rPr>
        <w:t xml:space="preserve">toppled the king and reshaped Europe.</w:t>
      </w:r>
      <w:r>
        <w:br/>
      </w:r>
      <w:r>
        <w:t xml:space="preserve">    (a) 1066 Norman invasion</w:t>
      </w:r>
      <w:r>
        <w:br/>
      </w:r>
      <w:r>
        <w:t xml:space="preserve">    (b) 1939 German invasion</w:t>
      </w:r>
      <w:r>
        <w:br/>
      </w:r>
      <w:r>
        <w:t xml:space="preserve">    (c) 1789 French uprising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Tourists visit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Thomas Jefferson</w:t>
      </w:r>
      <w:r>
        <w:rPr>
          <w:b/>
          <w:bCs/>
        </w:rPr>
        <w:t xml:space="preserve">'s home, Monticello, every year.</w:t>
      </w:r>
      <w:r>
        <w:br/>
      </w:r>
      <w:r>
        <w:t xml:space="preserve">    (a) Founding Father, 1st US president</w:t>
      </w:r>
      <w:r>
        <w:br/>
      </w:r>
      <w:r>
        <w:t xml:space="preserve">    (b) Founding Father, 3rd US president</w:t>
      </w:r>
      <w:r>
        <w:br/>
      </w:r>
      <w:r>
        <w:t xml:space="preserve">    (c) Civil War president, freed slaves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2026-07-31T18:43:33Z</dcterms:created>
  <dcterms:modified xsi:type="dcterms:W3CDTF">2026-07-31T18:43:33Z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