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c7d03b623b81c9254a8ed37715c7bcb0274213"/>
    <w:p>
      <w:pPr>
        <w:pStyle w:val="Heading1"/>
      </w:pPr>
      <w:r>
        <w:rPr>
          <w:b/>
          <w:bCs/>
        </w:rPr>
        <w:t xml:space="preserve">A Brief History of the World</w:t>
      </w:r>
      <w:r>
        <w:br/>
      </w:r>
      <w:r>
        <w:rPr>
          <w:i/>
          <w:iCs/>
        </w:rPr>
        <w:t xml:space="preserve">Richard Lederer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have pasted together the following "history" of the world from certifiably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genuine</w:t>
      </w:r>
      <w:r>
        <w:rPr>
          <w:b/>
          <w:bCs/>
        </w:rPr>
        <w:t xml:space="preserve"> </w:t>
      </w:r>
      <w:r>
        <w:rPr>
          <w:b/>
          <w:bCs/>
        </w:rPr>
        <w:t xml:space="preserve">student bloopers collected by teachers through the U.S., from eighth grade through college.</w:t>
      </w:r>
      <w:r>
        <w:br/>
      </w:r>
      <w:r>
        <w:t xml:space="preserve">    (a) lazy</w:t>
      </w:r>
      <w:r>
        <w:br/>
      </w:r>
      <w:r>
        <w:t xml:space="preserve">    (b) city</w:t>
      </w:r>
      <w:r>
        <w:br/>
      </w:r>
      <w:r>
        <w:t xml:space="preserve">    (c) real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inhabitants</w:t>
      </w:r>
      <w:r>
        <w:rPr>
          <w:b/>
          <w:bCs/>
        </w:rPr>
        <w:t xml:space="preserve"> </w:t>
      </w:r>
      <w:r>
        <w:rPr>
          <w:b/>
          <w:bCs/>
        </w:rPr>
        <w:t xml:space="preserve">of ancient Egypt were called mummies.</w:t>
      </w:r>
      <w:r>
        <w:br/>
      </w:r>
      <w:r>
        <w:t xml:space="preserve">    (a) things accepted as true (without proof)</w:t>
      </w:r>
      <w:r>
        <w:br/>
      </w:r>
      <w:r>
        <w:t xml:space="preserve">    (b) things designed to stops something else</w:t>
      </w:r>
      <w:r>
        <w:br/>
      </w:r>
      <w:r>
        <w:t xml:space="preserve">    (c) people (who live in a particular place)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climate of the Sarah is such that the inhabitants have to live elsewhere, so certain areas of the dessert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cultivated</w:t>
      </w:r>
      <w:r>
        <w:rPr>
          <w:b/>
          <w:bCs/>
        </w:rPr>
        <w:t xml:space="preserve"> </w:t>
      </w:r>
      <w:r>
        <w:rPr>
          <w:b/>
          <w:bCs/>
        </w:rPr>
        <w:t xml:space="preserve">by irritation.</w:t>
      </w:r>
      <w:r>
        <w:br/>
      </w:r>
      <w:r>
        <w:t xml:space="preserve">    (a) not found guilty or forced into a bad situation</w:t>
      </w:r>
      <w:r>
        <w:br/>
      </w:r>
      <w:r>
        <w:t xml:space="preserve">    (b) a non-doctor who assisted a women in childbirth</w:t>
      </w:r>
      <w:r>
        <w:br/>
      </w:r>
      <w:r>
        <w:t xml:space="preserve">    (c) developed, grown, or prepared for growing crops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Bible is full of interesting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caricatures</w:t>
      </w:r>
      <w:r>
        <w:rPr>
          <w:b/>
          <w:bCs/>
        </w:rPr>
        <w:t xml:space="preserve">.</w:t>
      </w:r>
      <w:r>
        <w:br/>
      </w:r>
      <w:r>
        <w:t xml:space="preserve">    (a) recommends or requires what should be done  OR  (of a medical doctor) gives medical instructions -- such as writing that a patient should take antibiotics</w:t>
      </w:r>
      <w:r>
        <w:br/>
      </w:r>
      <w:r>
        <w:t xml:space="preserve">    (b) a representation that exaggerates or highlights certain aspects -- especially of a person for comic effect; or creating a drawing with such exaggeration</w:t>
      </w:r>
      <w:r>
        <w:br/>
      </w:r>
      <w:r>
        <w:t xml:space="preserve">    (c) (noun) things that are lighter and draw attention -- such as areas of a painting  OR  (verb) making some things lighter -- such as areas of a painting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Achilles</w:t>
      </w:r>
      <w:r>
        <w:rPr>
          <w:b/>
          <w:bCs/>
        </w:rPr>
        <w:t xml:space="preserve"> </w:t>
      </w:r>
      <w:r>
        <w:rPr>
          <w:b/>
          <w:bCs/>
        </w:rPr>
        <w:t xml:space="preserve">appears in the Iliad, by Homer.</w:t>
      </w:r>
      <w:r>
        <w:br/>
      </w:r>
      <w:r>
        <w:t xml:space="preserve">    (a) French general and emperor who ruled (through conquest) most of continental Europe for a brief time</w:t>
      </w:r>
      <w:r>
        <w:br/>
      </w:r>
      <w:r>
        <w:t xml:space="preserve">    (b) Arab prophet who founded Islam and who, according to Islam, was the last messenger of Allah (570-632)</w:t>
      </w:r>
      <w:r>
        <w:br/>
      </w:r>
      <w:r>
        <w:t xml:space="preserve">    (c) mythical Greek hero of the Iliad; central character and foremost Greek warrior at the siege of Troy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Socrates</w:t>
      </w:r>
      <w:r>
        <w:rPr>
          <w:b/>
          <w:bCs/>
        </w:rPr>
        <w:t xml:space="preserve"> </w:t>
      </w:r>
      <w:r>
        <w:rPr>
          <w:b/>
          <w:bCs/>
        </w:rPr>
        <w:t xml:space="preserve">was a famous Greek teacher who went around giving people advice.</w:t>
      </w:r>
      <w:r>
        <w:br/>
      </w:r>
      <w:r>
        <w:t xml:space="preserve">    (a) French painter who represents the bridge from impressionism to cubism (1839-1906)</w:t>
      </w:r>
      <w:r>
        <w:br/>
      </w:r>
      <w:r>
        <w:t xml:space="preserve">    (b) of Judaism (the oldest of the three major monotheistic religions) or it's culture</w:t>
      </w:r>
      <w:r>
        <w:br/>
      </w:r>
      <w:r>
        <w:t xml:space="preserve">    (c) ancient Greek philosopher who did much to influence Western thinking (470-399 BC)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Julius Caesar</w:t>
      </w:r>
      <w:r>
        <w:rPr>
          <w:b/>
          <w:bCs/>
        </w:rPr>
        <w:t xml:space="preserve"> </w:t>
      </w:r>
      <w:r>
        <w:rPr>
          <w:b/>
          <w:bCs/>
        </w:rPr>
        <w:t xml:space="preserve">extinguished himself on the battlefields of Gaul.</w:t>
      </w:r>
      <w:r>
        <w:br/>
      </w:r>
      <w:r>
        <w:t xml:space="preserve">    (a) the most famous of Ancient Rome's generals and leaders (100-44 BC)</w:t>
      </w:r>
      <w:r>
        <w:br/>
      </w:r>
      <w:r>
        <w:t xml:space="preserve">    (b) U.S. poet considered by many to be the greatest of the 20th century</w:t>
      </w:r>
      <w:r>
        <w:br/>
      </w:r>
      <w:r>
        <w:t xml:space="preserve">    (c) scientist-monk whose pea plant experiments founded modern genetics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came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middle Ages</w:t>
      </w:r>
      <w:r>
        <w:rPr>
          <w:b/>
          <w:bCs/>
        </w:rPr>
        <w:t xml:space="preserve">.</w:t>
      </w:r>
      <w:r>
        <w:br/>
      </w:r>
      <w:r>
        <w:t xml:space="preserve">    (a) aka Black Death -- a plague which is estimated to have killed one to two thirds of Europe's population between 1347 and 1350</w:t>
      </w:r>
      <w:r>
        <w:br/>
      </w:r>
      <w:r>
        <w:t xml:space="preserve">    (b) the period of European history beginning with the fall of the Roman Empire and ending with the Modern Era (roughly 500-1500 AD)</w:t>
      </w:r>
      <w:r>
        <w:br/>
      </w:r>
      <w:r>
        <w:t xml:space="preserve">    (c) 1831 slave uprising in Virginia led by Nat Turner that killed about 60 whites and led to brutal reprisals and harsher slave laws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King Alfred conquered the Dames,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King Arthur</w:t>
      </w:r>
      <w:r>
        <w:rPr>
          <w:b/>
          <w:bCs/>
        </w:rPr>
        <w:t xml:space="preserve"> </w:t>
      </w:r>
      <w:r>
        <w:rPr>
          <w:b/>
          <w:bCs/>
        </w:rPr>
        <w:t xml:space="preserve">lived in the Age of Shivery, King Harold mustarded his troops before the Battle of Hastings, Joan of Arc was canonized by Bernard Shaw.</w:t>
      </w:r>
      <w:r>
        <w:br/>
      </w:r>
      <w:r>
        <w:t xml:space="preserve">    (a) King of Great Britain and Ireland from 1760 to 1820 who lost the American Revolution</w:t>
      </w:r>
      <w:r>
        <w:br/>
      </w:r>
      <w:r>
        <w:t xml:space="preserve">    (b) Greek mythology:  the greedy king with the power to turn everything he touched into gold</w:t>
      </w:r>
      <w:r>
        <w:br/>
      </w:r>
      <w:r>
        <w:t xml:space="preserve">    (c) mythical king of Britain who rules at Camelot and leads the Knights of the Round Table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Writing at the same time as Shakespear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Miguel Cervantes</w:t>
      </w:r>
      <w:r>
        <w:rPr>
          <w:b/>
          <w:bCs/>
        </w:rPr>
        <w:t xml:space="preserve">.</w:t>
      </w:r>
      <w:r>
        <w:br/>
      </w:r>
      <w:r>
        <w:t xml:space="preserve">    (a) obtaining a document granting permission to do something</w:t>
      </w:r>
      <w:r>
        <w:br/>
      </w:r>
      <w:r>
        <w:t xml:space="preserve">    (b) the lowest layer of the atmosphere where weather happens</w:t>
      </w:r>
      <w:r>
        <w:br/>
      </w:r>
      <w:r>
        <w:t xml:space="preserve">    (c) Spanish author best known for writing</w:t>
      </w:r>
      <w:r>
        <w:t xml:space="preserve"> </w:t>
      </w:r>
      <w:r>
        <w:rPr>
          <w:i/>
          <w:iCs/>
        </w:rPr>
        <w:t xml:space="preserve">Don Quixote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During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Renaissance</w:t>
      </w:r>
      <w:r>
        <w:rPr>
          <w:b/>
          <w:bCs/>
        </w:rPr>
        <w:t xml:space="preserve"> </w:t>
      </w:r>
      <w:r>
        <w:rPr>
          <w:b/>
          <w:bCs/>
        </w:rPr>
        <w:t xml:space="preserve">America began.</w:t>
      </w:r>
      <w:r>
        <w:br/>
      </w:r>
      <w:r>
        <w:t xml:space="preserve">    (a) a period of European history known for a revival of intellectual and artistic achievement (14th through mid-17th centuries)</w:t>
      </w:r>
      <w:r>
        <w:br/>
      </w:r>
      <w:r>
        <w:t xml:space="preserve">    (b) a period of European history in which major efforts to reform the Catholic Church led to major protestant denominations (16th century)</w:t>
      </w:r>
      <w:r>
        <w:br/>
      </w:r>
      <w:r>
        <w:t xml:space="preserve">    (c) 18th century period that further advanced the use of reason in Western civilization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Thomas Jefferson</w:t>
      </w:r>
      <w:r>
        <w:rPr>
          <w:b/>
          <w:bCs/>
        </w:rPr>
        <w:t xml:space="preserve"> </w:t>
      </w:r>
      <w:r>
        <w:rPr>
          <w:b/>
          <w:bCs/>
        </w:rPr>
        <w:t xml:space="preserve">and Benjamin Franklin were two singers of the declaration of Independence.</w:t>
      </w:r>
      <w:r>
        <w:br/>
      </w:r>
      <w:r>
        <w:t xml:space="preserve">    (a) religion:  an important figure and his son in Judaism, Christianity, and Islam</w:t>
      </w:r>
      <w:r>
        <w:br/>
      </w:r>
      <w:r>
        <w:t xml:space="preserve">    (b) 3rd President of the US and primary writer of the Declaration of Independence</w:t>
      </w:r>
      <w:r>
        <w:br/>
      </w:r>
      <w:r>
        <w:t xml:space="preserve">    (c) U.S. president who passed major civil rights laws and escalated the Vietnam War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Constitution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adopted</w:t>
      </w:r>
      <w:r>
        <w:rPr>
          <w:b/>
          <w:bCs/>
        </w:rPr>
        <w:t xml:space="preserve"> </w:t>
      </w:r>
      <w:r>
        <w:rPr>
          <w:b/>
          <w:bCs/>
        </w:rPr>
        <w:t xml:space="preserve">to secure domestic hostility.</w:t>
      </w:r>
      <w:r>
        <w:br/>
      </w:r>
      <w:r>
        <w:t xml:space="preserve">    (a) took on as one's own</w:t>
      </w:r>
      <w:r>
        <w:br/>
      </w:r>
      <w:r>
        <w:t xml:space="preserve">    (b) not accepted as true</w:t>
      </w:r>
      <w:r>
        <w:br/>
      </w:r>
      <w:r>
        <w:t xml:space="preserve">    (c) began fighting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Abraham Lincoln</w:t>
      </w:r>
      <w:r>
        <w:rPr>
          <w:b/>
          <w:bCs/>
        </w:rPr>
        <w:t xml:space="preserve"> </w:t>
      </w:r>
      <w:r>
        <w:rPr>
          <w:b/>
          <w:bCs/>
        </w:rPr>
        <w:t xml:space="preserve">became America's greatest Precedent.</w:t>
      </w:r>
      <w:r>
        <w:br/>
      </w:r>
      <w:r>
        <w:t xml:space="preserve">    (a) U.S. president who wrote the Declaration of Independence (1743–1826)</w:t>
      </w:r>
      <w:r>
        <w:br/>
      </w:r>
      <w:r>
        <w:t xml:space="preserve">    (b) U.S. president who led during the Civil War and ended slavery before being assassinated (1809-1865)</w:t>
      </w:r>
      <w:r>
        <w:br/>
      </w:r>
      <w:r>
        <w:t xml:space="preserve">    (c) U.S. president who led the country through World War II and created the New Deal (1882–1945)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Abraham Lincoln became America's greatest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Precedent</w:t>
      </w:r>
      <w:r>
        <w:rPr>
          <w:b/>
          <w:bCs/>
        </w:rPr>
        <w:t xml:space="preserve">.</w:t>
      </w:r>
      <w:r>
        <w:br/>
      </w:r>
      <w:r>
        <w:t xml:space="preserve">    (a) related to a mental illness most commonly associated with undeveloped social abilities, language, and other communication skills</w:t>
      </w:r>
      <w:r>
        <w:br/>
      </w:r>
      <w:r>
        <w:t xml:space="preserve">    (b) an example from a prior time -- typically used to justify similar occurrences at a later time (especially a judicial decision)</w:t>
      </w:r>
      <w:r>
        <w:br/>
      </w:r>
      <w:r>
        <w:t xml:space="preserve">    (c) related to accepting someone's membership though a special procedure such as a ceremony and/or period of instruction and/or test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Beethoven</w:t>
      </w:r>
      <w:r>
        <w:rPr>
          <w:b/>
          <w:bCs/>
        </w:rPr>
        <w:t xml:space="preserve"> </w:t>
      </w:r>
      <w:r>
        <w:rPr>
          <w:b/>
          <w:bCs/>
        </w:rPr>
        <w:t xml:space="preserve">wrote music even though he was deaf.</w:t>
      </w:r>
      <w:r>
        <w:br/>
      </w:r>
      <w:r>
        <w:t xml:space="preserve">    (a) Ludwig van Beethoven -- German composer considered to be one of the masters of the classical style (1770-1827)</w:t>
      </w:r>
      <w:r>
        <w:br/>
      </w:r>
      <w:r>
        <w:t xml:space="preserve">    (b) Mao Zedong -- Chinese communist leader who won the civil war and ruled Communist China for 27 years (1893-1976)</w:t>
      </w:r>
      <w:r>
        <w:br/>
      </w:r>
      <w:r>
        <w:t xml:space="preserve">    (c) a form of autism associated with communication difficulties (without language delay) and very focused interests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Marseillaise was the theme song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 French Revolution</w:t>
      </w:r>
      <w:r>
        <w:rPr>
          <w:b/>
          <w:bCs/>
        </w:rPr>
        <w:t xml:space="preserve">.</w:t>
      </w:r>
      <w:r>
        <w:br/>
      </w:r>
      <w:r>
        <w:t xml:space="preserve">    (a) Russian revolution against czarist rule which lead to a provisional government</w:t>
      </w:r>
      <w:r>
        <w:br/>
      </w:r>
      <w:r>
        <w:t xml:space="preserve">    (b) protest where colonists dumped British tea into Boston Harbor to oppose taxes</w:t>
      </w:r>
      <w:r>
        <w:br/>
      </w:r>
      <w:r>
        <w:t xml:space="preserve">    (c) violent revolution that replaced the French Monarchy with a republic (1789-1799)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Napoleon</w:t>
      </w:r>
      <w:r>
        <w:rPr>
          <w:b/>
          <w:bCs/>
        </w:rPr>
        <w:t xml:space="preserve"> </w:t>
      </w:r>
      <w:r>
        <w:rPr>
          <w:b/>
          <w:bCs/>
        </w:rPr>
        <w:t xml:space="preserve">wanted an heir to inherit his power, but since Josephine was a baroness, she couldn't bear children.</w:t>
      </w:r>
      <w:r>
        <w:br/>
      </w:r>
      <w:r>
        <w:t xml:space="preserve">    (a) relating to the oldest of the three major monotheistic religions -- whose believers are known as Jews</w:t>
      </w:r>
      <w:r>
        <w:br/>
      </w:r>
      <w:r>
        <w:t xml:space="preserve">    (b) Arab prophet who founded Islam and who, according to Islam, was the last messenger of Allah (570-632)</w:t>
      </w:r>
      <w:r>
        <w:br/>
      </w:r>
      <w:r>
        <w:t xml:space="preserve">    (c) French general and emperor who conquered most of continental Europe for a brief time early in the 19th century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Samuel Morse invented a code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telepathy</w:t>
      </w:r>
      <w:r>
        <w:rPr>
          <w:b/>
          <w:bCs/>
        </w:rPr>
        <w:t xml:space="preserve">.</w:t>
      </w:r>
      <w:r>
        <w:br/>
      </w:r>
      <w:r>
        <w:t xml:space="preserve">    (a) communication from one mind to another without using the known senses (often used in fiction but not scientifically supported as real)</w:t>
      </w:r>
      <w:r>
        <w:br/>
      </w:r>
      <w:r>
        <w:t xml:space="preserve">    (b) lymph node -- one of many bean-sized organs that filter bacteria and other toxins from circulating white-blood-cell filled lymph fluid</w:t>
      </w:r>
      <w:r>
        <w:br/>
      </w:r>
      <w:r>
        <w:t xml:space="preserve">    (c) when what happens is very different than what might be expected; or when things are together that seem like they don't belong together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Louis Pasteur</w:t>
      </w:r>
      <w:r>
        <w:rPr>
          <w:b/>
          <w:bCs/>
        </w:rPr>
        <w:t xml:space="preserve"> </w:t>
      </w:r>
      <w:r>
        <w:rPr>
          <w:b/>
          <w:bCs/>
        </w:rPr>
        <w:t xml:space="preserve">discovered a cure for rabbis.</w:t>
      </w:r>
      <w:r>
        <w:br/>
      </w:r>
      <w:r>
        <w:t xml:space="preserve">    (a) French scientist who proved germs cause disease and created pasteurization and early vaccines (1822-1895)</w:t>
      </w:r>
      <w:r>
        <w:br/>
      </w:r>
      <w:r>
        <w:br/>
      </w:r>
      <w:r>
        <w:br/>
      </w:r>
      <w:r>
        <w:t xml:space="preserve">    (b) arguably the most famous U.S. baseball player who held the home run hitting record for 39 years (1895-1948)</w:t>
      </w:r>
      <w:r>
        <w:br/>
      </w:r>
      <w:r>
        <w:t xml:space="preserve">    (c) U.S. writer whose novels and short stories are a mixture of realism, satire and science fiction (1922-2007)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2026-07-31T18:43:33Z</dcterms:created>
  <dcterms:modified xsi:type="dcterms:W3CDTF">2026-07-31T18:43:33Z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