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0d3397760547dcd512eff9299cbf6bca3e9b40"/>
    <w:p>
      <w:pPr>
        <w:pStyle w:val="Heading1"/>
      </w:pPr>
      <w:r>
        <w:rPr>
          <w:b/>
          <w:bCs/>
        </w:rPr>
        <w:t xml:space="preserve">A Bend in the Road</w:t>
      </w:r>
      <w:r>
        <w:br/>
      </w:r>
      <w:r>
        <w:rPr>
          <w:i/>
          <w:iCs/>
        </w:rPr>
        <w:t xml:space="preserve">Nicholas Sparks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entrance created quite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commotion</w:t>
      </w:r>
      <w:r>
        <w:rPr>
          <w:b/>
          <w:bCs/>
        </w:rPr>
        <w:t xml:space="preserve">.</w:t>
      </w:r>
      <w:r>
        <w:br/>
      </w:r>
      <w:r>
        <w:t xml:space="preserve">    (a) outburst of laughter</w:t>
      </w:r>
      <w:r>
        <w:br/>
      </w:r>
      <w:r>
        <w:t xml:space="preserve">    (b) accident</w:t>
      </w:r>
      <w:r>
        <w:br/>
      </w:r>
      <w:r>
        <w:t xml:space="preserve">    (c) disturbance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Washington fails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comprehend</w:t>
      </w:r>
      <w:r>
        <w:rPr>
          <w:b/>
          <w:bCs/>
        </w:rPr>
        <w:t xml:space="preserve"> </w:t>
      </w:r>
      <w:r>
        <w:rPr>
          <w:b/>
          <w:bCs/>
        </w:rPr>
        <w:t xml:space="preserve">the change in China's strategy.</w:t>
      </w:r>
      <w:r>
        <w:br/>
      </w:r>
      <w:r>
        <w:t xml:space="preserve">    (a) regard respectfully</w:t>
      </w:r>
      <w:r>
        <w:br/>
      </w:r>
      <w:r>
        <w:t xml:space="preserve">    (b) respond adequately to</w:t>
      </w:r>
      <w:r>
        <w:br/>
      </w:r>
      <w:r>
        <w:t xml:space="preserve">    (c) fully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eating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compulsion</w:t>
      </w:r>
      <w:r>
        <w:rPr>
          <w:b/>
          <w:bCs/>
        </w:rPr>
        <w:t xml:space="preserve"> </w:t>
      </w:r>
      <w:r>
        <w:rPr>
          <w:b/>
          <w:bCs/>
        </w:rPr>
        <w:t xml:space="preserve">doesn't make sense.</w:t>
      </w:r>
      <w:r>
        <w:br/>
      </w:r>
      <w:r>
        <w:t xml:space="preserve">    (a) uncontrollably</w:t>
      </w:r>
      <w:r>
        <w:br/>
      </w:r>
      <w:r>
        <w:t xml:space="preserve">    (b) unhealthfully</w:t>
      </w:r>
      <w:r>
        <w:br/>
      </w:r>
      <w:r>
        <w:t xml:space="preserve">    (c) so slowly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blood 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corroborated</w:t>
      </w:r>
      <w:r>
        <w:rPr>
          <w:b/>
          <w:bCs/>
        </w:rPr>
        <w:t xml:space="preserve"> </w:t>
      </w:r>
      <w:r>
        <w:rPr>
          <w:b/>
          <w:bCs/>
        </w:rPr>
        <w:t xml:space="preserve">the doctor's suspicion of diabetes.</w:t>
      </w:r>
      <w:r>
        <w:br/>
      </w:r>
      <w:r>
        <w:t xml:space="preserve">    (a) disproved</w:t>
      </w:r>
      <w:r>
        <w:br/>
      </w:r>
      <w:r>
        <w:t xml:space="preserve">    (b) supported</w:t>
      </w:r>
      <w:r>
        <w:br/>
      </w:r>
      <w:r>
        <w:t xml:space="preserve">    (c) checked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her illness was currently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dormant</w:t>
      </w:r>
      <w:r>
        <w:rPr>
          <w:b/>
          <w:bCs/>
        </w:rPr>
        <w:t xml:space="preserve">, the doctors advised regular checkups to watch for any changes.</w:t>
      </w:r>
      <w:r>
        <w:br/>
      </w:r>
      <w:r>
        <w:t xml:space="preserve">    (a) recently discovered</w:t>
      </w:r>
      <w:r>
        <w:br/>
      </w:r>
      <w:r>
        <w:t xml:space="preserve">    (b) mild and unimportant</w:t>
      </w:r>
      <w:r>
        <w:br/>
      </w:r>
      <w:r>
        <w:t xml:space="preserve">    (c) inactive but still 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evaluating</w:t>
      </w:r>
      <w:r>
        <w:rPr>
          <w:b/>
          <w:bCs/>
        </w:rPr>
        <w:t xml:space="preserve"> </w:t>
      </w:r>
      <w:r>
        <w:rPr>
          <w:b/>
          <w:bCs/>
        </w:rPr>
        <w:t xml:space="preserve">job options.</w:t>
      </w:r>
      <w:r>
        <w:br/>
      </w:r>
      <w:r>
        <w:t xml:space="preserve">    (a) considering</w:t>
      </w:r>
      <w:r>
        <w:br/>
      </w:r>
      <w:r>
        <w:t xml:space="preserve">    (b) avoiding</w:t>
      </w:r>
      <w:r>
        <w:br/>
      </w:r>
      <w:r>
        <w:t xml:space="preserve">    (c) creating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served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eviction</w:t>
      </w:r>
      <w:r>
        <w:rPr>
          <w:b/>
          <w:bCs/>
        </w:rPr>
        <w:t xml:space="preserve"> </w:t>
      </w:r>
      <w:r>
        <w:rPr>
          <w:b/>
          <w:bCs/>
        </w:rPr>
        <w:t xml:space="preserve">notice.</w:t>
      </w:r>
      <w:r>
        <w:br/>
      </w:r>
      <w:r>
        <w:t xml:space="preserve">    (a) legal demand to pay</w:t>
      </w:r>
      <w:r>
        <w:br/>
      </w:r>
      <w:r>
        <w:t xml:space="preserve">    (b) legal demand to appear</w:t>
      </w:r>
      <w:r>
        <w:br/>
      </w:r>
      <w:r>
        <w:t xml:space="preserve">    (c) legal demand to move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feigned</w:t>
      </w:r>
      <w:r>
        <w:rPr>
          <w:b/>
          <w:bCs/>
        </w:rPr>
        <w:t xml:space="preserve"> </w:t>
      </w:r>
      <w:r>
        <w:rPr>
          <w:b/>
          <w:bCs/>
        </w:rPr>
        <w:t xml:space="preserve">surprise when his coworkers shouted 'Happy Birthday!'</w:t>
      </w:r>
      <w:r>
        <w:br/>
      </w:r>
      <w:r>
        <w:t xml:space="preserve">    (a) shared</w:t>
      </w:r>
      <w:r>
        <w:br/>
      </w:r>
      <w:r>
        <w:t xml:space="preserve">    (b) faked</w:t>
      </w:r>
      <w:r>
        <w:br/>
      </w:r>
      <w:r>
        <w:t xml:space="preserve">    (c) 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policy has widespread legal and political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implications</w:t>
      </w:r>
      <w:r>
        <w:rPr>
          <w:b/>
          <w:bCs/>
        </w:rPr>
        <w:t xml:space="preserve">.</w:t>
      </w:r>
      <w:r>
        <w:br/>
      </w:r>
      <w:r>
        <w:t xml:space="preserve">    (a) advantages</w:t>
      </w:r>
      <w:r>
        <w:br/>
      </w:r>
      <w:r>
        <w:t xml:space="preserve">    (b) effects</w:t>
      </w:r>
      <w:r>
        <w:br/>
      </w:r>
      <w:r>
        <w:t xml:space="preserve">    (c) disadvantages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leaves fall each year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inevitable</w:t>
      </w:r>
      <w:r>
        <w:rPr>
          <w:b/>
          <w:bCs/>
        </w:rPr>
        <w:t xml:space="preserve"> </w:t>
      </w:r>
      <w:r>
        <w:rPr>
          <w:b/>
          <w:bCs/>
        </w:rPr>
        <w:t xml:space="preserve">change of the seasons.</w:t>
      </w:r>
      <w:r>
        <w:br/>
      </w:r>
      <w:r>
        <w:t xml:space="preserve">    (a) minor</w:t>
      </w:r>
      <w:r>
        <w:br/>
      </w:r>
      <w:r>
        <w:t xml:space="preserve">    (b) certain to happen</w:t>
      </w:r>
      <w:r>
        <w:br/>
      </w:r>
      <w:r>
        <w:t xml:space="preserve">    (c) complete or total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 agree to the terms, you give them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irrevocable</w:t>
      </w:r>
      <w:r>
        <w:rPr>
          <w:b/>
          <w:bCs/>
        </w:rPr>
        <w:t xml:space="preserve"> </w:t>
      </w:r>
      <w:r>
        <w:rPr>
          <w:b/>
          <w:bCs/>
        </w:rPr>
        <w:t xml:space="preserve">permission to share your comments with others on their site.</w:t>
      </w:r>
      <w:r>
        <w:br/>
      </w:r>
      <w:r>
        <w:t xml:space="preserve">    (a) unable to be undone</w:t>
      </w:r>
      <w:r>
        <w:br/>
      </w:r>
      <w:r>
        <w:t xml:space="preserve">    (b) needing court approval</w:t>
      </w:r>
      <w:r>
        <w:br/>
      </w:r>
      <w:r>
        <w:t xml:space="preserve">    (c) easy to reverse later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naive</w:t>
      </w:r>
      <w:r>
        <w:rPr>
          <w:b/>
          <w:bCs/>
        </w:rPr>
        <w:t xml:space="preserve">, she is too quick to believe what people say.</w:t>
      </w:r>
      <w:r>
        <w:br/>
      </w:r>
      <w:r>
        <w:t xml:space="preserve">    (a) honest</w:t>
      </w:r>
      <w:r>
        <w:br/>
      </w:r>
      <w:r>
        <w:t xml:space="preserve">    (b) too trusting</w:t>
      </w:r>
      <w:r>
        <w:br/>
      </w:r>
      <w:r>
        <w:t xml:space="preserve">    (c) a pleaser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class was hard. 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nonetheless</w:t>
      </w:r>
      <w:r>
        <w:rPr>
          <w:b/>
          <w:bCs/>
        </w:rPr>
        <w:t xml:space="preserve"> </w:t>
      </w:r>
      <w:r>
        <w:rPr>
          <w:b/>
          <w:bCs/>
        </w:rPr>
        <w:t xml:space="preserve">my favorite.</w:t>
      </w:r>
      <w:r>
        <w:br/>
      </w:r>
      <w:r>
        <w:t xml:space="preserve">    (a) because of that</w:t>
      </w:r>
      <w:r>
        <w:br/>
      </w:r>
      <w:r>
        <w:t xml:space="preserve">    (b) despite that</w:t>
      </w:r>
      <w:r>
        <w:br/>
      </w:r>
      <w:r>
        <w:t xml:space="preserve">    (c) for that reason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 happy girl--</w:t>
      </w:r>
      <w:r>
        <w:rPr>
          <w:b/>
          <w:bCs/>
          <w:u w:val="single"/>
        </w:rPr>
        <w:t xml:space="preserve">oblivious</w:t>
      </w:r>
      <w:r>
        <w:rPr>
          <w:b/>
          <w:bCs/>
        </w:rPr>
        <w:t xml:space="preserve"> </w:t>
      </w:r>
      <w:r>
        <w:rPr>
          <w:b/>
          <w:bCs/>
        </w:rPr>
        <w:t xml:space="preserve">to most of the unhappiness around her.</w:t>
      </w:r>
      <w:r>
        <w:br/>
      </w:r>
      <w:r>
        <w:t xml:space="preserve">    (a) adding to</w:t>
      </w:r>
      <w:r>
        <w:br/>
      </w:r>
      <w:r>
        <w:t xml:space="preserve">    (b) concerned with</w:t>
      </w:r>
      <w:r>
        <w:br/>
      </w:r>
      <w:r>
        <w:t xml:space="preserve">    (c) unaware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the clouds looking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ominous</w:t>
      </w:r>
      <w:r>
        <w:rPr>
          <w:b/>
          <w:bCs/>
        </w:rPr>
        <w:t xml:space="preserve">, I'm afraid there will be a bad storm.</w:t>
      </w:r>
      <w:r>
        <w:br/>
      </w:r>
      <w:r>
        <w:t xml:space="preserve">    (a) huge</w:t>
      </w:r>
      <w:r>
        <w:br/>
      </w:r>
      <w:r>
        <w:t xml:space="preserve">    (b) fast-moving</w:t>
      </w:r>
      <w:r>
        <w:br/>
      </w:r>
      <w:r>
        <w:t xml:space="preserve">    (c) threatening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quoted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out of context</w:t>
      </w:r>
      <w:r>
        <w:rPr>
          <w:b/>
          <w:bCs/>
        </w:rPr>
        <w:t xml:space="preserve">.</w:t>
      </w:r>
      <w:r>
        <w:br/>
      </w:r>
      <w:r>
        <w:t xml:space="preserve">    (a) in a convincing manner</w:t>
      </w:r>
      <w:r>
        <w:br/>
      </w:r>
      <w:r>
        <w:t xml:space="preserve">    (b) in a respectful manner</w:t>
      </w:r>
      <w:r>
        <w:br/>
      </w:r>
      <w:r>
        <w:t xml:space="preserve">    (c) in a misleading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Like most soldiers, I was scared before battle, but it's not like I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premonition</w:t>
      </w:r>
      <w:r>
        <w:rPr>
          <w:b/>
          <w:bCs/>
        </w:rPr>
        <w:t xml:space="preserve"> </w:t>
      </w:r>
      <w:r>
        <w:rPr>
          <w:b/>
          <w:bCs/>
        </w:rPr>
        <w:t xml:space="preserve">that something bad was going to happen to me.</w:t>
      </w:r>
      <w:r>
        <w:br/>
      </w:r>
      <w:r>
        <w:t xml:space="preserve">    (a) feeling</w:t>
      </w:r>
      <w:r>
        <w:br/>
      </w:r>
      <w:r>
        <w:t xml:space="preserve">    (b) expectation</w:t>
      </w:r>
      <w:r>
        <w:br/>
      </w:r>
      <w:r>
        <w:t xml:space="preserve">    (c) certainty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skeptical</w:t>
      </w:r>
      <w:r>
        <w:rPr>
          <w:b/>
          <w:bCs/>
        </w:rPr>
        <w:t xml:space="preserve"> </w:t>
      </w:r>
      <w:r>
        <w:rPr>
          <w:b/>
          <w:bCs/>
        </w:rPr>
        <w:t xml:space="preserve">about the project.</w:t>
      </w:r>
      <w:r>
        <w:br/>
      </w:r>
      <w:r>
        <w:t xml:space="preserve">    (a) excited</w:t>
      </w:r>
      <w:r>
        <w:br/>
      </w:r>
      <w:r>
        <w:t xml:space="preserve">    (b) doubtful</w:t>
      </w:r>
      <w:r>
        <w:br/>
      </w:r>
      <w:r>
        <w:t xml:space="preserve">    (c) keeping silent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Stalin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suppressed</w:t>
      </w:r>
      <w:r>
        <w:rPr>
          <w:b/>
          <w:bCs/>
        </w:rPr>
        <w:t xml:space="preserve"> </w:t>
      </w:r>
      <w:r>
        <w:rPr>
          <w:b/>
          <w:bCs/>
        </w:rPr>
        <w:t xml:space="preserve">criticism in the press.</w:t>
      </w:r>
      <w:r>
        <w:br/>
      </w:r>
      <w:r>
        <w:t xml:space="preserve">    (a) caused to spread</w:t>
      </w:r>
      <w:r>
        <w:br/>
      </w:r>
      <w:r>
        <w:t xml:space="preserve">    (b) expressed publicly</w:t>
      </w:r>
      <w:r>
        <w:br/>
      </w:r>
      <w:r>
        <w:t xml:space="preserve">    (c) kept from spreading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testified</w:t>
      </w:r>
      <w:r>
        <w:rPr>
          <w:b/>
          <w:bCs/>
        </w:rPr>
        <w:t xml:space="preserve"> </w:t>
      </w:r>
      <w:r>
        <w:rPr>
          <w:b/>
          <w:bCs/>
        </w:rPr>
        <w:t xml:space="preserve">that he struck her.</w:t>
      </w:r>
      <w:r>
        <w:br/>
      </w:r>
      <w:r>
        <w:t xml:space="preserve">    (a) lied</w:t>
      </w:r>
      <w:r>
        <w:br/>
      </w:r>
      <w:r>
        <w:t xml:space="preserve">    (b) hid</w:t>
      </w:r>
      <w:r>
        <w:br/>
      </w:r>
      <w:r>
        <w:t xml:space="preserve">    (c) said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2026-07-31T16:44:08Z</dcterms:created>
  <dcterms:modified xsi:type="dcterms:W3CDTF">2026-07-31T16:44:08Z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