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e2a4efcc09d6a8a01a9f4dc965c5d57efb947a"/>
    <w:p>
      <w:pPr>
        <w:pStyle w:val="Heading1"/>
      </w:pPr>
      <w:r>
        <w:rPr>
          <w:b/>
          <w:bCs/>
        </w:rPr>
        <w:t xml:space="preserve">A Bend in the Road</w:t>
      </w:r>
      <w:r>
        <w:br/>
      </w:r>
      <w:r>
        <w:rPr>
          <w:i/>
          <w:iCs/>
        </w:rPr>
        <w:t xml:space="preserve">Nicholas Sparks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 as well as handling whatever else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inevitably</w:t>
      </w:r>
      <w:r>
        <w:rPr>
          <w:b/>
          <w:bCs/>
        </w:rPr>
        <w:t xml:space="preserve"> </w:t>
      </w:r>
      <w:r>
        <w:rPr>
          <w:b/>
          <w:bCs/>
        </w:rPr>
        <w:t xml:space="preserve">cropped up,</w:t>
      </w:r>
      <w:r>
        <w:br/>
      </w:r>
      <w:r>
        <w:t xml:space="preserve">    (a) with certainty (will happen)</w:t>
      </w:r>
      <w:r>
        <w:br/>
      </w:r>
      <w:r>
        <w:t xml:space="preserve">    (b) in a manner that involves betrayal</w:t>
      </w:r>
      <w:r>
        <w:br/>
      </w:r>
      <w:r>
        <w:t xml:space="preserve">    (c) following as a result of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Though the gardens were between seasons, she'd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nonetheless</w:t>
      </w:r>
      <w:r>
        <w:rPr>
          <w:b/>
          <w:bCs/>
        </w:rPr>
        <w:t xml:space="preserve"> </w:t>
      </w:r>
      <w:r>
        <w:rPr>
          <w:b/>
          <w:bCs/>
        </w:rPr>
        <w:t xml:space="preserve">left the palace wanting to live within walking distance so she could pass its gates each day.</w:t>
      </w:r>
      <w:r>
        <w:br/>
      </w:r>
      <w:r>
        <w:t xml:space="preserve">    (a) in keeping with or in agreement with what was just stated</w:t>
      </w:r>
      <w:r>
        <w:br/>
      </w:r>
      <w:r>
        <w:t xml:space="preserve">    (b) therefore (for that reason)</w:t>
      </w:r>
      <w:r>
        <w:br/>
      </w:r>
      <w:r>
        <w:t xml:space="preserve">    (c) in spite of that (used to connect contrasting ideas)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Miles looked across the table, and Charlie feigned a look of sudden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comprehension</w:t>
      </w:r>
      <w:r>
        <w:rPr>
          <w:b/>
          <w:bCs/>
        </w:rPr>
        <w:t xml:space="preserve">.</w:t>
      </w:r>
      <w:r>
        <w:br/>
      </w:r>
      <w:r>
        <w:t xml:space="preserve">    (a) a type of small portable radio</w:t>
      </w:r>
      <w:r>
        <w:br/>
      </w:r>
      <w:r>
        <w:t xml:space="preserve">    (b) the understanding of something</w:t>
      </w:r>
      <w:r>
        <w:br/>
      </w:r>
      <w:r>
        <w:t xml:space="preserve">    (c) a change; or a changed version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Miles stopped and visited with some of them, waiting until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commotion</w:t>
      </w:r>
      <w:r>
        <w:rPr>
          <w:b/>
          <w:bCs/>
        </w:rPr>
        <w:t xml:space="preserve"> </w:t>
      </w:r>
      <w:r>
        <w:rPr>
          <w:b/>
          <w:bCs/>
        </w:rPr>
        <w:t xml:space="preserve">outside finally began to die down.</w:t>
      </w:r>
      <w:r>
        <w:br/>
      </w:r>
      <w:r>
        <w:t xml:space="preserve">    (a) size or dimension</w:t>
      </w:r>
      <w:r>
        <w:br/>
      </w:r>
      <w:r>
        <w:t xml:space="preserve">    (b) noisy disturbance</w:t>
      </w:r>
      <w:r>
        <w:br/>
      </w:r>
      <w:r>
        <w:t xml:space="preserve">    (c) circular movement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that instant, no shivers pricked the hairs on the back of his neck,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premonitions</w:t>
      </w:r>
      <w:r>
        <w:rPr>
          <w:b/>
          <w:bCs/>
        </w:rPr>
        <w:t xml:space="preserve"> </w:t>
      </w:r>
      <w:r>
        <w:rPr>
          <w:b/>
          <w:bCs/>
        </w:rPr>
        <w:t xml:space="preserve">burst forth like exploding fireworks; he felt no sense of foreboding at all, and looking back—considering all that was to come—he was always amazed by that.</w:t>
      </w:r>
      <w:r>
        <w:br/>
      </w:r>
      <w:r>
        <w:t xml:space="preserve">    (a) periods of time when someone exhibits unusual behavior</w:t>
      </w:r>
      <w:r>
        <w:br/>
      </w:r>
      <w:r>
        <w:t xml:space="preserve">    (b) feelings, not based on reason, that things will happen</w:t>
      </w:r>
      <w:r>
        <w:br/>
      </w:r>
      <w:r>
        <w:t xml:space="preserve">    (c) speaks with someone about something for the first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Over the next month, the highway patrol interviewed everyone in the area; they searched for any evidence that might provide a lead, poking through bushes,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evaluating</w:t>
      </w:r>
      <w:r>
        <w:rPr>
          <w:b/>
          <w:bCs/>
        </w:rPr>
        <w:t xml:space="preserve"> </w:t>
      </w:r>
      <w:r>
        <w:rPr>
          <w:b/>
          <w:bCs/>
        </w:rPr>
        <w:t xml:space="preserve">the evidence at the scene, visiting local bars and restaurants, asking if any customers had seemed intoxicated and had left around that time.</w:t>
      </w:r>
      <w:r>
        <w:br/>
      </w:r>
      <w:r>
        <w:t xml:space="preserve">    (a) returning to an undesirable previous condition</w:t>
      </w:r>
      <w:r>
        <w:br/>
      </w:r>
      <w:r>
        <w:t xml:space="preserve">    (b) moving back and forth; or being unsure or weak</w:t>
      </w:r>
      <w:r>
        <w:br/>
      </w:r>
      <w:r>
        <w:t xml:space="preserve">    (c) thinking carefully and making a judgment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Perhaps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naively</w:t>
      </w:r>
      <w:r>
        <w:rPr>
          <w:b/>
          <w:bCs/>
        </w:rPr>
        <w:t xml:space="preserve">, she had imagined that they would be a couple forever.</w:t>
      </w:r>
      <w:r>
        <w:br/>
      </w:r>
      <w:r>
        <w:t xml:space="preserve">    (a) in a manner that changes the direction of a light wave (or other wave) by passing an opaque edge or narrow opening</w:t>
      </w:r>
      <w:r>
        <w:br/>
      </w:r>
      <w:r>
        <w:t xml:space="preserve">    (b) in a manner that expresses personal artistic ideas or feelings while performing (or performing to) someone else's work</w:t>
      </w:r>
      <w:r>
        <w:br/>
      </w:r>
      <w:r>
        <w:t xml:space="preserve">    (c) lacking experience or sophistication, and the understanding that comes from them -- often too trusting or optimistic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Sarah raised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skeptical</w:t>
      </w:r>
      <w:r>
        <w:rPr>
          <w:b/>
          <w:bCs/>
        </w:rPr>
        <w:t xml:space="preserve"> </w:t>
      </w:r>
      <w:r>
        <w:rPr>
          <w:b/>
          <w:bCs/>
        </w:rPr>
        <w:t xml:space="preserve">eyebrow.</w:t>
      </w:r>
      <w:r>
        <w:br/>
      </w:r>
      <w:r>
        <w:t xml:space="preserve">    (a) related to the branch of medicine that deals with the diseases of women -- especially those of the reproductive organs</w:t>
      </w:r>
      <w:r>
        <w:br/>
      </w:r>
      <w:r>
        <w:t xml:space="preserve">    (b) doubtful (that something is true)</w:t>
      </w:r>
      <w:r>
        <w:br/>
      </w:r>
      <w:r>
        <w:t xml:space="preserve">    (c) the quality of being characterized by fantastic imagery, or combinations of things and events that don't go together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don't knoweverything, " Brenda said,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feigning</w:t>
      </w:r>
      <w:r>
        <w:rPr>
          <w:b/>
          <w:bCs/>
        </w:rPr>
        <w:t xml:space="preserve"> </w:t>
      </w:r>
      <w:r>
        <w:rPr>
          <w:b/>
          <w:bCs/>
        </w:rPr>
        <w:t xml:space="preserve">indignation.</w:t>
      </w:r>
      <w:r>
        <w:br/>
      </w:r>
      <w:r>
        <w:t xml:space="preserve">    (a) pretending (making a pretense of)</w:t>
      </w:r>
      <w:r>
        <w:br/>
      </w:r>
      <w:r>
        <w:t xml:space="preserve">    (b) causing something to move forward</w:t>
      </w:r>
      <w:r>
        <w:br/>
      </w:r>
      <w:r>
        <w:t xml:space="preserve">    (c) accepting as true (without proof)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Nor did Sarah, though in an entirely different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context</w:t>
      </w:r>
      <w:r>
        <w:rPr>
          <w:b/>
          <w:bCs/>
        </w:rPr>
        <w:t xml:space="preserve">.</w:t>
      </w:r>
      <w:r>
        <w:br/>
      </w:r>
      <w:r>
        <w:t xml:space="preserve">    (a) an image (seen on a mirror or other shiny surface)</w:t>
      </w:r>
      <w:r>
        <w:br/>
      </w:r>
      <w:r>
        <w:t xml:space="preserve">    (b) the setting or situation in which something occurs</w:t>
      </w:r>
      <w:r>
        <w:br/>
      </w:r>
      <w:r>
        <w:t xml:space="preserve">    (c) the act of interacting or getting interested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Except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eviction</w:t>
      </w:r>
      <w:r>
        <w:rPr>
          <w:b/>
          <w:bCs/>
        </w:rPr>
        <w:t xml:space="preserve"> </w:t>
      </w:r>
      <w:r>
        <w:rPr>
          <w:b/>
          <w:bCs/>
        </w:rPr>
        <w:t xml:space="preserve">notices, my jurisdiction ends at the town limits.</w:t>
      </w:r>
      <w:r>
        <w:br/>
      </w:r>
      <w:r>
        <w:t xml:space="preserve">    (a) opinion of what is good and bad about something</w:t>
      </w:r>
      <w:r>
        <w:br/>
      </w:r>
      <w:r>
        <w:t xml:space="preserve">    (b) the process of forcing someone to leave a place</w:t>
      </w:r>
      <w:r>
        <w:br/>
      </w:r>
      <w:r>
        <w:t xml:space="preserve">    (c) the majority denomination of Islam (almost 90%)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listening to their wishes, Harris Presser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irrevocably</w:t>
      </w:r>
      <w:r>
        <w:rPr>
          <w:b/>
          <w:bCs/>
        </w:rPr>
        <w:t xml:space="preserve"> </w:t>
      </w:r>
      <w:r>
        <w:rPr>
          <w:b/>
          <w:bCs/>
        </w:rPr>
        <w:t xml:space="preserve">sealed his fate.</w:t>
      </w:r>
      <w:r>
        <w:br/>
      </w:r>
      <w:r>
        <w:t xml:space="preserve">    (a) in the manner of an investigation</w:t>
      </w:r>
      <w:r>
        <w:br/>
      </w:r>
      <w:r>
        <w:t xml:space="preserve">    (b) in a manner that cannot be undone</w:t>
      </w:r>
      <w:r>
        <w:br/>
      </w:r>
      <w:r>
        <w:t xml:space="preserve">    (c) separately in the specified order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voice took on a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ominous</w:t>
      </w:r>
      <w:r>
        <w:rPr>
          <w:b/>
          <w:bCs/>
        </w:rPr>
        <w:t xml:space="preserve"> </w:t>
      </w:r>
      <w:r>
        <w:rPr>
          <w:b/>
          <w:bCs/>
        </w:rPr>
        <w:t xml:space="preserve">tone.</w:t>
      </w:r>
      <w:r>
        <w:br/>
      </w:r>
      <w:r>
        <w:t xml:space="preserve">    (a) threatening</w:t>
      </w:r>
      <w:r>
        <w:br/>
      </w:r>
      <w:r>
        <w:t xml:space="preserve">    (b) huge</w:t>
      </w:r>
      <w:r>
        <w:br/>
      </w:r>
      <w:r>
        <w:t xml:space="preserve">    (c) comforting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Jonah and Mark raced by again,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oblivious</w:t>
      </w:r>
      <w:r>
        <w:rPr>
          <w:b/>
          <w:bCs/>
        </w:rPr>
        <w:t xml:space="preserve"> </w:t>
      </w:r>
      <w:r>
        <w:rPr>
          <w:b/>
          <w:bCs/>
        </w:rPr>
        <w:t xml:space="preserve">to their presence.</w:t>
      </w:r>
      <w:r>
        <w:br/>
      </w:r>
      <w:r>
        <w:t xml:space="preserve">    (a) related to</w:t>
      </w:r>
      <w:r>
        <w:br/>
      </w:r>
      <w:r>
        <w:t xml:space="preserve">    (b) unaware of</w:t>
      </w:r>
      <w:r>
        <w:br/>
      </w:r>
      <w:r>
        <w:t xml:space="preserve">    (c) very large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testify</w:t>
      </w:r>
      <w:r>
        <w:rPr>
          <w:b/>
          <w:bCs/>
        </w:rPr>
        <w:t xml:space="preserve">, and I remain anonymous.</w:t>
      </w:r>
      <w:r>
        <w:br/>
      </w:r>
      <w:r>
        <w:t xml:space="preserve">    (a) to show something -- such as to demonstrate, express, or represent</w:t>
      </w:r>
      <w:r>
        <w:br/>
      </w:r>
      <w:r>
        <w:t xml:space="preserve">    (b) provide oral evidence in court</w:t>
      </w:r>
      <w:r>
        <w:br/>
      </w:r>
      <w:r>
        <w:t xml:space="preserve">    (c) to encourage growth or excitement, or to cause something to happen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tone he used and the obvious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implications</w:t>
      </w:r>
      <w:r>
        <w:rPr>
          <w:b/>
          <w:bCs/>
        </w:rPr>
        <w:t xml:space="preserve"> </w:t>
      </w:r>
      <w:r>
        <w:rPr>
          <w:b/>
          <w:bCs/>
        </w:rPr>
        <w:t xml:space="preserve">made the hairs on the back of Miles's neck suddenly stand on end.</w:t>
      </w:r>
      <w:r>
        <w:br/>
      </w:r>
      <w:r>
        <w:t xml:space="preserve">    (a) workplaces where people do scientific or medical research, or produce drugs or chemicals</w:t>
      </w:r>
      <w:r>
        <w:br/>
      </w:r>
      <w:r>
        <w:t xml:space="preserve">    (b) supporters of dramatic change -- sometimes people fighting for overthrow of a government</w:t>
      </w:r>
      <w:r>
        <w:br/>
      </w:r>
      <w:r>
        <w:t xml:space="preserve">    (c) things suggested indirectly or that logically follow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corroborates</w:t>
      </w:r>
      <w:r>
        <w:rPr>
          <w:b/>
          <w:bCs/>
        </w:rPr>
        <w:t xml:space="preserve"> </w:t>
      </w:r>
      <w:r>
        <w:rPr>
          <w:b/>
          <w:bCs/>
        </w:rPr>
        <w:t xml:space="preserve">the story, we could cut a deal so he testifies.</w:t>
      </w:r>
      <w:r>
        <w:br/>
      </w:r>
      <w:r>
        <w:t xml:space="preserve">    (a) supports (tells a story consistent with)</w:t>
      </w:r>
      <w:r>
        <w:br/>
      </w:r>
      <w:r>
        <w:t xml:space="preserve">    (b) survives</w:t>
      </w:r>
      <w:r>
        <w:br/>
      </w:r>
      <w:r>
        <w:t xml:space="preserve">    (c) forgives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compulsion</w:t>
      </w:r>
      <w:r>
        <w:rPr>
          <w:b/>
          <w:bCs/>
        </w:rPr>
        <w:t xml:space="preserve"> </w:t>
      </w:r>
      <w:r>
        <w:rPr>
          <w:b/>
          <w:bCs/>
        </w:rPr>
        <w:t xml:space="preserve">gone, I thought I had put the nightmare behind me.</w:t>
      </w:r>
      <w:r>
        <w:br/>
      </w:r>
      <w:r>
        <w:t xml:space="preserve">    (a) a strategy or plan to do something</w:t>
      </w:r>
      <w:r>
        <w:br/>
      </w:r>
      <w:r>
        <w:t xml:space="preserve">    (b) a strong (possibly uncontrollable) urge to do something</w:t>
      </w:r>
      <w:r>
        <w:br/>
      </w:r>
      <w:r>
        <w:t xml:space="preserve">    (c) a dream about doing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Instead they had simply gone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dormant</w:t>
      </w:r>
      <w:r>
        <w:rPr>
          <w:b/>
          <w:bCs/>
        </w:rPr>
        <w:t xml:space="preserve">, like a bear hibernating in the winter, feeding on its own tissue, waiting for the season yet to come.</w:t>
      </w:r>
      <w:r>
        <w:br/>
      </w:r>
      <w:r>
        <w:t xml:space="preserve">    (a) the process or result of a detailed examination of something</w:t>
      </w:r>
      <w:r>
        <w:br/>
      </w:r>
      <w:r>
        <w:t xml:space="preserve">    (b) not active or growing, but capable of doing so in the future</w:t>
      </w:r>
      <w:r>
        <w:br/>
      </w:r>
      <w:r>
        <w:t xml:space="preserve">    (c) to again think carefully and make a judgment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Miles's face began to twitch with barely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suppressed</w:t>
      </w:r>
      <w:r>
        <w:rPr>
          <w:b/>
          <w:bCs/>
        </w:rPr>
        <w:t xml:space="preserve"> </w:t>
      </w:r>
      <w:r>
        <w:rPr>
          <w:b/>
          <w:bCs/>
        </w:rPr>
        <w:t xml:space="preserve">rage.</w:t>
      </w:r>
      <w:r>
        <w:br/>
      </w:r>
      <w:r>
        <w:t xml:space="preserve">    (a) blended three or more musical notes</w:t>
      </w:r>
      <w:r>
        <w:br/>
      </w:r>
      <w:r>
        <w:t xml:space="preserve">    (b) kept under control</w:t>
      </w:r>
      <w:r>
        <w:br/>
      </w:r>
      <w:r>
        <w:t xml:space="preserve">    (c) not learned, discovered, or decided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2026-07-31T16:44:08Z</dcterms:created>
  <dcterms:modified xsi:type="dcterms:W3CDTF">2026-07-31T16:44:08Z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