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3c34ecc09b09bcc2e34ebfc4669d2b429122c9"/>
    <w:p>
      <w:pPr>
        <w:pStyle w:val="Heading1"/>
      </w:pPr>
      <w:r>
        <w:rPr>
          <w:b/>
          <w:bCs/>
        </w:rPr>
        <w:t xml:space="preserve">A Bend in the Road</w:t>
      </w:r>
      <w:r>
        <w:br/>
      </w:r>
      <w:r>
        <w:rPr>
          <w:i/>
          <w:iCs/>
        </w:rPr>
        <w:t xml:space="preserve">Nicholas Sparks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He'd read once that one of the symptoms of clinical depression was "undue</w:t>
      </w:r>
      <w:r>
        <w:rPr>
          <w:b/>
          <w:bCs/>
        </w:rPr>
        <w:t xml:space="preserve"> </w:t>
      </w:r>
      <w:r>
        <w:rPr>
          <w:b/>
          <w:bCs/>
          <w:u w:val="single"/>
        </w:rPr>
        <w:t xml:space="preserve">lethargy</w:t>
      </w:r>
      <w:r>
        <w:rPr>
          <w:b/>
          <w:bCs/>
        </w:rPr>
        <w:t xml:space="preserve">, without reason or cause."</w:t>
      </w:r>
      <w:r>
        <w:br/>
      </w:r>
      <w:r>
        <w:t xml:space="preserve">    (a) a state with a lack of energy</w:t>
      </w:r>
      <w:r>
        <w:br/>
      </w:r>
      <w:r>
        <w:t xml:space="preserve">    (b) not appropriate or not properly related in size, amount, or degree</w:t>
      </w:r>
      <w:r>
        <w:br/>
      </w:r>
      <w:r>
        <w:t xml:space="preserve">    (c) the quality or degree of the involvement of other people or things</w:t>
      </w:r>
    </w:p>
    <w:p>
      <w:pPr>
        <w:pStyle w:val="Compact"/>
        <w:numPr>
          <w:ilvl w:val="0"/>
          <w:numId w:val="1001"/>
        </w:numPr>
      </w:pPr>
      <w:r>
        <w:rPr>
          <w:b/>
          <w:bCs/>
        </w:rPr>
        <w:t xml:space="preserve">Though she wanted to get the most from her workout—she'd been an</w:t>
      </w:r>
      <w:r>
        <w:rPr>
          <w:b/>
          <w:bCs/>
        </w:rPr>
        <w:t xml:space="preserve"> </w:t>
      </w:r>
      <w:r>
        <w:rPr>
          <w:b/>
          <w:bCs/>
          <w:u w:val="single"/>
        </w:rPr>
        <w:t xml:space="preserve">avid</w:t>
      </w:r>
      <w:r>
        <w:rPr>
          <w:b/>
          <w:bCs/>
        </w:rPr>
        <w:t xml:space="preserve"> </w:t>
      </w:r>
      <w:r>
        <w:rPr>
          <w:b/>
          <w:bCs/>
        </w:rPr>
        <w:t xml:space="preserve">walker for the past five years—since she'd moved here, she'd found it hard to do.</w:t>
      </w:r>
      <w:r>
        <w:br/>
      </w:r>
      <w:r>
        <w:t xml:space="preserve">    (a) enthusiastic or strongly interested</w:t>
      </w:r>
      <w:r>
        <w:br/>
      </w:r>
      <w:r>
        <w:t xml:space="preserve">    (b) in a manner that takes on or adopts</w:t>
      </w:r>
      <w:r>
        <w:br/>
      </w:r>
      <w:r>
        <w:t xml:space="preserve">    (c) full of strong desire for something</w:t>
      </w:r>
    </w:p>
    <w:p>
      <w:pPr>
        <w:pStyle w:val="Compact"/>
        <w:numPr>
          <w:ilvl w:val="0"/>
          <w:numId w:val="1001"/>
        </w:numPr>
      </w:pPr>
      <w:r>
        <w:rPr>
          <w:b/>
          <w:bCs/>
        </w:rPr>
        <w:t xml:space="preserve">As the warm air blew in the car, simple snapshots of the life they'd lived together surfaced in his mind; but as always, those images led</w:t>
      </w:r>
      <w:r>
        <w:rPr>
          <w:b/>
          <w:bCs/>
        </w:rPr>
        <w:t xml:space="preserve"> </w:t>
      </w:r>
      <w:r>
        <w:rPr>
          <w:b/>
          <w:bCs/>
          <w:u w:val="single"/>
        </w:rPr>
        <w:t xml:space="preserve">inexorably</w:t>
      </w:r>
      <w:r>
        <w:rPr>
          <w:b/>
          <w:bCs/>
        </w:rPr>
        <w:t xml:space="preserve"> </w:t>
      </w:r>
      <w:r>
        <w:rPr>
          <w:b/>
          <w:bCs/>
        </w:rPr>
        <w:t xml:space="preserve">to their final day together.</w:t>
      </w:r>
      <w:r>
        <w:br/>
      </w:r>
      <w:r>
        <w:t xml:space="preserve">    (a) enthusiastically or with great interest</w:t>
      </w:r>
      <w:r>
        <w:br/>
      </w:r>
      <w:r>
        <w:t xml:space="preserve">    (b) in a pessimistic or disagreeable manner</w:t>
      </w:r>
      <w:r>
        <w:br/>
      </w:r>
      <w:r>
        <w:t xml:space="preserve">    (c) impossible to stop, persuade, or change</w:t>
      </w:r>
    </w:p>
    <w:p>
      <w:pPr>
        <w:pStyle w:val="Compact"/>
        <w:numPr>
          <w:ilvl w:val="0"/>
          <w:numId w:val="1001"/>
        </w:numPr>
      </w:pPr>
      <w:r>
        <w:rPr>
          <w:b/>
          <w:bCs/>
        </w:rPr>
        <w:t xml:space="preserve">He'd left the house early that morning, and though both he and Charlie came home with mahi-mahi that day, it wasn't enough to</w:t>
      </w:r>
      <w:r>
        <w:rPr>
          <w:b/>
          <w:bCs/>
        </w:rPr>
        <w:t xml:space="preserve"> </w:t>
      </w:r>
      <w:r>
        <w:rPr>
          <w:b/>
          <w:bCs/>
          <w:u w:val="single"/>
        </w:rPr>
        <w:t xml:space="preserve">appease</w:t>
      </w:r>
      <w:r>
        <w:rPr>
          <w:b/>
          <w:bCs/>
        </w:rPr>
        <w:t xml:space="preserve"> </w:t>
      </w:r>
      <w:r>
        <w:rPr>
          <w:b/>
          <w:bCs/>
        </w:rPr>
        <w:t xml:space="preserve">his wife.</w:t>
      </w:r>
      <w:r>
        <w:br/>
      </w:r>
      <w:r>
        <w:t xml:space="preserve">    (a) say something or make a sound with the voice</w:t>
      </w:r>
      <w:r>
        <w:br/>
      </w:r>
      <w:r>
        <w:t xml:space="preserve">    (b) satisfy or pacify (make less angry or upset)</w:t>
      </w:r>
      <w:r>
        <w:br/>
      </w:r>
      <w:r>
        <w:t xml:space="preserve">    (c) move out of an interacting position; or stop</w:t>
      </w:r>
    </w:p>
    <w:p>
      <w:pPr>
        <w:pStyle w:val="Compact"/>
        <w:numPr>
          <w:ilvl w:val="0"/>
          <w:numId w:val="1001"/>
        </w:numPr>
      </w:pPr>
      <w:r>
        <w:rPr>
          <w:b/>
          <w:bCs/>
        </w:rPr>
        <w:t xml:space="preserve">When Brenda had told her that he was a sheriff, she'd immediately pictured a</w:t>
      </w:r>
      <w:r>
        <w:rPr>
          <w:b/>
          <w:bCs/>
        </w:rPr>
        <w:t xml:space="preserve"> </w:t>
      </w:r>
      <w:r>
        <w:rPr>
          <w:b/>
          <w:bCs/>
          <w:u w:val="single"/>
        </w:rPr>
        <w:t xml:space="preserve">caricature</w:t>
      </w:r>
      <w:r>
        <w:rPr>
          <w:b/>
          <w:bCs/>
        </w:rPr>
        <w:t xml:space="preserve"> </w:t>
      </w:r>
      <w:r>
        <w:rPr>
          <w:b/>
          <w:bCs/>
        </w:rPr>
        <w:t xml:space="preserve">of southern law enforcement: overweight, pants hanging too low, small mirrored sunglasses, a mouth full of chewing tobacco.</w:t>
      </w:r>
      <w:r>
        <w:br/>
      </w:r>
      <w:r>
        <w:t xml:space="preserve">    (a) a representation that exaggerates or highlights certain aspects -- especially of a person for comic effect; or creating a drawing with such exaggeration</w:t>
      </w:r>
      <w:r>
        <w:br/>
      </w:r>
      <w:r>
        <w:t xml:space="preserve">    (b) recommend or require what should be done  OR  (of a medical doctor) give medical instructions -- such as writing that a patient should take antibiotics</w:t>
      </w:r>
      <w:r>
        <w:br/>
      </w:r>
      <w:r>
        <w:t xml:space="preserve">    (c) (noun) something that is lighter and draws attention -- such as an area of a painting  OR  (verb) making something lighter -- such as an area of a painting</w:t>
      </w:r>
    </w:p>
    <w:p>
      <w:pPr>
        <w:pStyle w:val="Compact"/>
        <w:numPr>
          <w:ilvl w:val="0"/>
          <w:numId w:val="1001"/>
        </w:numPr>
      </w:pPr>
      <w:r>
        <w:rPr>
          <w:b/>
          <w:bCs/>
        </w:rPr>
        <w:t xml:space="preserve">The pain and anger had been replaced with a kind of</w:t>
      </w:r>
      <w:r>
        <w:rPr>
          <w:b/>
          <w:bCs/>
        </w:rPr>
        <w:t xml:space="preserve"> </w:t>
      </w:r>
      <w:r>
        <w:rPr>
          <w:b/>
          <w:bCs/>
          <w:u w:val="single"/>
        </w:rPr>
        <w:t xml:space="preserve">apathy</w:t>
      </w:r>
      <w:r>
        <w:rPr>
          <w:b/>
          <w:bCs/>
        </w:rPr>
        <w:t xml:space="preserve">, rooted in the numbing realization that she'd never really known him at all.</w:t>
      </w:r>
      <w:r>
        <w:br/>
      </w:r>
      <w:r>
        <w:t xml:space="preserve">    (a) lack of interest and enthusiasm</w:t>
      </w:r>
      <w:r>
        <w:br/>
      </w:r>
      <w:r>
        <w:t xml:space="preserve">    (b) non-traditional or non-standard</w:t>
      </w:r>
      <w:r>
        <w:br/>
      </w:r>
      <w:r>
        <w:t xml:space="preserve">    (c) poor ability to make a decision</w:t>
      </w:r>
    </w:p>
    <w:p>
      <w:pPr>
        <w:pStyle w:val="Compact"/>
        <w:numPr>
          <w:ilvl w:val="0"/>
          <w:numId w:val="1001"/>
        </w:numPr>
      </w:pPr>
      <w:r>
        <w:rPr>
          <w:b/>
          <w:bCs/>
        </w:rPr>
        <w:t xml:space="preserve">He'd had no reason to call, and though he hadn't known what he would say, he'd hoped that something would strike him, a bolt from the sky that would</w:t>
      </w:r>
      <w:r>
        <w:rPr>
          <w:b/>
          <w:bCs/>
        </w:rPr>
        <w:t xml:space="preserve"> </w:t>
      </w:r>
      <w:r>
        <w:rPr>
          <w:b/>
          <w:bCs/>
          <w:u w:val="single"/>
        </w:rPr>
        <w:t xml:space="preserve">imbue</w:t>
      </w:r>
      <w:r>
        <w:rPr>
          <w:b/>
          <w:bCs/>
        </w:rPr>
        <w:t xml:space="preserve"> </w:t>
      </w:r>
      <w:r>
        <w:rPr>
          <w:b/>
          <w:bCs/>
        </w:rPr>
        <w:t xml:space="preserve">him with wit and charisma.</w:t>
      </w:r>
      <w:r>
        <w:br/>
      </w:r>
      <w:r>
        <w:t xml:space="preserve">    (a) quit</w:t>
      </w:r>
      <w:r>
        <w:br/>
      </w:r>
      <w:r>
        <w:t xml:space="preserve">    (b) draw</w:t>
      </w:r>
      <w:r>
        <w:br/>
      </w:r>
      <w:r>
        <w:t xml:space="preserve">    (c) fill</w:t>
      </w:r>
    </w:p>
    <w:p>
      <w:pPr>
        <w:pStyle w:val="Compact"/>
        <w:numPr>
          <w:ilvl w:val="0"/>
          <w:numId w:val="1001"/>
        </w:numPr>
      </w:pPr>
      <w:r>
        <w:rPr>
          <w:b/>
          <w:bCs/>
        </w:rPr>
        <w:t xml:space="preserve">He couldn't dazzle her if she wasn't even there to answer the phone, and he certainly wasn't going to have his ramblings recorded on her answering machine for</w:t>
      </w:r>
      <w:r>
        <w:rPr>
          <w:b/>
          <w:bCs/>
        </w:rPr>
        <w:t xml:space="preserve"> </w:t>
      </w:r>
      <w:r>
        <w:rPr>
          <w:b/>
          <w:bCs/>
          <w:u w:val="single"/>
        </w:rPr>
        <w:t xml:space="preserve">posterity</w:t>
      </w:r>
      <w:r>
        <w:rPr>
          <w:b/>
          <w:bCs/>
        </w:rPr>
        <w:t xml:space="preserve">.</w:t>
      </w:r>
      <w:r>
        <w:br/>
      </w:r>
      <w:r>
        <w:t xml:space="preserve">    (a) not thinking carefully</w:t>
      </w:r>
      <w:r>
        <w:br/>
      </w:r>
      <w:r>
        <w:t xml:space="preserve">    (b) all future generations</w:t>
      </w:r>
      <w:r>
        <w:br/>
      </w:r>
      <w:r>
        <w:t xml:space="preserve">    (c) lacks adequate funding</w:t>
      </w:r>
    </w:p>
    <w:p>
      <w:pPr>
        <w:pStyle w:val="Compact"/>
        <w:numPr>
          <w:ilvl w:val="0"/>
          <w:numId w:val="1001"/>
        </w:numPr>
      </w:pPr>
      <w:r>
        <w:rPr>
          <w:b/>
          <w:bCs/>
        </w:rPr>
        <w:t xml:space="preserve">Our divorce wasn't exactly</w:t>
      </w:r>
      <w:r>
        <w:rPr>
          <w:b/>
          <w:bCs/>
        </w:rPr>
        <w:t xml:space="preserve"> </w:t>
      </w:r>
      <w:r>
        <w:rPr>
          <w:b/>
          <w:bCs/>
          <w:u w:val="single"/>
        </w:rPr>
        <w:t xml:space="preserve">amicable</w:t>
      </w:r>
      <w:r>
        <w:rPr>
          <w:b/>
          <w:bCs/>
        </w:rPr>
        <w:t xml:space="preserve">, if you know what I mean.</w:t>
      </w:r>
      <w:r>
        <w:br/>
      </w:r>
      <w:r>
        <w:t xml:space="preserve">    (a) not good at making decisions</w:t>
      </w:r>
      <w:r>
        <w:br/>
      </w:r>
      <w:r>
        <w:t xml:space="preserve">    (b) without boundaries or limits</w:t>
      </w:r>
      <w:r>
        <w:br/>
      </w:r>
      <w:r>
        <w:t xml:space="preserve">    (c) friendly or showing goodwill</w:t>
      </w:r>
    </w:p>
    <w:p>
      <w:pPr>
        <w:pStyle w:val="Compact"/>
        <w:numPr>
          <w:ilvl w:val="0"/>
          <w:numId w:val="1001"/>
        </w:numPr>
      </w:pPr>
      <w:r>
        <w:rPr>
          <w:b/>
          <w:bCs/>
        </w:rPr>
        <w:t xml:space="preserve">If you ask me today what the reverend said, or what Missy's brother said in his</w:t>
      </w:r>
      <w:r>
        <w:rPr>
          <w:b/>
          <w:bCs/>
        </w:rPr>
        <w:t xml:space="preserve"> </w:t>
      </w:r>
      <w:r>
        <w:rPr>
          <w:b/>
          <w:bCs/>
          <w:u w:val="single"/>
        </w:rPr>
        <w:t xml:space="preserve">eulogy</w:t>
      </w:r>
      <w:r>
        <w:rPr>
          <w:b/>
          <w:bCs/>
        </w:rPr>
        <w:t xml:space="preserve">, I couldn't tell you.</w:t>
      </w:r>
      <w:r>
        <w:br/>
      </w:r>
      <w:r>
        <w:t xml:space="preserve">    (a) basketball position noted for a versatile player who can play inside and outside</w:t>
      </w:r>
      <w:r>
        <w:br/>
      </w:r>
      <w:r>
        <w:t xml:space="preserve">    (b) formal expression of praise -- typically speeches delivered at someone's funeral</w:t>
      </w:r>
      <w:r>
        <w:br/>
      </w:r>
      <w:r>
        <w:t xml:space="preserve">    (c) the act of move something out of an interacting position; or the act of stopping</w:t>
      </w:r>
    </w:p>
    <w:p>
      <w:pPr>
        <w:pStyle w:val="Compact"/>
        <w:numPr>
          <w:ilvl w:val="0"/>
          <w:numId w:val="1001"/>
        </w:numPr>
      </w:pPr>
      <w:r>
        <w:rPr>
          <w:b/>
          <w:bCs/>
        </w:rPr>
        <w:t xml:space="preserve">"Exactly," he</w:t>
      </w:r>
      <w:r>
        <w:rPr>
          <w:b/>
          <w:bCs/>
        </w:rPr>
        <w:t xml:space="preserve"> </w:t>
      </w:r>
      <w:r>
        <w:rPr>
          <w:b/>
          <w:bCs/>
          <w:u w:val="single"/>
        </w:rPr>
        <w:t xml:space="preserve">concurred</w:t>
      </w:r>
      <w:r>
        <w:rPr>
          <w:b/>
          <w:bCs/>
        </w:rPr>
        <w:t xml:space="preserve">.</w:t>
      </w:r>
      <w:r>
        <w:br/>
      </w:r>
      <w:r>
        <w:t xml:space="preserve">    (a) copied</w:t>
      </w:r>
      <w:r>
        <w:br/>
      </w:r>
      <w:r>
        <w:t xml:space="preserve">    (b) traded</w:t>
      </w:r>
      <w:r>
        <w:br/>
      </w:r>
      <w:r>
        <w:t xml:space="preserve">    (c) agreed</w:t>
      </w:r>
    </w:p>
    <w:p>
      <w:pPr>
        <w:pStyle w:val="Compact"/>
        <w:numPr>
          <w:ilvl w:val="0"/>
          <w:numId w:val="1001"/>
        </w:numPr>
      </w:pPr>
      <w:r>
        <w:rPr>
          <w:b/>
          <w:bCs/>
        </w:rPr>
        <w:t xml:space="preserve">Now, was it that she changed, or was she always</w:t>
      </w:r>
      <w:r>
        <w:rPr>
          <w:b/>
          <w:bCs/>
        </w:rPr>
        <w:t xml:space="preserve"> </w:t>
      </w:r>
      <w:r>
        <w:rPr>
          <w:b/>
          <w:bCs/>
          <w:u w:val="single"/>
        </w:rPr>
        <w:t xml:space="preserve">neurotic</w:t>
      </w:r>
      <w:r>
        <w:rPr>
          <w:b/>
          <w:bCs/>
        </w:rPr>
        <w:t xml:space="preserve"> </w:t>
      </w:r>
      <w:r>
        <w:rPr>
          <w:b/>
          <w:bCs/>
        </w:rPr>
        <w:t xml:space="preserve">and you were too young to notice?</w:t>
      </w:r>
      <w:r>
        <w:br/>
      </w:r>
      <w:r>
        <w:t xml:space="preserve">    (a) something made of the brownish metal with the same name -- such as a sculpture or a third place medal</w:t>
      </w:r>
      <w:r>
        <w:br/>
      </w:r>
      <w:r>
        <w:t xml:space="preserve">    (b) something (typically a statement) that disagrees with itself; or (more rarely) the act of disagreeing</w:t>
      </w:r>
      <w:r>
        <w:br/>
      </w:r>
      <w:r>
        <w:t xml:space="preserve">    (c) mildly mentally disturbed -- usually worrying too much about something; or someone with such symptoms</w:t>
      </w:r>
    </w:p>
    <w:p>
      <w:pPr>
        <w:pStyle w:val="Compact"/>
        <w:numPr>
          <w:ilvl w:val="0"/>
          <w:numId w:val="1001"/>
        </w:numPr>
      </w:pPr>
      <w:r>
        <w:rPr>
          <w:b/>
          <w:bCs/>
        </w:rPr>
        <w:t xml:space="preserve">They talked for hours, he took her hand whenever they walked, and though their relationship hadn't become physical yet, there was nonetheless a</w:t>
      </w:r>
      <w:r>
        <w:rPr>
          <w:b/>
          <w:bCs/>
        </w:rPr>
        <w:t xml:space="preserve"> </w:t>
      </w:r>
      <w:r>
        <w:rPr>
          <w:b/>
          <w:bCs/>
          <w:u w:val="single"/>
        </w:rPr>
        <w:t xml:space="preserve">sensual</w:t>
      </w:r>
      <w:r>
        <w:rPr>
          <w:b/>
          <w:bCs/>
        </w:rPr>
        <w:t xml:space="preserve"> </w:t>
      </w:r>
      <w:r>
        <w:rPr>
          <w:b/>
          <w:bCs/>
        </w:rPr>
        <w:t xml:space="preserve">undercurrent to their conversations that neither could deny.</w:t>
      </w:r>
      <w:r>
        <w:br/>
      </w:r>
      <w:r>
        <w:t xml:space="preserve">    (a) a deep sense of empathetic understanding</w:t>
      </w:r>
      <w:r>
        <w:br/>
      </w:r>
      <w:r>
        <w:t xml:space="preserve">    (b) exciting the mind's intellectual vigor</w:t>
      </w:r>
      <w:r>
        <w:br/>
      </w:r>
      <w:r>
        <w:t xml:space="preserve">    (c) relating to pleasing the body's senses</w:t>
      </w:r>
    </w:p>
    <w:p>
      <w:pPr>
        <w:pStyle w:val="Compact"/>
        <w:numPr>
          <w:ilvl w:val="0"/>
          <w:numId w:val="1001"/>
        </w:numPr>
      </w:pPr>
      <w:r>
        <w:rPr>
          <w:b/>
          <w:bCs/>
        </w:rPr>
        <w:t xml:space="preserve">Like other</w:t>
      </w:r>
      <w:r>
        <w:rPr>
          <w:b/>
          <w:bCs/>
        </w:rPr>
        <w:t xml:space="preserve"> </w:t>
      </w:r>
      <w:r>
        <w:rPr>
          <w:b/>
          <w:bCs/>
          <w:u w:val="single"/>
        </w:rPr>
        <w:t xml:space="preserve">chronic</w:t>
      </w:r>
      <w:r>
        <w:rPr>
          <w:b/>
          <w:bCs/>
        </w:rPr>
        <w:t xml:space="preserve"> </w:t>
      </w:r>
      <w:r>
        <w:rPr>
          <w:b/>
          <w:bCs/>
        </w:rPr>
        <w:t xml:space="preserve">alcoholics, his skin was a sickly yellow.</w:t>
      </w:r>
      <w:r>
        <w:br/>
      </w:r>
      <w:r>
        <w:t xml:space="preserve">    (a) the degree to which a solution is simpler (and often more comprehensive) than most would anticipate</w:t>
      </w:r>
      <w:r>
        <w:br/>
      </w:r>
      <w:r>
        <w:t xml:space="preserve">    (b) an architectural feature at the top of a roof, usually dome-shaped and opened by windows or columns</w:t>
      </w:r>
      <w:r>
        <w:br/>
      </w:r>
      <w:r>
        <w:t xml:space="preserve">    (c) of something bad:  lasting a long time or happening repeatedly -- especially in relation to illness</w:t>
      </w:r>
    </w:p>
    <w:p>
      <w:pPr>
        <w:pStyle w:val="Compact"/>
        <w:numPr>
          <w:ilvl w:val="0"/>
          <w:numId w:val="1001"/>
        </w:numPr>
      </w:pPr>
      <w:r>
        <w:rPr>
          <w:b/>
          <w:bCs/>
        </w:rPr>
        <w:t xml:space="preserve">The urge to watch them would be</w:t>
      </w:r>
      <w:r>
        <w:rPr>
          <w:b/>
          <w:bCs/>
        </w:rPr>
        <w:t xml:space="preserve"> </w:t>
      </w:r>
      <w:r>
        <w:rPr>
          <w:b/>
          <w:bCs/>
          <w:u w:val="single"/>
        </w:rPr>
        <w:t xml:space="preserve">satiated</w:t>
      </w:r>
      <w:r>
        <w:rPr>
          <w:b/>
          <w:bCs/>
        </w:rPr>
        <w:t xml:space="preserve"> </w:t>
      </w:r>
      <w:r>
        <w:rPr>
          <w:b/>
          <w:bCs/>
        </w:rPr>
        <w:t xml:space="preserve">and guilt would set in, and on those evenings, I would despise what I had done.</w:t>
      </w:r>
      <w:r>
        <w:br/>
      </w:r>
      <w:r>
        <w:t xml:space="preserve">    (a) influenced or effected</w:t>
      </w:r>
      <w:r>
        <w:br/>
      </w:r>
      <w:r>
        <w:t xml:space="preserve">    (b) filled to satisfaction</w:t>
      </w:r>
      <w:r>
        <w:br/>
      </w:r>
      <w:r>
        <w:t xml:space="preserve">    (c) not roughly calculated</w:t>
      </w:r>
    </w:p>
    <w:p>
      <w:pPr>
        <w:pStyle w:val="Compact"/>
        <w:numPr>
          <w:ilvl w:val="0"/>
          <w:numId w:val="1001"/>
        </w:numPr>
      </w:pPr>
      <w:r>
        <w:rPr>
          <w:b/>
          <w:bCs/>
        </w:rPr>
        <w:t xml:space="preserve">She hadn't moved from the couch even after she'd stopped crying, feeling somehow that the slightest movement would shatter her</w:t>
      </w:r>
      <w:r>
        <w:rPr>
          <w:b/>
          <w:bCs/>
        </w:rPr>
        <w:t xml:space="preserve"> </w:t>
      </w:r>
      <w:r>
        <w:rPr>
          <w:b/>
          <w:bCs/>
          <w:u w:val="single"/>
        </w:rPr>
        <w:t xml:space="preserve">tenuous</w:t>
      </w:r>
      <w:r>
        <w:rPr>
          <w:b/>
          <w:bCs/>
        </w:rPr>
        <w:t xml:space="preserve"> </w:t>
      </w:r>
      <w:r>
        <w:rPr>
          <w:b/>
          <w:bCs/>
        </w:rPr>
        <w:t xml:space="preserve">composure.</w:t>
      </w:r>
      <w:r>
        <w:br/>
      </w:r>
      <w:r>
        <w:t xml:space="preserve">    (a) able to meet and talk with</w:t>
      </w:r>
      <w:r>
        <w:br/>
      </w:r>
      <w:r>
        <w:t xml:space="preserve">    (b) the quality of disagreeing</w:t>
      </w:r>
      <w:r>
        <w:br/>
      </w:r>
      <w:r>
        <w:t xml:space="preserve">    (c) weak, flimsy, or uncertain</w:t>
      </w:r>
    </w:p>
    <w:p>
      <w:pPr>
        <w:pStyle w:val="Compact"/>
        <w:numPr>
          <w:ilvl w:val="0"/>
          <w:numId w:val="1001"/>
        </w:numPr>
      </w:pPr>
      <w:r>
        <w:rPr>
          <w:b/>
          <w:bCs/>
        </w:rPr>
        <w:t xml:space="preserve">It was almost impossible to believe, and as she sat on the couch, she couldn't reconcile everything she'd just learned—her horror at Brian's confession and the obvious guilt he was suffering ....her anger and revulsion at the fact that he'd hidden the truth, set against the</w:t>
      </w:r>
      <w:r>
        <w:rPr>
          <w:b/>
          <w:bCs/>
        </w:rPr>
        <w:t xml:space="preserve"> </w:t>
      </w:r>
      <w:r>
        <w:rPr>
          <w:b/>
          <w:bCs/>
          <w:u w:val="single"/>
        </w:rPr>
        <w:t xml:space="preserve">implacable</w:t>
      </w:r>
      <w:r>
        <w:rPr>
          <w:b/>
          <w:bCs/>
        </w:rPr>
        <w:t xml:space="preserve"> </w:t>
      </w:r>
      <w:r>
        <w:rPr>
          <w:b/>
          <w:bCs/>
        </w:rPr>
        <w:t xml:space="preserve">knowledge that she would always love her brother ...And Miles ....Oh God....Miles ....What was she supposed to do now?</w:t>
      </w:r>
      <w:r>
        <w:br/>
      </w:r>
      <w:r>
        <w:t xml:space="preserve">    (a) increasing</w:t>
      </w:r>
      <w:r>
        <w:br/>
      </w:r>
      <w:r>
        <w:t xml:space="preserve">    (b) unyielding</w:t>
      </w:r>
      <w:r>
        <w:br/>
      </w:r>
      <w:r>
        <w:t xml:space="preserve">    (c) diminishing</w:t>
      </w:r>
    </w:p>
    <w:p>
      <w:pPr>
        <w:pStyle w:val="Compact"/>
        <w:numPr>
          <w:ilvl w:val="0"/>
          <w:numId w:val="1001"/>
        </w:numPr>
      </w:pPr>
      <w:r>
        <w:rPr>
          <w:b/>
          <w:bCs/>
        </w:rPr>
        <w:t xml:space="preserve">Brian, he knew, was making a confession, and Miles had learned that silence was the best way to get an</w:t>
      </w:r>
      <w:r>
        <w:rPr>
          <w:b/>
          <w:bCs/>
        </w:rPr>
        <w:t xml:space="preserve"> </w:t>
      </w:r>
      <w:r>
        <w:rPr>
          <w:b/>
          <w:bCs/>
          <w:u w:val="single"/>
        </w:rPr>
        <w:t xml:space="preserve">uncensored</w:t>
      </w:r>
      <w:r>
        <w:rPr>
          <w:b/>
          <w:bCs/>
        </w:rPr>
        <w:t xml:space="preserve"> </w:t>
      </w:r>
      <w:r>
        <w:rPr>
          <w:b/>
          <w:bCs/>
        </w:rPr>
        <w:t xml:space="preserve">version of events.</w:t>
      </w:r>
      <w:r>
        <w:br/>
      </w:r>
      <w:r>
        <w:t xml:space="preserve">    (a) made a decision or voiced an opinion by formal group vote</w:t>
      </w:r>
      <w:r>
        <w:br/>
      </w:r>
      <w:r>
        <w:t xml:space="preserve">    (b) viewed in a certain way so as to form a belief or opinion</w:t>
      </w:r>
      <w:r>
        <w:br/>
      </w:r>
      <w:r>
        <w:t xml:space="preserve">    (c) not edited or suppressed due to being considered improper</w:t>
      </w:r>
    </w:p>
    <w:p>
      <w:pPr>
        <w:pStyle w:val="Compact"/>
        <w:numPr>
          <w:ilvl w:val="0"/>
          <w:numId w:val="1001"/>
        </w:numPr>
      </w:pPr>
      <w:r>
        <w:rPr>
          <w:b/>
          <w:bCs/>
        </w:rPr>
        <w:t xml:space="preserve">She'd used him to</w:t>
      </w:r>
      <w:r>
        <w:rPr>
          <w:b/>
          <w:bCs/>
        </w:rPr>
        <w:t xml:space="preserve"> </w:t>
      </w:r>
      <w:r>
        <w:rPr>
          <w:b/>
          <w:bCs/>
          <w:u w:val="single"/>
        </w:rPr>
        <w:t xml:space="preserve">assuage</w:t>
      </w:r>
      <w:r>
        <w:rPr>
          <w:b/>
          <w:bCs/>
        </w:rPr>
        <w:t xml:space="preserve"> </w:t>
      </w:r>
      <w:r>
        <w:rPr>
          <w:b/>
          <w:bCs/>
        </w:rPr>
        <w:t xml:space="preserve">her own guilt.</w:t>
      </w:r>
      <w:r>
        <w:br/>
      </w:r>
      <w:r>
        <w:t xml:space="preserve">    (a) soothe (make less unpleasant)</w:t>
      </w:r>
      <w:r>
        <w:br/>
      </w:r>
      <w:r>
        <w:t xml:space="preserve">    (b) follow</w:t>
      </w:r>
      <w:r>
        <w:br/>
      </w:r>
      <w:r>
        <w:t xml:space="preserve">    (c) unwrap</w:t>
      </w:r>
    </w:p>
    <w:p>
      <w:pPr>
        <w:pStyle w:val="Compact"/>
        <w:numPr>
          <w:ilvl w:val="0"/>
          <w:numId w:val="1001"/>
        </w:numPr>
      </w:pPr>
      <w:r>
        <w:rPr>
          <w:b/>
          <w:bCs/>
        </w:rPr>
        <w:t xml:space="preserve">He'd been a minor when it happened; there were</w:t>
      </w:r>
      <w:r>
        <w:rPr>
          <w:b/>
          <w:bCs/>
        </w:rPr>
        <w:t xml:space="preserve"> </w:t>
      </w:r>
      <w:r>
        <w:rPr>
          <w:b/>
          <w:bCs/>
          <w:u w:val="single"/>
        </w:rPr>
        <w:t xml:space="preserve">mitigating</w:t>
      </w:r>
      <w:r>
        <w:rPr>
          <w:b/>
          <w:bCs/>
        </w:rPr>
        <w:t xml:space="preserve"> </w:t>
      </w:r>
      <w:r>
        <w:rPr>
          <w:b/>
          <w:bCs/>
        </w:rPr>
        <w:t xml:space="preserve">circumstances, the judge would acknowledge his sorrow and take pity.</w:t>
      </w:r>
      <w:r>
        <w:br/>
      </w:r>
      <w:r>
        <w:t xml:space="preserve">    (a) making less harmful</w:t>
      </w:r>
      <w:r>
        <w:br/>
      </w:r>
      <w:r>
        <w:t xml:space="preserve">    (b) accepting as true (without proof)</w:t>
      </w:r>
      <w:r>
        <w:br/>
      </w:r>
      <w:r>
        <w:t xml:space="preserve">    (c) causing something to move forward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2026-07-31T16:44:09Z</dcterms:created>
  <dcterms:modified xsi:type="dcterms:W3CDTF">2026-07-31T16:44:09Z</dcterms:modified>
</cp:coreProperties>
</file>

<file path=docProps/custom.xml><?xml version="1.0" encoding="utf-8"?>
<Properties xmlns="http://schemas.openxmlformats.org/officeDocument/2006/custom-properties" xmlns:vt="http://schemas.openxmlformats.org/officeDocument/2006/docPropsVTypes"/>
</file>