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7c6340c77c495f798b1a3a0e040dbee7da4e12"/>
    <w:p>
      <w:pPr>
        <w:pStyle w:val="Heading1"/>
      </w:pPr>
      <w:r>
        <w:rPr>
          <w:b/>
          <w:bCs/>
        </w:rPr>
        <w:t xml:space="preserve">A Bend in the River</w:t>
      </w:r>
      <w:r>
        <w:br/>
      </w:r>
      <w:r>
        <w:rPr>
          <w:i/>
          <w:iCs/>
        </w:rPr>
        <w:t xml:space="preserve">V. S. Naipaul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Most of the people who left our coast went to Arabian homes as</w:t>
      </w:r>
      <w:r>
        <w:rPr>
          <w:b/>
          <w:bCs/>
        </w:rPr>
        <w:t xml:space="preserve"> </w:t>
      </w:r>
      <w:r>
        <w:rPr>
          <w:b/>
          <w:bCs/>
          <w:u w:val="single"/>
        </w:rPr>
        <w:t xml:space="preserve">domestic</w:t>
      </w:r>
      <w:r>
        <w:rPr>
          <w:b/>
          <w:bCs/>
        </w:rPr>
        <w:t xml:space="preserve"> </w:t>
      </w:r>
      <w:r>
        <w:rPr>
          <w:b/>
          <w:bCs/>
        </w:rPr>
        <w:t xml:space="preserve">servants.</w:t>
      </w:r>
      <w:r>
        <w:br/>
      </w:r>
      <w:r>
        <w:t xml:space="preserve">    (a) household (relating to a home)</w:t>
      </w:r>
      <w:r>
        <w:br/>
      </w:r>
      <w:r>
        <w:t xml:space="preserve">    (b) reason (for doing something)</w:t>
      </w:r>
      <w:r>
        <w:br/>
      </w:r>
      <w:r>
        <w:t xml:space="preserve">    (c) small quantity or indication</w:t>
      </w:r>
    </w:p>
    <w:p>
      <w:pPr>
        <w:pStyle w:val="Compact"/>
        <w:numPr>
          <w:ilvl w:val="0"/>
          <w:numId w:val="1001"/>
        </w:numPr>
      </w:pPr>
      <w:r>
        <w:rPr>
          <w:b/>
          <w:bCs/>
        </w:rPr>
        <w:t xml:space="preserve">I remembered the look of</w:t>
      </w:r>
      <w:r>
        <w:rPr>
          <w:b/>
          <w:bCs/>
        </w:rPr>
        <w:t xml:space="preserve"> </w:t>
      </w:r>
      <w:r>
        <w:rPr>
          <w:b/>
          <w:bCs/>
          <w:u w:val="single"/>
        </w:rPr>
        <w:t xml:space="preserve">contempt</w:t>
      </w:r>
      <w:r>
        <w:rPr>
          <w:b/>
          <w:bCs/>
        </w:rPr>
        <w:t xml:space="preserve"> </w:t>
      </w:r>
      <w:r>
        <w:rPr>
          <w:b/>
          <w:bCs/>
        </w:rPr>
        <w:t xml:space="preserve">and irritation Indar had given me.</w:t>
      </w:r>
      <w:r>
        <w:br/>
      </w:r>
      <w:r>
        <w:t xml:space="preserve">    (a) lack of respect</w:t>
      </w:r>
      <w:r>
        <w:br/>
      </w:r>
      <w:r>
        <w:t xml:space="preserve">    (b) prejudice or unfair treatment</w:t>
      </w:r>
      <w:r>
        <w:br/>
      </w:r>
      <w:r>
        <w:t xml:space="preserve">    (c) frustration at being treated unfairly</w:t>
      </w:r>
    </w:p>
    <w:p>
      <w:pPr>
        <w:pStyle w:val="Compact"/>
        <w:numPr>
          <w:ilvl w:val="0"/>
          <w:numId w:val="1001"/>
        </w:numPr>
      </w:pPr>
      <w:r>
        <w:rPr>
          <w:b/>
          <w:bCs/>
        </w:rPr>
        <w:t xml:space="preserve">I took the brazier to the landing of the</w:t>
      </w:r>
      <w:r>
        <w:rPr>
          <w:b/>
          <w:bCs/>
        </w:rPr>
        <w:t xml:space="preserve"> </w:t>
      </w:r>
      <w:r>
        <w:rPr>
          <w:b/>
          <w:bCs/>
          <w:u w:val="single"/>
        </w:rPr>
        <w:t xml:space="preserve">external</w:t>
      </w:r>
      <w:r>
        <w:rPr>
          <w:b/>
          <w:bCs/>
        </w:rPr>
        <w:t xml:space="preserve"> </w:t>
      </w:r>
      <w:r>
        <w:rPr>
          <w:b/>
          <w:bCs/>
        </w:rPr>
        <w:t xml:space="preserve">staircase at the back of the house, squatted and fanned.</w:t>
      </w:r>
      <w:r>
        <w:br/>
      </w:r>
      <w:r>
        <w:t xml:space="preserve">    (a) outside</w:t>
      </w:r>
      <w:r>
        <w:br/>
      </w:r>
      <w:r>
        <w:t xml:space="preserve">    (b) various</w:t>
      </w:r>
      <w:r>
        <w:br/>
      </w:r>
      <w:r>
        <w:t xml:space="preserve">    (c) certain</w:t>
      </w:r>
    </w:p>
    <w:p>
      <w:pPr>
        <w:pStyle w:val="Compact"/>
        <w:numPr>
          <w:ilvl w:val="0"/>
          <w:numId w:val="1001"/>
        </w:numPr>
      </w:pPr>
      <w:r>
        <w:rPr>
          <w:b/>
          <w:bCs/>
        </w:rPr>
        <w:t xml:space="preserve">But more unnerving than anything else was the ruined</w:t>
      </w:r>
      <w:r>
        <w:rPr>
          <w:b/>
          <w:bCs/>
        </w:rPr>
        <w:t xml:space="preserve"> </w:t>
      </w:r>
      <w:r>
        <w:rPr>
          <w:b/>
          <w:bCs/>
          <w:u w:val="single"/>
        </w:rPr>
        <w:t xml:space="preserve">suburb</w:t>
      </w:r>
      <w:r>
        <w:rPr>
          <w:b/>
          <w:bCs/>
        </w:rPr>
        <w:t xml:space="preserve"> </w:t>
      </w:r>
      <w:r>
        <w:rPr>
          <w:b/>
          <w:bCs/>
        </w:rPr>
        <w:t xml:space="preserve">near the rapids.</w:t>
      </w:r>
      <w:r>
        <w:br/>
      </w:r>
      <w:r>
        <w:t xml:space="preserve">    (a) officially telling someone about something; or something that contains the message</w:t>
      </w:r>
      <w:r>
        <w:br/>
      </w:r>
      <w:r>
        <w:t xml:space="preserve">    (b) formula (a mathematical expression that describe a relationship between variables)</w:t>
      </w:r>
      <w:r>
        <w:br/>
      </w:r>
      <w:r>
        <w:t xml:space="preserve">    (c) a residential area located near the outer edge of a city where it isn't as crowded</w:t>
      </w:r>
    </w:p>
    <w:p>
      <w:pPr>
        <w:pStyle w:val="Compact"/>
        <w:numPr>
          <w:ilvl w:val="0"/>
          <w:numId w:val="1001"/>
        </w:numPr>
      </w:pPr>
      <w:r>
        <w:rPr>
          <w:b/>
          <w:bCs/>
        </w:rPr>
        <w:t xml:space="preserve">Like me, they were migrants from the east and</w:t>
      </w:r>
      <w:r>
        <w:rPr>
          <w:b/>
          <w:bCs/>
        </w:rPr>
        <w:t xml:space="preserve"> </w:t>
      </w:r>
      <w:r>
        <w:rPr>
          <w:b/>
          <w:bCs/>
          <w:u w:val="single"/>
        </w:rPr>
        <w:t xml:space="preserve">refugees</w:t>
      </w:r>
      <w:r>
        <w:rPr>
          <w:b/>
          <w:bCs/>
        </w:rPr>
        <w:t xml:space="preserve"> </w:t>
      </w:r>
      <w:r>
        <w:rPr>
          <w:b/>
          <w:bCs/>
        </w:rPr>
        <w:t xml:space="preserve">from their own community.</w:t>
      </w:r>
      <w:r>
        <w:br/>
      </w:r>
      <w:r>
        <w:t xml:space="preserve">    (a) people who fled their homeland</w:t>
      </w:r>
      <w:r>
        <w:br/>
      </w:r>
      <w:r>
        <w:t xml:space="preserve">    (b) quiet voices; or a quiet voice</w:t>
      </w:r>
      <w:r>
        <w:br/>
      </w:r>
      <w:r>
        <w:t xml:space="preserve">    (c) understandings or explanations</w:t>
      </w:r>
    </w:p>
    <w:p>
      <w:pPr>
        <w:pStyle w:val="Compact"/>
        <w:numPr>
          <w:ilvl w:val="0"/>
          <w:numId w:val="1001"/>
        </w:numPr>
      </w:pPr>
      <w:r>
        <w:rPr>
          <w:b/>
          <w:bCs/>
          <w:u w:val="single"/>
        </w:rPr>
        <w:t xml:space="preserve">Squatters</w:t>
      </w:r>
      <w:r>
        <w:rPr>
          <w:b/>
          <w:bCs/>
        </w:rPr>
        <w:t xml:space="preserve"> </w:t>
      </w:r>
      <w:r>
        <w:rPr>
          <w:b/>
          <w:bCs/>
        </w:rPr>
        <w:t xml:space="preserve">had taken over the downstairs part, cooking on fire stones in the verandah and throwing out their rubbish onto the courtyards and grounds.</w:t>
      </w:r>
      <w:r>
        <w:br/>
      </w:r>
      <w:r>
        <w:t xml:space="preserve">    (a) results or the processes of learning, discovering, or deciding</w:t>
      </w:r>
      <w:r>
        <w:br/>
      </w:r>
      <w:r>
        <w:t xml:space="preserve">    (b) people who live in an unoccupied place without the legal right</w:t>
      </w:r>
      <w:r>
        <w:br/>
      </w:r>
      <w:r>
        <w:t xml:space="preserve">    (c) chemicals that trigger behaviors in others of the same species</w:t>
      </w:r>
    </w:p>
    <w:p>
      <w:pPr>
        <w:pStyle w:val="Compact"/>
        <w:numPr>
          <w:ilvl w:val="0"/>
          <w:numId w:val="1001"/>
        </w:numPr>
      </w:pPr>
      <w:r>
        <w:rPr>
          <w:b/>
          <w:bCs/>
        </w:rPr>
        <w:t xml:space="preserve">Metty had taken to calling me</w:t>
      </w:r>
      <w:r>
        <w:rPr>
          <w:b/>
          <w:bCs/>
        </w:rPr>
        <w:t xml:space="preserve"> </w:t>
      </w:r>
      <w:r>
        <w:rPr>
          <w:b/>
          <w:bCs/>
          <w:u w:val="single"/>
        </w:rPr>
        <w:t xml:space="preserve">patron</w:t>
      </w:r>
      <w:r>
        <w:rPr>
          <w:b/>
          <w:bCs/>
        </w:rPr>
        <w:t xml:space="preserve">, and in the presence of a third person, could make it sound ironical.</w:t>
      </w:r>
      <w:r>
        <w:br/>
      </w:r>
      <w:r>
        <w:t xml:space="preserve">    (a) someone with delusions of grandeur (the belief that they are much more important than they are)</w:t>
      </w:r>
      <w:r>
        <w:br/>
      </w:r>
      <w:r>
        <w:t xml:space="preserve">    (b) someone who speaks in an ambiguous manner that does not clearly express an opinion or decision</w:t>
      </w:r>
      <w:r>
        <w:br/>
      </w:r>
      <w:r>
        <w:t xml:space="preserve">    (c) someone who supports an organization or a person</w:t>
      </w:r>
    </w:p>
    <w:p>
      <w:pPr>
        <w:pStyle w:val="Compact"/>
        <w:numPr>
          <w:ilvl w:val="0"/>
          <w:numId w:val="1001"/>
        </w:numPr>
      </w:pPr>
      <w:r>
        <w:rPr>
          <w:b/>
          <w:bCs/>
        </w:rPr>
        <w:t xml:space="preserve">I envied him that</w:t>
      </w:r>
      <w:r>
        <w:rPr>
          <w:b/>
          <w:bCs/>
        </w:rPr>
        <w:t xml:space="preserve"> </w:t>
      </w:r>
      <w:r>
        <w:rPr>
          <w:b/>
          <w:bCs/>
          <w:u w:val="single"/>
        </w:rPr>
        <w:t xml:space="preserve">indifference</w:t>
      </w:r>
      <w:r>
        <w:rPr>
          <w:b/>
          <w:bCs/>
        </w:rPr>
        <w:t xml:space="preserve">; and I thought, after I left him that day, that his Africa, of bush and river, was different from mine.</w:t>
      </w:r>
      <w:r>
        <w:br/>
      </w:r>
      <w:r>
        <w:t xml:space="preserve">    (a) risky investment</w:t>
      </w:r>
      <w:r>
        <w:br/>
      </w:r>
      <w:r>
        <w:t xml:space="preserve">    (b) chaotic disorder</w:t>
      </w:r>
      <w:r>
        <w:br/>
      </w:r>
      <w:r>
        <w:t xml:space="preserve">    (c) without interest</w:t>
      </w:r>
    </w:p>
    <w:p>
      <w:pPr>
        <w:pStyle w:val="Compact"/>
        <w:numPr>
          <w:ilvl w:val="0"/>
          <w:numId w:val="1001"/>
        </w:numPr>
      </w:pPr>
      <w:r>
        <w:rPr>
          <w:b/>
          <w:bCs/>
        </w:rPr>
        <w:t xml:space="preserve">The sun was bright and hot, and I studied the</w:t>
      </w:r>
      <w:r>
        <w:rPr>
          <w:b/>
          <w:bCs/>
        </w:rPr>
        <w:t xml:space="preserve"> </w:t>
      </w:r>
      <w:r>
        <w:rPr>
          <w:b/>
          <w:bCs/>
          <w:u w:val="single"/>
        </w:rPr>
        <w:t xml:space="preserve">contracting</w:t>
      </w:r>
      <w:r>
        <w:rPr>
          <w:b/>
          <w:bCs/>
        </w:rPr>
        <w:t xml:space="preserve"> </w:t>
      </w:r>
      <w:r>
        <w:rPr>
          <w:b/>
          <w:bCs/>
        </w:rPr>
        <w:t xml:space="preserve">shadows of trees and market stalls and buildings around the square.</w:t>
      </w:r>
      <w:r>
        <w:br/>
      </w:r>
      <w:r>
        <w:t xml:space="preserve">    (a) changing through evolution</w:t>
      </w:r>
      <w:r>
        <w:br/>
      </w:r>
      <w:r>
        <w:t xml:space="preserve">    (b) getting shorter or smaller</w:t>
      </w:r>
      <w:r>
        <w:br/>
      </w:r>
      <w:r>
        <w:t xml:space="preserve">    (c) stopping a battle or fight</w:t>
      </w:r>
    </w:p>
    <w:p>
      <w:pPr>
        <w:pStyle w:val="Compact"/>
        <w:numPr>
          <w:ilvl w:val="0"/>
          <w:numId w:val="1001"/>
        </w:numPr>
      </w:pPr>
      <w:r>
        <w:rPr>
          <w:b/>
          <w:bCs/>
        </w:rPr>
        <w:t xml:space="preserve">All our</w:t>
      </w:r>
      <w:r>
        <w:rPr>
          <w:b/>
          <w:bCs/>
        </w:rPr>
        <w:t xml:space="preserve"> </w:t>
      </w:r>
      <w:r>
        <w:rPr>
          <w:b/>
          <w:bCs/>
          <w:u w:val="single"/>
        </w:rPr>
        <w:t xml:space="preserve">contracts</w:t>
      </w:r>
      <w:r>
        <w:rPr>
          <w:b/>
          <w:bCs/>
        </w:rPr>
        <w:t xml:space="preserve"> </w:t>
      </w:r>
      <w:r>
        <w:rPr>
          <w:b/>
          <w:bCs/>
        </w:rPr>
        <w:t xml:space="preserve">are oral, but we deliver what we promise.</w:t>
      </w:r>
      <w:r>
        <w:br/>
      </w:r>
      <w:r>
        <w:t xml:space="preserve">    (a) moves to a worse or less prestigious situation</w:t>
      </w:r>
      <w:r>
        <w:br/>
      </w:r>
      <w:r>
        <w:t xml:space="preserve">    (b) agreements</w:t>
      </w:r>
      <w:r>
        <w:br/>
      </w:r>
      <w:r>
        <w:t xml:space="preserve">    (c) moves out of an interacting position; or stops</w:t>
      </w:r>
    </w:p>
    <w:p>
      <w:pPr>
        <w:pStyle w:val="Compact"/>
        <w:numPr>
          <w:ilvl w:val="0"/>
          <w:numId w:val="1001"/>
        </w:numPr>
      </w:pPr>
      <w:r>
        <w:rPr>
          <w:b/>
          <w:bCs/>
        </w:rPr>
        <w:t xml:space="preserve">Now, so quickly, they had become</w:t>
      </w:r>
      <w:r>
        <w:rPr>
          <w:b/>
          <w:bCs/>
        </w:rPr>
        <w:t xml:space="preserve"> </w:t>
      </w:r>
      <w:r>
        <w:rPr>
          <w:b/>
          <w:bCs/>
          <w:u w:val="single"/>
        </w:rPr>
        <w:t xml:space="preserve">abject</w:t>
      </w:r>
      <w:r>
        <w:rPr>
          <w:b/>
          <w:bCs/>
        </w:rPr>
        <w:t xml:space="preserve">.</w:t>
      </w:r>
      <w:r>
        <w:br/>
      </w:r>
      <w:r>
        <w:t xml:space="preserve">    (a) certain</w:t>
      </w:r>
      <w:r>
        <w:br/>
      </w:r>
      <w:r>
        <w:t xml:space="preserve">    (b) outside</w:t>
      </w:r>
      <w:r>
        <w:br/>
      </w:r>
      <w:r>
        <w:t xml:space="preserve">    (c) extreme</w:t>
      </w:r>
    </w:p>
    <w:p>
      <w:pPr>
        <w:pStyle w:val="Compact"/>
        <w:numPr>
          <w:ilvl w:val="0"/>
          <w:numId w:val="1001"/>
        </w:numPr>
      </w:pPr>
      <w:r>
        <w:rPr>
          <w:b/>
          <w:bCs/>
        </w:rPr>
        <w:t xml:space="preserve">Yet there was something</w:t>
      </w:r>
      <w:r>
        <w:rPr>
          <w:b/>
          <w:bCs/>
        </w:rPr>
        <w:t xml:space="preserve"> </w:t>
      </w:r>
      <w:r>
        <w:rPr>
          <w:b/>
          <w:bCs/>
          <w:u w:val="single"/>
        </w:rPr>
        <w:t xml:space="preserve">ironical</w:t>
      </w:r>
      <w:r>
        <w:rPr>
          <w:b/>
          <w:bCs/>
        </w:rPr>
        <w:t xml:space="preserve"> </w:t>
      </w:r>
      <w:r>
        <w:rPr>
          <w:b/>
          <w:bCs/>
        </w:rPr>
        <w:t xml:space="preserve">about the whole thing. The action which had drawn that softness from Ferdinand was the simple gesture of a man from the coast whose family had lived close, too close, to their servants, once their slaves, descendants of people snatched from this part of Africa. Ferdinand would have been outraged if he knew.</w:t>
      </w:r>
      <w:r>
        <w:br/>
      </w:r>
      <w:r>
        <w:t xml:space="preserve">    (a) the degree to which something is able to change or is different</w:t>
      </w:r>
      <w:r>
        <w:br/>
      </w:r>
      <w:r>
        <w:t xml:space="preserve">    (b) when what happens is very different than what might be expected</w:t>
      </w:r>
      <w:r>
        <w:br/>
      </w:r>
      <w:r>
        <w:t xml:space="preserve">    (c) capable of being better understood through detailed examination</w:t>
      </w:r>
    </w:p>
    <w:p>
      <w:pPr>
        <w:pStyle w:val="Compact"/>
        <w:numPr>
          <w:ilvl w:val="0"/>
          <w:numId w:val="1001"/>
        </w:numPr>
      </w:pPr>
      <w:r>
        <w:rPr>
          <w:b/>
          <w:bCs/>
        </w:rPr>
        <w:t xml:space="preserve">"The President is coming this afternoon. Wouldn't you like to see him?" ... I was careful to take all</w:t>
      </w:r>
      <w:r>
        <w:rPr>
          <w:b/>
          <w:bCs/>
        </w:rPr>
        <w:t xml:space="preserve"> </w:t>
      </w:r>
      <w:r>
        <w:rPr>
          <w:b/>
          <w:bCs/>
          <w:u w:val="single"/>
        </w:rPr>
        <w:t xml:space="preserve">irony</w:t>
      </w:r>
      <w:r>
        <w:rPr>
          <w:b/>
          <w:bCs/>
        </w:rPr>
        <w:t xml:space="preserve"> </w:t>
      </w:r>
      <w:r>
        <w:rPr>
          <w:b/>
          <w:bCs/>
        </w:rPr>
        <w:t xml:space="preserve">out of [my voice]. I said, "I would like to, citizen. But I have to go."</w:t>
      </w:r>
      <w:r>
        <w:br/>
      </w:r>
      <w:r>
        <w:t xml:space="preserve">    (a) belief or opinion formed by viewing things a certain way</w:t>
      </w:r>
      <w:r>
        <w:br/>
      </w:r>
      <w:r>
        <w:t xml:space="preserve">    (b) saying one thing while meaning the opposite</w:t>
      </w:r>
      <w:r>
        <w:br/>
      </w:r>
      <w:r>
        <w:t xml:space="preserve">    (c) soft leather shoe traditionally worn by Native Americans</w:t>
      </w:r>
    </w:p>
    <w:p>
      <w:pPr>
        <w:pStyle w:val="Compact"/>
        <w:numPr>
          <w:ilvl w:val="0"/>
          <w:numId w:val="1001"/>
        </w:numPr>
      </w:pPr>
      <w:r>
        <w:rPr>
          <w:b/>
          <w:bCs/>
        </w:rPr>
        <w:t xml:space="preserve">I saw a</w:t>
      </w:r>
      <w:r>
        <w:rPr>
          <w:b/>
          <w:bCs/>
        </w:rPr>
        <w:t xml:space="preserve"> </w:t>
      </w:r>
      <w:r>
        <w:rPr>
          <w:b/>
          <w:bCs/>
          <w:u w:val="single"/>
        </w:rPr>
        <w:t xml:space="preserve">delicacy</w:t>
      </w:r>
      <w:r>
        <w:rPr>
          <w:b/>
          <w:bCs/>
        </w:rPr>
        <w:t xml:space="preserve"> </w:t>
      </w:r>
      <w:r>
        <w:rPr>
          <w:b/>
          <w:bCs/>
        </w:rPr>
        <w:t xml:space="preserve">in him that I had never seen on the coast.  His manners were like a form of consideration; and however small the occasion, his manners never failed.</w:t>
      </w:r>
      <w:r>
        <w:br/>
      </w:r>
      <w:r>
        <w:t xml:space="preserve">    (a) the act of forgiving</w:t>
      </w:r>
      <w:r>
        <w:br/>
      </w:r>
      <w:r>
        <w:t xml:space="preserve">    (b) sensitivity and tact</w:t>
      </w:r>
      <w:r>
        <w:br/>
      </w:r>
      <w:r>
        <w:t xml:space="preserve">    (c) basic rule or belief</w:t>
      </w:r>
    </w:p>
    <w:p>
      <w:pPr>
        <w:pStyle w:val="Compact"/>
        <w:numPr>
          <w:ilvl w:val="0"/>
          <w:numId w:val="1001"/>
        </w:numPr>
      </w:pPr>
      <w:r>
        <w:rPr>
          <w:b/>
          <w:bCs/>
        </w:rPr>
        <w:t xml:space="preserve">He bought his newspaper in one shop, read it with morning coffee in a tiny café that also offered old watercolour paintings for sale; took a turn in the park; shopped for</w:t>
      </w:r>
      <w:r>
        <w:rPr>
          <w:b/>
          <w:bCs/>
        </w:rPr>
        <w:t xml:space="preserve"> </w:t>
      </w:r>
      <w:r>
        <w:rPr>
          <w:b/>
          <w:bCs/>
          <w:u w:val="single"/>
        </w:rPr>
        <w:t xml:space="preserve">delicacies</w:t>
      </w:r>
      <w:r>
        <w:rPr>
          <w:b/>
          <w:bCs/>
        </w:rPr>
        <w:t xml:space="preserve"> </w:t>
      </w:r>
      <w:r>
        <w:rPr>
          <w:b/>
          <w:bCs/>
        </w:rPr>
        <w:t xml:space="preserve">in the various food shops.</w:t>
      </w:r>
      <w:r>
        <w:br/>
      </w:r>
      <w:r>
        <w:t xml:space="preserve">    (a) soft leather shoes traditionally worn by Native Americans</w:t>
      </w:r>
      <w:r>
        <w:br/>
      </w:r>
      <w:r>
        <w:t xml:space="preserve">    (b) rare and expensive types of foods</w:t>
      </w:r>
      <w:r>
        <w:br/>
      </w:r>
      <w:r>
        <w:t xml:space="preserve">    (c) soccer:  unopposed kicks from the corner of the goal line</w:t>
      </w:r>
    </w:p>
    <w:p>
      <w:pPr>
        <w:pStyle w:val="Compact"/>
        <w:numPr>
          <w:ilvl w:val="0"/>
          <w:numId w:val="1001"/>
        </w:numPr>
      </w:pPr>
      <w:r>
        <w:rPr>
          <w:b/>
          <w:bCs/>
        </w:rPr>
        <w:t xml:space="preserve">His manners were like a form of consideration; and</w:t>
      </w:r>
      <w:r>
        <w:rPr>
          <w:b/>
          <w:bCs/>
        </w:rPr>
        <w:t xml:space="preserve"> </w:t>
      </w:r>
      <w:r>
        <w:rPr>
          <w:b/>
          <w:bCs/>
          <w:u w:val="single"/>
        </w:rPr>
        <w:t xml:space="preserve">however</w:t>
      </w:r>
      <w:r>
        <w:rPr>
          <w:b/>
          <w:bCs/>
        </w:rPr>
        <w:t xml:space="preserve"> </w:t>
      </w:r>
      <w:r>
        <w:rPr>
          <w:b/>
          <w:bCs/>
        </w:rPr>
        <w:t xml:space="preserve">small the occasion, his manners never failed.</w:t>
      </w:r>
      <w:r>
        <w:br/>
      </w:r>
      <w:r>
        <w:t xml:space="preserve">    (a) people who are good at or spend much time studying, thinking, and reasoning</w:t>
      </w:r>
      <w:r>
        <w:br/>
      </w:r>
      <w:r>
        <w:t xml:space="preserve">    (b) regardless of how</w:t>
      </w:r>
      <w:r>
        <w:br/>
      </w:r>
      <w:r>
        <w:t xml:space="preserve">    (c) aka analysis -- psychiatric treatment; or a theory of psychiatric treatment</w:t>
      </w:r>
    </w:p>
    <w:p>
      <w:pPr>
        <w:pStyle w:val="Compact"/>
        <w:numPr>
          <w:ilvl w:val="0"/>
          <w:numId w:val="1001"/>
        </w:numPr>
      </w:pPr>
      <w:r>
        <w:rPr>
          <w:b/>
          <w:bCs/>
        </w:rPr>
        <w:t xml:space="preserve">If it was Ferdinand,</w:t>
      </w:r>
      <w:r>
        <w:rPr>
          <w:b/>
          <w:bCs/>
        </w:rPr>
        <w:t xml:space="preserve"> </w:t>
      </w:r>
      <w:r>
        <w:rPr>
          <w:b/>
          <w:bCs/>
          <w:u w:val="single"/>
        </w:rPr>
        <w:t xml:space="preserve">however</w:t>
      </w:r>
      <w:r>
        <w:rPr>
          <w:b/>
          <w:bCs/>
        </w:rPr>
        <w:t xml:space="preserve">, this wasn't the best way for me to meet him.</w:t>
      </w:r>
      <w:r>
        <w:br/>
      </w:r>
      <w:r>
        <w:t xml:space="preserve">    (a) therefore (for that reason)</w:t>
      </w:r>
      <w:r>
        <w:br/>
      </w:r>
      <w:r>
        <w:t xml:space="preserve">    (b) in keeping with or in agreement with what was just stated</w:t>
      </w:r>
      <w:r>
        <w:br/>
      </w:r>
      <w:r>
        <w:t xml:space="preserve">    (c) a word used to connect contrasting ideas as when using</w:t>
      </w:r>
      <w:r>
        <w:t xml:space="preserve"> </w:t>
      </w:r>
      <w:r>
        <w:rPr>
          <w:i/>
          <w:iCs/>
        </w:rPr>
        <w:t xml:space="preserve">though</w:t>
      </w:r>
      <w:r>
        <w:t xml:space="preserve">,</w:t>
      </w:r>
      <w:r>
        <w:t xml:space="preserve"> </w:t>
      </w:r>
      <w:r>
        <w:rPr>
          <w:i/>
          <w:iCs/>
        </w:rPr>
        <w:t xml:space="preserve">in spite of that</w:t>
      </w:r>
      <w:r>
        <w:t xml:space="preserve">,</w:t>
      </w:r>
      <w:r>
        <w:t xml:space="preserve"> </w:t>
      </w:r>
      <w:r>
        <w:rPr>
          <w:i/>
          <w:iCs/>
        </w:rPr>
        <w:t xml:space="preserve">in contrast</w:t>
      </w:r>
      <w:r>
        <w:t xml:space="preserve">,</w:t>
      </w:r>
      <w:r>
        <w:t xml:space="preserve"> </w:t>
      </w:r>
      <w:r>
        <w:rPr>
          <w:i/>
          <w:iCs/>
        </w:rPr>
        <w:t xml:space="preserve">nevertheless</w:t>
      </w:r>
      <w:r>
        <w:t xml:space="preserve">, etc.</w:t>
      </w:r>
    </w:p>
    <w:p>
      <w:pPr>
        <w:pStyle w:val="Compact"/>
        <w:numPr>
          <w:ilvl w:val="0"/>
          <w:numId w:val="1001"/>
        </w:numPr>
      </w:pPr>
      <w:r>
        <w:rPr>
          <w:b/>
          <w:bCs/>
        </w:rPr>
        <w:t xml:space="preserve">The point of the message may be lost in the</w:t>
      </w:r>
      <w:r>
        <w:rPr>
          <w:b/>
          <w:bCs/>
        </w:rPr>
        <w:t xml:space="preserve"> </w:t>
      </w:r>
      <w:r>
        <w:rPr>
          <w:b/>
          <w:bCs/>
          <w:u w:val="single"/>
        </w:rPr>
        <w:t xml:space="preserve">parody</w:t>
      </w:r>
      <w:r>
        <w:rPr>
          <w:b/>
          <w:bCs/>
        </w:rPr>
        <w:t xml:space="preserve">.</w:t>
      </w:r>
      <w:r>
        <w:br/>
      </w:r>
      <w:r>
        <w:t xml:space="preserve">    (a) to gradually destroy or change the purpose of something -- such as a government, institution, or rule</w:t>
      </w:r>
      <w:r>
        <w:br/>
      </w:r>
      <w:r>
        <w:t xml:space="preserve">    (b) a beam, bracket, or other structure supported only on one side; or to support something in that manner</w:t>
      </w:r>
      <w:r>
        <w:br/>
      </w:r>
      <w:r>
        <w:t xml:space="preserve">    (c) a humorous, exaggerated imitation of somebody's style</w:t>
      </w:r>
      <w:r>
        <w:br/>
      </w:r>
      <w:r>
        <w:br/>
      </w:r>
      <w:r>
        <w:t xml:space="preserve">or:</w:t>
      </w:r>
      <w:r>
        <w:br/>
      </w:r>
      <w:r>
        <w:br/>
      </w:r>
      <w:r>
        <w:t xml:space="preserve">a very poor imitation of somebody's style</w:t>
      </w:r>
    </w:p>
    <w:p>
      <w:pPr>
        <w:pStyle w:val="Compact"/>
        <w:numPr>
          <w:ilvl w:val="0"/>
          <w:numId w:val="1001"/>
        </w:numPr>
      </w:pPr>
      <w:r>
        <w:rPr>
          <w:b/>
          <w:bCs/>
        </w:rPr>
        <w:t xml:space="preserve">Portraits,</w:t>
      </w:r>
      <w:r>
        <w:rPr>
          <w:b/>
          <w:bCs/>
        </w:rPr>
        <w:t xml:space="preserve"> </w:t>
      </w:r>
      <w:r>
        <w:rPr>
          <w:b/>
          <w:bCs/>
          <w:u w:val="single"/>
        </w:rPr>
        <w:t xml:space="preserve">maxims</w:t>
      </w:r>
      <w:r>
        <w:rPr>
          <w:b/>
          <w:bCs/>
        </w:rPr>
        <w:t xml:space="preserve">, occasional statues of the African madonna —they continued all the way to the hotel.</w:t>
      </w:r>
      <w:r>
        <w:br/>
      </w:r>
      <w:r>
        <w:t xml:space="preserve">    (a) harmful software that spreads from computer to computer</w:t>
      </w:r>
      <w:r>
        <w:br/>
      </w:r>
      <w:r>
        <w:t xml:space="preserve">    (b) members of Nazi organization for children aged 10 to 18</w:t>
      </w:r>
      <w:r>
        <w:br/>
      </w:r>
      <w:r>
        <w:t xml:space="preserve">    (c) short sayings that express general truths or principles</w:t>
      </w:r>
    </w:p>
    <w:p>
      <w:pPr>
        <w:pStyle w:val="Compact"/>
        <w:numPr>
          <w:ilvl w:val="0"/>
          <w:numId w:val="1001"/>
        </w:numPr>
      </w:pPr>
      <w:r>
        <w:rPr>
          <w:b/>
          <w:bCs/>
        </w:rPr>
        <w:t xml:space="preserve">There was an officer—his name was</w:t>
      </w:r>
      <w:r>
        <w:rPr>
          <w:b/>
          <w:bCs/>
        </w:rPr>
        <w:t xml:space="preserve"> </w:t>
      </w:r>
      <w:r>
        <w:rPr>
          <w:b/>
          <w:bCs/>
          <w:u w:val="single"/>
        </w:rPr>
        <w:t xml:space="preserve">Prosper</w:t>
      </w:r>
      <w:r>
        <w:rPr>
          <w:b/>
          <w:bCs/>
        </w:rPr>
        <w:t xml:space="preserve">: I knew him.</w:t>
      </w:r>
      <w:r>
        <w:br/>
      </w:r>
      <w:r>
        <w:t xml:space="preserve">    (a) restore</w:t>
      </w:r>
      <w:r>
        <w:br/>
      </w:r>
      <w:r>
        <w:t xml:space="preserve">    (b) do well</w:t>
      </w:r>
      <w:r>
        <w:br/>
      </w:r>
      <w:r>
        <w:t xml:space="preserve">    (c) examine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2026-07-31T19:42:39Z</dcterms:created>
  <dcterms:modified xsi:type="dcterms:W3CDTF">2026-07-31T19:42:39Z</dcterms:modified>
</cp:coreProperties>
</file>

<file path=docProps/custom.xml><?xml version="1.0" encoding="utf-8"?>
<Properties xmlns="http://schemas.openxmlformats.org/officeDocument/2006/custom-properties" xmlns:vt="http://schemas.openxmlformats.org/officeDocument/2006/docPropsVTypes"/>
</file>