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a62cc27a1790e8eb23d6c05d5ce2d06189a6fd"/>
    <w:p>
      <w:pPr>
        <w:pStyle w:val="Heading1"/>
      </w:pPr>
      <w:r>
        <w:rPr>
          <w:b/>
          <w:bCs/>
        </w:rPr>
        <w:t xml:space="preserve">1st to Die</w:t>
      </w:r>
      <w:r>
        <w:br/>
      </w:r>
      <w:r>
        <w:rPr>
          <w:i/>
          <w:iCs/>
        </w:rPr>
        <w:t xml:space="preserve">James Patterson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room was spinning a little now "What it means, Lindsay, is that you're going to have to undergo a prolonged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regimen</w:t>
      </w:r>
      <w:r>
        <w:rPr>
          <w:b/>
          <w:bCs/>
        </w:rPr>
        <w:t xml:space="preserve"> </w:t>
      </w:r>
      <w:r>
        <w:rPr>
          <w:b/>
          <w:bCs/>
        </w:rPr>
        <w:t xml:space="preserve">of intensive treatment."</w:t>
      </w:r>
      <w:r>
        <w:br/>
      </w:r>
      <w:r>
        <w:t xml:space="preserve">    (a) relative amount</w:t>
      </w:r>
      <w:r>
        <w:br/>
      </w:r>
      <w:r>
        <w:t xml:space="preserve">    (b) dramatic change</w:t>
      </w:r>
      <w:r>
        <w:br/>
      </w:r>
      <w:r>
        <w:t xml:space="preserve">    (c) systematic plan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she was a slaughtered corpse,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defiled</w:t>
      </w:r>
      <w:r>
        <w:rPr>
          <w:b/>
          <w:bCs/>
        </w:rPr>
        <w:t xml:space="preserve">, possibly raped on her wedding night.</w:t>
      </w:r>
      <w:r>
        <w:br/>
      </w:r>
      <w:r>
        <w:t xml:space="preserve">    (a) caused great mental or physical suffering</w:t>
      </w:r>
      <w:r>
        <w:br/>
      </w:r>
      <w:r>
        <w:t xml:space="preserve">    (b) spoiled the beauty or purity of something</w:t>
      </w:r>
      <w:r>
        <w:br/>
      </w:r>
      <w:r>
        <w:t xml:space="preserve">    (c) consented reluctantly; or suffered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two years spent covering local interest on the Metro desk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Chronicle</w:t>
      </w:r>
      <w:r>
        <w:rPr>
          <w:b/>
          <w:bCs/>
        </w:rPr>
        <w:t xml:space="preserve">, Cindy could feel a story that might jump-start her career.</w:t>
      </w:r>
      <w:r>
        <w:br/>
      </w:r>
      <w:r>
        <w:t xml:space="preserve">    (a) to dominate harshly and unfairly  OR  to deny equal rights to others or make them suffer</w:t>
      </w:r>
      <w:r>
        <w:br/>
      </w:r>
      <w:r>
        <w:t xml:space="preserve">    (b) a record of events; or the act of creating such a record or telling others of the events</w:t>
      </w:r>
      <w:r>
        <w:br/>
      </w:r>
      <w:r>
        <w:t xml:space="preserve">    (c) persuade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myself a cup of tea and met Jacobi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Interrogation</w:t>
      </w:r>
      <w:r>
        <w:rPr>
          <w:b/>
          <w:bCs/>
        </w:rPr>
        <w:t xml:space="preserve"> </w:t>
      </w:r>
      <w:r>
        <w:rPr>
          <w:b/>
          <w:bCs/>
        </w:rPr>
        <w:t xml:space="preserve">Room 1.</w:t>
      </w:r>
      <w:r>
        <w:br/>
      </w:r>
      <w:r>
        <w:t xml:space="preserve">    (a) the process of asking a series of questions of someone</w:t>
      </w:r>
      <w:r>
        <w:br/>
      </w:r>
      <w:r>
        <w:t xml:space="preserve">    (b) an electronic component that acts like a one-way valve</w:t>
      </w:r>
      <w:r>
        <w:br/>
      </w:r>
      <w:r>
        <w:t xml:space="preserve">    (c) any substance that tends to increase the flow of urine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</w:t>
      </w:r>
      <w:r>
        <w:rPr>
          <w:b/>
          <w:bCs/>
        </w:rPr>
        <w:t xml:space="preserve"> </w:t>
      </w:r>
      <w:r>
        <w:rPr>
          <w:b/>
          <w:bCs/>
        </w:rPr>
        <w:t xml:space="preserve">of guests on the thirtieth floor had been slightly more successful.</w:t>
      </w:r>
      <w:r>
        <w:br/>
      </w:r>
      <w:r>
        <w:t xml:space="preserve">    (a) to investigate; or an investigation; or an instrument used for investigation</w:t>
      </w:r>
      <w:r>
        <w:br/>
      </w:r>
      <w:r>
        <w:t xml:space="preserve">    (b) surgically interrupt nerve tracts to and from the frontal lobe of the brain</w:t>
      </w:r>
      <w:r>
        <w:br/>
      </w:r>
      <w:r>
        <w:t xml:space="preserve">    (c) get the opinions (of people) by asking specific questions; or solicit votes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has no idea 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condescending</w:t>
      </w:r>
      <w:r>
        <w:rPr>
          <w:b/>
          <w:bCs/>
        </w:rPr>
        <w:t xml:space="preserve"> </w:t>
      </w:r>
      <w:r>
        <w:rPr>
          <w:b/>
          <w:bCs/>
        </w:rPr>
        <w:t xml:space="preserve">he can be.</w:t>
      </w:r>
      <w:r>
        <w:br/>
      </w:r>
      <w:r>
        <w:t xml:space="preserve">    (a) interesting or exciting; or encouraging interest or excitement; or causing something to happen</w:t>
      </w:r>
      <w:r>
        <w:br/>
      </w:r>
      <w:r>
        <w:t xml:space="preserve">    (b) persuading someone to want something (often sex or love) by tempting with something desired</w:t>
      </w:r>
      <w:r>
        <w:br/>
      </w:r>
      <w:r>
        <w:t xml:space="preserve">    (c) treating others as inferior; or doing something considered beneath one's position or dignity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hesitated, giving him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stare.</w:t>
      </w:r>
      <w:r>
        <w:br/>
      </w:r>
      <w:r>
        <w:t xml:space="preserve">    (a) moving back and forth; or being unsure or weak</w:t>
      </w:r>
      <w:r>
        <w:br/>
      </w:r>
      <w:r>
        <w:t xml:space="preserve">    (b) thinking carefully and making a judgment about</w:t>
      </w:r>
      <w:r>
        <w:br/>
      </w:r>
      <w:r>
        <w:t xml:space="preserve">    (c) returning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Glass's generally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face twitched, and he almost smiled at her.</w:t>
      </w:r>
      <w:r>
        <w:br/>
      </w:r>
      <w:r>
        <w:t xml:space="preserve">    (a) unyielding</w:t>
      </w:r>
      <w:r>
        <w:br/>
      </w:r>
      <w:r>
        <w:t xml:space="preserve">    (b) diminishing</w:t>
      </w:r>
      <w:r>
        <w:br/>
      </w:r>
      <w:r>
        <w:t xml:space="preserve">    (c) increasing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Aplastic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anemia</w:t>
      </w:r>
      <w:r>
        <w:rPr>
          <w:b/>
          <w:bCs/>
        </w:rPr>
        <w:t xml:space="preserve"> </w:t>
      </w:r>
      <w:r>
        <w:rPr>
          <w:b/>
          <w:bCs/>
        </w:rPr>
        <w:t xml:space="preserve">can be reversed.</w:t>
      </w:r>
      <w:r>
        <w:br/>
      </w:r>
      <w:r>
        <w:t xml:space="preserve">    (a) starting or spreading (a fire); or twigs, sticks, or other easily combustible material used to start a fire</w:t>
      </w:r>
      <w:r>
        <w:br/>
      </w:r>
      <w:r>
        <w:t xml:space="preserve">    (b) a deficiency of red blood cells or where red blood cells are deficient in hemoglobin -- resulting in fatigue</w:t>
      </w:r>
      <w:r>
        <w:br/>
      </w:r>
      <w:r>
        <w:t xml:space="preserve">    (c) a large area of protected parks or rural land that form a belt surrounding (or in an area of) a town or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Medved pursed his lips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.</w:t>
      </w:r>
      <w:r>
        <w:br/>
      </w:r>
      <w:r>
        <w:t xml:space="preserve">    (a) in a doubtful manner (regarding the truth of something)</w:t>
      </w:r>
      <w:r>
        <w:br/>
      </w:r>
      <w:r>
        <w:t xml:space="preserve">    (b) inadequately (in a manner that does not provide enough)</w:t>
      </w:r>
      <w:r>
        <w:br/>
      </w:r>
      <w:r>
        <w:t xml:space="preserve">    (c) in a manner that is open to arguments, ideas,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 they're married, room numbers, what their honeymoon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itinerary</w:t>
      </w:r>
      <w:r>
        <w:rPr>
          <w:b/>
          <w:bCs/>
        </w:rPr>
        <w:t xml:space="preserve"> </w:t>
      </w:r>
      <w:r>
        <w:rPr>
          <w:b/>
          <w:bCs/>
        </w:rPr>
        <w:t xml:space="preserve">is.</w:t>
      </w:r>
      <w:r>
        <w:br/>
      </w:r>
      <w:r>
        <w:t xml:space="preserve">    (a) a gap in a rule, allowing avoidance of the rule's core intent</w:t>
      </w:r>
      <w:r>
        <w:br/>
      </w:r>
      <w:r>
        <w:t xml:space="preserve">    (b) a formal statement of decision or opinion voted on by a group</w:t>
      </w:r>
      <w:r>
        <w:br/>
      </w:r>
      <w:r>
        <w:t xml:space="preserve">    (c) a planned schedule of events -- often for a trip or for a day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been a long, hard time since I had put my trust in anybody whose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gender</w:t>
      </w:r>
      <w:r>
        <w:rPr>
          <w:b/>
          <w:bCs/>
        </w:rPr>
        <w:t xml:space="preserve"> </w:t>
      </w:r>
      <w:r>
        <w:rPr>
          <w:b/>
          <w:bCs/>
        </w:rPr>
        <w:t xml:space="preserve">started with an M. Maybe, in a different time ...I was thinking.</w:t>
      </w:r>
      <w:r>
        <w:br/>
      </w:r>
      <w:r>
        <w:t xml:space="preserve">    (a) male, female, or any of many trans categories</w:t>
      </w:r>
      <w:r>
        <w:br/>
      </w:r>
      <w:r>
        <w:t xml:space="preserve">    (b) quick, informal vote to see what people think</w:t>
      </w:r>
      <w:r>
        <w:br/>
      </w:r>
      <w:r>
        <w:t xml:space="preserve">    (c) an official charge (of having broken the law)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took him for one of 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arrogant</w:t>
      </w:r>
      <w:r>
        <w:rPr>
          <w:b/>
          <w:bCs/>
        </w:rPr>
        <w:t xml:space="preserve"> </w:t>
      </w:r>
      <w:r>
        <w:rPr>
          <w:b/>
          <w:bCs/>
        </w:rPr>
        <w:t xml:space="preserve">investment-banker types from the Brandt side.</w:t>
      </w:r>
      <w:r>
        <w:br/>
      </w:r>
      <w:r>
        <w:t xml:space="preserve">    (a) without a tendency to be full of thought</w:t>
      </w:r>
      <w:r>
        <w:br/>
      </w:r>
      <w:r>
        <w:t xml:space="preserve">    (b) lacking a tendency to be full of thought</w:t>
      </w:r>
      <w:r>
        <w:br/>
      </w:r>
      <w:r>
        <w:t xml:space="preserve">    (c) having an excessive sense of superiority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McBride had to be back in the office for a press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briefing</w:t>
      </w:r>
      <w:r>
        <w:rPr>
          <w:b/>
          <w:bCs/>
        </w:rPr>
        <w:t xml:space="preserve"> </w:t>
      </w:r>
      <w:r>
        <w:rPr>
          <w:b/>
          <w:bCs/>
        </w:rPr>
        <w:t xml:space="preserve">on the investigation.</w:t>
      </w:r>
      <w:r>
        <w:br/>
      </w:r>
      <w:r>
        <w:t xml:space="preserve">    (a) giving a summary of important information</w:t>
      </w:r>
      <w:r>
        <w:br/>
      </w:r>
      <w:r>
        <w:t xml:space="preserve">    (b) moving into position to work; or starting</w:t>
      </w:r>
      <w:r>
        <w:br/>
      </w:r>
      <w:r>
        <w:t xml:space="preserve">    (c) saying (or making a sound) with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 sigh, she shifted a tower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briefs</w:t>
      </w:r>
      <w:r>
        <w:rPr>
          <w:b/>
          <w:bCs/>
        </w:rPr>
        <w:t xml:space="preserve"> </w:t>
      </w:r>
      <w:r>
        <w:rPr>
          <w:b/>
          <w:bCs/>
        </w:rPr>
        <w:t xml:space="preserve">aside.</w:t>
      </w:r>
      <w:r>
        <w:br/>
      </w:r>
      <w:r>
        <w:t xml:space="preserve">    (a) summaries of important facts -- especially opinions regarding a legal case</w:t>
      </w:r>
      <w:r>
        <w:br/>
      </w:r>
      <w:r>
        <w:t xml:space="preserve">    (b) acts of move something out of an interacting position; or acts of stopping</w:t>
      </w:r>
      <w:r>
        <w:br/>
      </w:r>
      <w:r>
        <w:t xml:space="preserve">    (c) things that disagree with themselves; or (more rarely) acts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Raleigh's interview with the groom's parents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nothing eventful.</w:t>
      </w:r>
      <w:r>
        <w:br/>
      </w:r>
      <w:r>
        <w:t xml:space="preserve">    (a) produced</w:t>
      </w:r>
      <w:r>
        <w:br/>
      </w:r>
      <w:r>
        <w:t xml:space="preserve">    (b) not wanting to do something</w:t>
      </w:r>
      <w:r>
        <w:br/>
      </w:r>
      <w:r>
        <w:t xml:space="preserve">    (c) was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sister didn't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</w:t>
      </w:r>
      <w:r>
        <w:rPr>
          <w:b/>
          <w:bCs/>
        </w:rPr>
        <w:t xml:space="preserve"> </w:t>
      </w:r>
      <w:r>
        <w:rPr>
          <w:b/>
          <w:bCs/>
        </w:rPr>
        <w:t xml:space="preserve">in me.</w:t>
      </w:r>
      <w:r>
        <w:br/>
      </w:r>
      <w:r>
        <w:t xml:space="preserve">    (a) search for and discover through persistent investigation</w:t>
      </w:r>
      <w:r>
        <w:br/>
      </w:r>
      <w:r>
        <w:t xml:space="preserve">    (b) aka analyze -- analyze based upon a theory of psychiatry</w:t>
      </w:r>
      <w:r>
        <w:br/>
      </w:r>
      <w:r>
        <w:t xml:space="preserve">    (c) place trust (in someone) by talking about private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based on the descriptions of Merrill Shortley and Christine Kogut, he had the brutal temperament, and maybe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, to commit these vicious murders.</w:t>
      </w:r>
      <w:r>
        <w:br/>
      </w:r>
      <w:r>
        <w:t xml:space="preserve">    (a) the sacred writings of Islam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rush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validation</w:t>
      </w:r>
      <w:r>
        <w:rPr>
          <w:b/>
          <w:bCs/>
        </w:rPr>
        <w:t xml:space="preserve"> </w:t>
      </w:r>
      <w:r>
        <w:rPr>
          <w:b/>
          <w:bCs/>
        </w:rPr>
        <w:t xml:space="preserve">shot through my veins.</w:t>
      </w:r>
      <w:r>
        <w:br/>
      </w:r>
      <w:r>
        <w:t xml:space="preserve">    (a) short for Ku Klux Klan - a white supremacist group in the United States</w:t>
      </w:r>
      <w:r>
        <w:br/>
      </w:r>
      <w:r>
        <w:t xml:space="preserve">    (b) give evidence for the truth or value of; or declare as legally approved</w:t>
      </w:r>
      <w:r>
        <w:br/>
      </w:r>
      <w:r>
        <w:t xml:space="preserve">    (c) the condition of being made by humans rather than being found in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cool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meticulous</w:t>
      </w:r>
      <w:r>
        <w:rPr>
          <w:b/>
          <w:bCs/>
        </w:rPr>
        <w:t xml:space="preserve"> </w:t>
      </w:r>
      <w:r>
        <w:rPr>
          <w:b/>
          <w:bCs/>
        </w:rPr>
        <w:t xml:space="preserve">appearance had deteriorated into an edgy, unshaven mess.</w:t>
      </w:r>
      <w:r>
        <w:br/>
      </w:r>
      <w:r>
        <w:t xml:space="preserve">    (a) able to be taken on as one's own</w:t>
      </w:r>
      <w:r>
        <w:br/>
      </w:r>
      <w:r>
        <w:t xml:space="preserve">    (b) treating details with great care</w:t>
      </w:r>
      <w:r>
        <w:br/>
      </w:r>
      <w:r>
        <w:t xml:space="preserve">    (c) not clear or easily identifiable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2026-07-31T19:55:08Z</dcterms:created>
  <dcterms:modified xsi:type="dcterms:W3CDTF">2026-07-31T19:55:08Z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