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george-orwell-vocabulary-preview"/>
    <w:p>
      <w:pPr>
        <w:pStyle w:val="Heading1"/>
      </w:pPr>
      <w:r>
        <w:rPr>
          <w:b/>
          <w:bCs/>
        </w:rPr>
        <w:t xml:space="preserve">1984</w:t>
      </w:r>
      <w:r>
        <w:br/>
      </w:r>
      <w:r>
        <w:rPr>
          <w:i/>
          <w:iCs/>
        </w:rPr>
        <w:t xml:space="preserve">George Orwell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avoid</w:t>
      </w:r>
      <w:r>
        <w:br/>
      </w:r>
      <w:r>
        <w:t xml:space="preserve">    (b) think about</w:t>
      </w:r>
      <w:r>
        <w:br/>
      </w:r>
      <w:r>
        <w:t xml:space="preserve">    (c) assign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complained to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use an electronic keyboard to help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music.</w:t>
      </w:r>
      <w:r>
        <w:br/>
      </w:r>
      <w:r>
        <w:t xml:space="preserve">    (a) listen to</w:t>
      </w:r>
      <w:r>
        <w:br/>
      </w:r>
      <w:r>
        <w:t xml:space="preserve">    (b) write</w:t>
      </w:r>
      <w:r>
        <w:br/>
      </w:r>
      <w:r>
        <w:t xml:space="preserve">    (c) play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group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of students who live in the same apartment building.</w:t>
      </w:r>
      <w:r>
        <w:br/>
      </w:r>
      <w:r>
        <w:t xml:space="preserve">    (a) calmed</w:t>
      </w:r>
      <w:r>
        <w:br/>
      </w:r>
      <w:r>
        <w:t xml:space="preserve">    (b) written</w:t>
      </w:r>
      <w:r>
        <w:br/>
      </w:r>
      <w:r>
        <w:t xml:space="preserve">    (c) made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entering the interview room, she took a few deep breaths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herself and steady his nerves.</w:t>
      </w:r>
      <w:r>
        <w:br/>
      </w:r>
      <w:r>
        <w:t xml:space="preserve">    (a) delay</w:t>
      </w:r>
      <w:r>
        <w:br/>
      </w:r>
      <w:r>
        <w:t xml:space="preserve">    (b) calm</w:t>
      </w:r>
      <w:r>
        <w:br/>
      </w:r>
      <w:r>
        <w:t xml:space="preserve">    (c) adjust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conscious</w:t>
      </w:r>
      <w:r>
        <w:rPr>
          <w:b/>
          <w:bCs/>
        </w:rPr>
        <w:t xml:space="preserve"> </w:t>
      </w:r>
      <w:r>
        <w:rPr>
          <w:b/>
          <w:bCs/>
        </w:rPr>
        <w:t xml:space="preserve">decision to investigate less so we could get a report faster.</w:t>
      </w:r>
      <w:r>
        <w:br/>
      </w:r>
      <w:r>
        <w:t xml:space="preserve">    (a) intentional</w:t>
      </w:r>
      <w:r>
        <w:br/>
      </w:r>
      <w:r>
        <w:t xml:space="preserve">    (b) mistaken</w:t>
      </w:r>
      <w:r>
        <w:br/>
      </w:r>
      <w:r>
        <w:t xml:space="preserve">    (c) unfortunate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environmentally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conscious</w:t>
      </w:r>
      <w:r>
        <w:rPr>
          <w:b/>
          <w:bCs/>
        </w:rPr>
        <w:t xml:space="preserve">.</w:t>
      </w:r>
      <w:r>
        <w:br/>
      </w:r>
      <w:r>
        <w:t xml:space="preserve">    (a) aware and concerned</w:t>
      </w:r>
      <w:r>
        <w:br/>
      </w:r>
      <w:r>
        <w:t xml:space="preserve">    (b) destructive</w:t>
      </w:r>
      <w:r>
        <w:br/>
      </w:r>
      <w:r>
        <w:t xml:space="preserve">    (c) oppressed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instinctively grabbed at the gun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conscious</w:t>
      </w:r>
      <w:r>
        <w:rPr>
          <w:b/>
          <w:bCs/>
        </w:rPr>
        <w:t xml:space="preserve"> </w:t>
      </w:r>
      <w:r>
        <w:rPr>
          <w:b/>
          <w:bCs/>
        </w:rPr>
        <w:t xml:space="preserve">thought.</w:t>
      </w:r>
      <w:r>
        <w:br/>
      </w:r>
      <w:r>
        <w:t xml:space="preserve">    (a) being afraid</w:t>
      </w:r>
      <w:r>
        <w:br/>
      </w:r>
      <w:r>
        <w:t xml:space="preserve">    (b) being confident</w:t>
      </w:r>
      <w:r>
        <w:br/>
      </w:r>
      <w:r>
        <w:t xml:space="preserve">    (c) being 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protested</w:t>
      </w:r>
      <w:r>
        <w:br/>
      </w:r>
      <w:r>
        <w:t xml:space="preserve">    (b) shown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against limitations on free speech.</w:t>
      </w:r>
      <w:r>
        <w:br/>
      </w:r>
      <w:r>
        <w:t xml:space="preserve">    (a) protested</w:t>
      </w:r>
      <w:r>
        <w:br/>
      </w:r>
      <w:r>
        <w:t xml:space="preserve">    (b) spoke eloquently</w:t>
      </w:r>
      <w:r>
        <w:br/>
      </w:r>
      <w:r>
        <w:t xml:space="preserve">    (c) signed petitions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view of this issue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differentiates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most progressives in Congress.</w:t>
      </w:r>
      <w:r>
        <w:br/>
      </w:r>
      <w:r>
        <w:t xml:space="preserve">    (a) makes unpopular</w:t>
      </w:r>
      <w:r>
        <w:br/>
      </w:r>
      <w:r>
        <w:t xml:space="preserve">    (b) makes different</w:t>
      </w:r>
      <w:r>
        <w:br/>
      </w:r>
      <w:r>
        <w:t xml:space="preserve">    (c) unites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create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showing</w:t>
      </w:r>
      <w:r>
        <w:br/>
      </w:r>
      <w:r>
        <w:t xml:space="preserve">    (b) exaggerating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the separation of Church and State, an accusation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heresy</w:t>
      </w:r>
      <w:r>
        <w:rPr>
          <w:b/>
          <w:bCs/>
        </w:rPr>
        <w:t xml:space="preserve"> </w:t>
      </w:r>
      <w:r>
        <w:rPr>
          <w:b/>
          <w:bCs/>
        </w:rPr>
        <w:t xml:space="preserve">could be treated as treason.</w:t>
      </w:r>
      <w:r>
        <w:br/>
      </w:r>
      <w:r>
        <w:t xml:space="preserve">    (a) immorality</w:t>
      </w:r>
      <w:r>
        <w:br/>
      </w:r>
      <w:r>
        <w:t xml:space="preserve">    (b) lying</w:t>
      </w:r>
      <w:r>
        <w:br/>
      </w:r>
      <w:r>
        <w:t xml:space="preserve">    (c) witchcraft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insisted</w:t>
      </w:r>
      <w:r>
        <w:br/>
      </w:r>
      <w:r>
        <w:t xml:space="preserve">    (b) hinted</w:t>
      </w:r>
      <w:r>
        <w:br/>
      </w:r>
      <w:r>
        <w:t xml:space="preserve">    (c) denied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different</w:t>
      </w:r>
      <w:r>
        <w:br/>
      </w:r>
      <w:r>
        <w:t xml:space="preserve">    (b) converted</w:t>
      </w:r>
      <w:r>
        <w:br/>
      </w:r>
      <w:r>
        <w:t xml:space="preserve">    (c) figured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outdated</w:t>
      </w:r>
      <w:r>
        <w:br/>
      </w:r>
      <w:r>
        <w:t xml:space="preserve">    (b) broken</w:t>
      </w:r>
      <w:r>
        <w:br/>
      </w:r>
      <w:r>
        <w:t xml:space="preserve">    (c) classic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parents are accustomed to my challenging their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orthodox</w:t>
      </w:r>
      <w:r>
        <w:rPr>
          <w:b/>
          <w:bCs/>
        </w:rPr>
        <w:t xml:space="preserve"> </w:t>
      </w:r>
      <w:r>
        <w:rPr>
          <w:b/>
          <w:bCs/>
        </w:rPr>
        <w:t xml:space="preserve">views.</w:t>
      </w:r>
      <w:r>
        <w:br/>
      </w:r>
      <w:r>
        <w:t xml:space="preserve">    (a) normal</w:t>
      </w:r>
      <w:r>
        <w:br/>
      </w:r>
      <w:r>
        <w:t xml:space="preserve">    (b) creative</w:t>
      </w:r>
      <w:r>
        <w:br/>
      </w:r>
      <w:r>
        <w:t xml:space="preserve">    (c) crazy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working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rectify</w:t>
      </w:r>
      <w:r>
        <w:rPr>
          <w:b/>
          <w:bCs/>
        </w:rPr>
        <w:t xml:space="preserve"> </w:t>
      </w:r>
      <w:r>
        <w:rPr>
          <w:b/>
          <w:bCs/>
        </w:rPr>
        <w:t xml:space="preserve">the accounts and send refunds to everyone who was overbilled.</w:t>
      </w:r>
      <w:r>
        <w:br/>
      </w:r>
      <w:r>
        <w:t xml:space="preserve">    (a) calculate</w:t>
      </w:r>
      <w:r>
        <w:br/>
      </w:r>
      <w:r>
        <w:t xml:space="preserve">    (b) correct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easier to learn things that seem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your life.</w:t>
      </w:r>
      <w:r>
        <w:br/>
      </w:r>
      <w:r>
        <w:t xml:space="preserve">    (a) important</w:t>
      </w:r>
      <w:r>
        <w:br/>
      </w:r>
      <w:r>
        <w:t xml:space="preserve">    (b) repeated</w:t>
      </w:r>
      <w:r>
        <w:br/>
      </w:r>
      <w:r>
        <w:t xml:space="preserve">    (c) understandable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2026-07-31T14:19:14Z</dcterms:created>
  <dcterms:modified xsi:type="dcterms:W3CDTF">2026-07-31T14:19:14Z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