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6f022f2d617c48ad4ef403ce5e47a9362254d6"/>
    <w:p>
      <w:pPr>
        <w:pStyle w:val="Heading1"/>
      </w:pPr>
      <w:r>
        <w:rPr>
          <w:b/>
          <w:bCs/>
        </w:rPr>
        <w:t xml:space="preserve">1984</w:t>
      </w:r>
      <w:r>
        <w:br/>
      </w:r>
      <w:r>
        <w:rPr>
          <w:i/>
          <w:iCs/>
        </w:rPr>
        <w:t xml:space="preserve">George Orwell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BIG BROTHER</w:t>
      </w:r>
      <w:r>
        <w:rPr>
          <w:b/>
          <w:bCs/>
        </w:rPr>
        <w:t xml:space="preserve"> </w:t>
      </w:r>
      <w:r>
        <w:rPr>
          <w:b/>
          <w:bCs/>
        </w:rPr>
        <w:t xml:space="preserve">IS WATCHING YOU, the caption beneath it ran.</w:t>
      </w:r>
      <w:r>
        <w:br/>
      </w:r>
      <w:r>
        <w:t xml:space="preserve">    (a) an organization that tries to assure everyone is treated fairly</w:t>
      </w:r>
      <w:r>
        <w:br/>
      </w:r>
      <w:r>
        <w:t xml:space="preserve">    (b) an organization that tries to track all of your public and private life</w:t>
      </w:r>
      <w:r>
        <w:br/>
      </w:r>
      <w:r>
        <w:t xml:space="preserve">    (c) an organization that tries to protect human rights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 </w:t>
      </w:r>
      <w:r>
        <w:rPr>
          <w:b/>
          <w:bCs/>
        </w:rPr>
        <w:t xml:space="preserve">your feelings, to control your face, to do what everyone else was doing, was an instinctive reaction.</w:t>
      </w:r>
      <w:r>
        <w:br/>
      </w:r>
      <w:r>
        <w:t xml:space="preserve">    (a) hide the truth of</w:t>
      </w:r>
      <w:r>
        <w:br/>
      </w:r>
      <w:r>
        <w:t xml:space="preserve">    (b) fully understand</w:t>
      </w:r>
      <w:r>
        <w:br/>
      </w:r>
      <w:r>
        <w:t xml:space="preserve">    (c) re-think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'The Eleventh Edition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definitive</w:t>
      </w:r>
      <w:r>
        <w:rPr>
          <w:b/>
          <w:bCs/>
        </w:rPr>
        <w:t xml:space="preserve"> </w:t>
      </w:r>
      <w:r>
        <w:rPr>
          <w:b/>
          <w:bCs/>
        </w:rPr>
        <w:t xml:space="preserve">edition,' he said.</w:t>
      </w:r>
      <w:r>
        <w:br/>
      </w:r>
      <w:r>
        <w:t xml:space="preserve">    (a) hard to get</w:t>
      </w:r>
      <w:r>
        <w:br/>
      </w:r>
      <w:r>
        <w:t xml:space="preserve">    (b) outdated</w:t>
      </w:r>
      <w:r>
        <w:br/>
      </w:r>
      <w:r>
        <w:t xml:space="preserve">    (c) best available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rigidity of her muscles managed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that impression.</w:t>
      </w:r>
      <w:r>
        <w:br/>
      </w:r>
      <w:r>
        <w:t xml:space="preserve">    (a) reinforce</w:t>
      </w:r>
      <w:r>
        <w:br/>
      </w:r>
      <w:r>
        <w:t xml:space="preserve">    (b) change</w:t>
      </w:r>
      <w:r>
        <w:br/>
      </w:r>
      <w:r>
        <w:t xml:space="preserve">    (c) communicate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took out of the drawer a copy of a children's history textbook which he had borrowed from Mrs Parsons, and began copying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diary: In the old days (it ran), before the glorious Revolution, London was not the beautiful city that we know today.</w:t>
      </w:r>
      <w:r>
        <w:br/>
      </w:r>
      <w:r>
        <w:t xml:space="preserve">    (a) a sentence</w:t>
      </w:r>
      <w:r>
        <w:br/>
      </w:r>
      <w:r>
        <w:t xml:space="preserve">    (b) a paragraph</w:t>
      </w:r>
      <w:r>
        <w:br/>
      </w:r>
      <w:r>
        <w:t xml:space="preserve">    (c) a short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this was concrete evidence; it was a fragment of the abolished past, like a fossil bone which turns up in the wrong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stratum</w:t>
      </w:r>
      <w:r>
        <w:rPr>
          <w:b/>
          <w:bCs/>
        </w:rPr>
        <w:t xml:space="preserve"> </w:t>
      </w:r>
      <w:r>
        <w:rPr>
          <w:b/>
          <w:bCs/>
        </w:rPr>
        <w:t xml:space="preserve">and destroys a geological theory.</w:t>
      </w:r>
      <w:r>
        <w:br/>
      </w:r>
      <w:r>
        <w:t xml:space="preserve">    (a) continent</w:t>
      </w:r>
      <w:r>
        <w:br/>
      </w:r>
      <w:r>
        <w:t xml:space="preserve">    (b) layer</w:t>
      </w:r>
      <w:r>
        <w:br/>
      </w:r>
      <w:r>
        <w:t xml:space="preserve">    (c) skeleton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merely the validity of experience, but the very existence of external reality,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tacitly</w:t>
      </w:r>
      <w:r>
        <w:rPr>
          <w:b/>
          <w:bCs/>
        </w:rPr>
        <w:t xml:space="preserve"> </w:t>
      </w:r>
      <w:r>
        <w:rPr>
          <w:b/>
          <w:bCs/>
        </w:rPr>
        <w:t xml:space="preserve">denied by their philosophy.</w:t>
      </w:r>
      <w:r>
        <w:br/>
      </w:r>
      <w:r>
        <w:t xml:space="preserve">    (a) sarcastically</w:t>
      </w:r>
      <w:r>
        <w:br/>
      </w:r>
      <w:r>
        <w:t xml:space="preserve">    (b) indirectly</w:t>
      </w:r>
      <w:r>
        <w:br/>
      </w:r>
      <w:r>
        <w:t xml:space="preserve">    (c) skillfully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heart sank as he thought of the enormous power arrayed against him, the ease with which any Party intellectual would overthrow him in debate,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arguments which he would not be able to understand, much less answer.</w:t>
      </w:r>
      <w:r>
        <w:br/>
      </w:r>
      <w:r>
        <w:t xml:space="preserve">    (a) diverse</w:t>
      </w:r>
      <w:r>
        <w:br/>
      </w:r>
      <w:r>
        <w:t xml:space="preserve">    (b) complex</w:t>
      </w:r>
      <w:r>
        <w:br/>
      </w:r>
      <w:r>
        <w:t xml:space="preserve">    (c) strong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Katharine would die, and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maneuverings Winston and Julia would succeed in getting married.</w:t>
      </w:r>
      <w:r>
        <w:br/>
      </w:r>
      <w:r>
        <w:t xml:space="preserve">    (a) forceful or powerful</w:t>
      </w:r>
      <w:r>
        <w:br/>
      </w:r>
      <w:r>
        <w:t xml:space="preserve">    (b) quick and multiple</w:t>
      </w:r>
      <w:r>
        <w:br/>
      </w:r>
      <w:r>
        <w:t xml:space="preserve">    (c) indirect or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man whom he had followed was standing at the bar, having some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barman,</w:t>
      </w:r>
      <w:r>
        <w:br/>
      </w:r>
      <w:r>
        <w:t xml:space="preserve">    (a) deep conversation</w:t>
      </w:r>
      <w:r>
        <w:br/>
      </w:r>
      <w:r>
        <w:t xml:space="preserve">    (b) fancy drink</w:t>
      </w:r>
      <w:r>
        <w:br/>
      </w:r>
      <w:r>
        <w:t xml:space="preserve">    (c) noisy argument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consisted in falsifying a series of production reports of two years ago, in such a way as to cast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on a prominent member of the Inner Party, who was now under a cloud.</w:t>
      </w:r>
      <w:r>
        <w:br/>
      </w:r>
      <w:r>
        <w:t xml:space="preserve">    (a) improvement of reputation</w:t>
      </w:r>
      <w:r>
        <w:br/>
      </w:r>
      <w:r>
        <w:t xml:space="preserve">    (b) damage of reputation</w:t>
      </w:r>
      <w:r>
        <w:br/>
      </w:r>
      <w:r>
        <w:t xml:space="preserve">    (c) financial penalties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filled with some kind of heavy, sand-like stuff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wherever you touched it.</w:t>
      </w:r>
      <w:r>
        <w:br/>
      </w:r>
      <w:r>
        <w:t xml:space="preserve">    (a) expanded</w:t>
      </w:r>
      <w:r>
        <w:br/>
      </w:r>
      <w:r>
        <w:t xml:space="preserve">    (b) gave way</w:t>
      </w:r>
      <w:r>
        <w:br/>
      </w:r>
      <w:r>
        <w:t xml:space="preserve">    (c) hardened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of the disputed territories contain valuable minerals, and some of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important vegetable products such as rubber which in colder climates it is necessary to synthesize by comparatively expensive methods.</w:t>
      </w:r>
      <w:r>
        <w:br/>
      </w:r>
      <w:r>
        <w:t xml:space="preserve">    (a) require</w:t>
      </w:r>
      <w:r>
        <w:br/>
      </w:r>
      <w:r>
        <w:t xml:space="preserve">    (b) want</w:t>
      </w:r>
      <w:r>
        <w:br/>
      </w:r>
      <w:r>
        <w:t xml:space="preserve">    (c) produce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frontiers between the three super-states are in some places arbitrary, and in others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</w:t>
      </w:r>
      <w:r>
        <w:rPr>
          <w:b/>
          <w:bCs/>
        </w:rPr>
        <w:t xml:space="preserve"> </w:t>
      </w:r>
      <w:r>
        <w:rPr>
          <w:b/>
          <w:bCs/>
        </w:rPr>
        <w:t xml:space="preserve">according to the fortunes of war, but in general they follow geographical lines.</w:t>
      </w:r>
      <w:r>
        <w:br/>
      </w:r>
      <w:r>
        <w:t xml:space="preserve">    (a) increase further</w:t>
      </w:r>
      <w:r>
        <w:br/>
      </w:r>
      <w:r>
        <w:t xml:space="preserve">    (b) decrease further</w:t>
      </w:r>
      <w:r>
        <w:br/>
      </w:r>
      <w:r>
        <w:t xml:space="preserve">    (c) change back and forth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empirical</w:t>
      </w:r>
      <w:r>
        <w:rPr>
          <w:b/>
          <w:bCs/>
        </w:rPr>
        <w:t xml:space="preserve"> </w:t>
      </w:r>
      <w:r>
        <w:rPr>
          <w:b/>
          <w:bCs/>
        </w:rPr>
        <w:t xml:space="preserve">method of thought, on which all the scientific achievements of the past were founded, is opposed to the most fundamental principles of Ingsoc.</w:t>
      </w:r>
      <w:r>
        <w:br/>
      </w:r>
      <w:r>
        <w:t xml:space="preserve">    (a) based on observation</w:t>
      </w:r>
      <w:r>
        <w:br/>
      </w:r>
      <w:r>
        <w:t xml:space="preserve">    (b) based on philosophy</w:t>
      </w:r>
      <w:r>
        <w:br/>
      </w:r>
      <w:r>
        <w:t xml:space="preserve">    (c) based purely on theory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only after a decade of national wars, civil wars, revolutions, and counter-revolutions in all parts of the world that Ingsoc and its rivals emerged as fully worked-out political theories. But they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foreshadowed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various systems, generally called totalitarian, which had appeared earlier...</w:t>
      </w:r>
      <w:r>
        <w:br/>
      </w:r>
      <w:r>
        <w:t xml:space="preserve">    (a) indicated</w:t>
      </w:r>
      <w:r>
        <w:br/>
      </w:r>
      <w:r>
        <w:t xml:space="preserve">    (b) undermined</w:t>
      </w:r>
      <w:r>
        <w:br/>
      </w:r>
      <w:r>
        <w:t xml:space="preserve">    (c) prevented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also that no change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</w:t>
      </w:r>
      <w:r>
        <w:rPr>
          <w:b/>
          <w:bCs/>
        </w:rPr>
        <w:t xml:space="preserve"> </w:t>
      </w:r>
      <w:r>
        <w:rPr>
          <w:b/>
          <w:bCs/>
        </w:rPr>
        <w:t xml:space="preserve">or in political alignment can ever be admitted.</w:t>
      </w:r>
      <w:r>
        <w:br/>
      </w:r>
      <w:r>
        <w:t xml:space="preserve">    (a) beliefs and principles</w:t>
      </w:r>
      <w:r>
        <w:br/>
      </w:r>
      <w:r>
        <w:t xml:space="preserve">    (b) hired doctors</w:t>
      </w:r>
      <w:r>
        <w:br/>
      </w:r>
      <w:r>
        <w:t xml:space="preserve">    (c) enemies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"Are you guilty?" said Winston.</w:t>
      </w:r>
      <w:r>
        <w:br/>
      </w:r>
      <w:r>
        <w:rPr>
          <w:b/>
          <w:bCs/>
        </w:rPr>
        <w:t xml:space="preserve">"Of course I'm guilty!" cried Parsons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servile</w:t>
      </w:r>
      <w:r>
        <w:rPr>
          <w:b/>
          <w:bCs/>
        </w:rPr>
        <w:t xml:space="preserve"> </w:t>
      </w:r>
      <w:r>
        <w:rPr>
          <w:b/>
          <w:bCs/>
        </w:rPr>
        <w:t xml:space="preserve">glance at the telescreen. "You don't think the Party would arrest an innocent man, do you? ... Thoughtcrime is a dreadful thing,"</w:t>
      </w:r>
      <w:r>
        <w:br/>
      </w:r>
      <w:r>
        <w:t xml:space="preserve">    (a) excessively submissive</w:t>
      </w:r>
      <w:r>
        <w:br/>
      </w:r>
      <w:r>
        <w:t xml:space="preserve">    (b) excessively guilty</w:t>
      </w:r>
      <w:r>
        <w:br/>
      </w:r>
      <w:r>
        <w:t xml:space="preserve">    (c) excessively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"All this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digression</w:t>
      </w:r>
      <w:r>
        <w:rPr>
          <w:b/>
          <w:bCs/>
        </w:rPr>
        <w:t xml:space="preserve">," he added in a different tone.</w:t>
      </w:r>
      <w:r>
        <w:br/>
      </w:r>
      <w:r>
        <w:t xml:space="preserve">    (a) background topic</w:t>
      </w:r>
      <w:r>
        <w:br/>
      </w:r>
      <w:r>
        <w:t xml:space="preserve">    (b) important topic</w:t>
      </w:r>
      <w:r>
        <w:br/>
      </w:r>
      <w:r>
        <w:t xml:space="preserve">    (c) aside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 thinks he floats off the floor, and if I simultaneously think I see him do it, then the thing happens. ... the thought burst into his mind: 'It doesn't really happen. We imagine it. It is hallucination.' He pushed the thought under instantly.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fallacy</w:t>
      </w:r>
      <w:r>
        <w:rPr>
          <w:b/>
          <w:bCs/>
        </w:rPr>
        <w:t xml:space="preserve"> </w:t>
      </w:r>
      <w:r>
        <w:rPr>
          <w:b/>
          <w:bCs/>
        </w:rPr>
        <w:t xml:space="preserve">was obvious. It presupposed that somewhere or other, outside oneself, there was a 'real' world where 'real' things happened.</w:t>
      </w:r>
      <w:r>
        <w:br/>
      </w:r>
      <w:r>
        <w:t xml:space="preserve">    (a) error</w:t>
      </w:r>
      <w:r>
        <w:br/>
      </w:r>
      <w:r>
        <w:t xml:space="preserve">    (b) answer</w:t>
      </w:r>
      <w:r>
        <w:br/>
      </w:r>
      <w:r>
        <w:t xml:space="preserve">    (c) solution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2026-07-31T14:19:14Z</dcterms:created>
  <dcterms:modified xsi:type="dcterms:W3CDTF">2026-07-31T14:19:14Z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